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1254" w:rsidRPr="008C5CF5" w:rsidRDefault="004447AB" w:rsidP="00881254">
      <w:pPr>
        <w:pStyle w:val="podnaslovpropisa"/>
        <w:ind w:firstLine="720"/>
        <w:jc w:val="both"/>
        <w:rPr>
          <w:sz w:val="22"/>
          <w:szCs w:val="22"/>
          <w:lang w:val="sr-Latn-CS"/>
        </w:rPr>
      </w:pPr>
      <w:r w:rsidRPr="008C5CF5">
        <w:rPr>
          <w:sz w:val="22"/>
          <w:szCs w:val="22"/>
          <w:lang w:val="sr-Latn-CS"/>
        </w:rPr>
        <w:t>Скупштина општине Врњачка Бања на ___</w:t>
      </w:r>
      <w:r w:rsidR="008E4F2E" w:rsidRPr="008C5CF5">
        <w:rPr>
          <w:sz w:val="22"/>
          <w:szCs w:val="22"/>
          <w:lang w:val="sr-Latn-CS"/>
        </w:rPr>
        <w:t>___. седници одржаној _____.2026</w:t>
      </w:r>
      <w:r w:rsidRPr="008C5CF5">
        <w:rPr>
          <w:sz w:val="22"/>
          <w:szCs w:val="22"/>
          <w:lang w:val="sr-Latn-CS"/>
        </w:rPr>
        <w:t xml:space="preserve">.г., на основу 32. Закона о локалној самоуправи ("Службени гласник РС" број </w:t>
      </w:r>
      <w:r w:rsidR="00C8210D" w:rsidRPr="008C5CF5">
        <w:rPr>
          <w:sz w:val="22"/>
          <w:szCs w:val="22"/>
          <w:lang w:val="sr-Latn-CS"/>
        </w:rPr>
        <w:t>129/2007, 83/2014 - др. закон, 101/2016 - др. закон, 47/2018 и 111/2021 - др. закон)</w:t>
      </w:r>
      <w:r w:rsidRPr="008C5CF5">
        <w:rPr>
          <w:sz w:val="22"/>
          <w:szCs w:val="22"/>
          <w:lang w:val="sr-Latn-CS"/>
        </w:rPr>
        <w:t xml:space="preserve"> чл. 6., чл. 43., чл. 47. и чл. 63. Закона о буџетском систему ("Сл. гласник РС", бр. 54/2009, 73/2010, 101/2010, 101/2011, 93/2012, 62/2013, 63/2013 - испр., 108/2013, 142/2014, 68/2015 - др. закон, 103/2015, 99/2016, 113/2017, 95/2018, 31/2019, 72/2019, 149/2020, 118/2021, 138/2022, 118/2021 - др. закон, 92/2023 и 94/2024), </w:t>
      </w:r>
      <w:r w:rsidR="00881254" w:rsidRPr="008C5CF5">
        <w:rPr>
          <w:sz w:val="22"/>
          <w:szCs w:val="22"/>
          <w:lang w:val="sr-Latn-CS"/>
        </w:rPr>
        <w:t>чл. 1</w:t>
      </w:r>
      <w:r w:rsidRPr="008C5CF5">
        <w:rPr>
          <w:sz w:val="22"/>
          <w:szCs w:val="22"/>
          <w:lang w:val="sr-Latn-CS"/>
        </w:rPr>
        <w:t xml:space="preserve">.  Закона о финансирању локалне самоуправе ("Службени гласник РС" бр. </w:t>
      </w:r>
      <w:r w:rsidR="008E4F2E" w:rsidRPr="008C5CF5">
        <w:rPr>
          <w:sz w:val="22"/>
          <w:szCs w:val="22"/>
          <w:lang w:val="sr-Latn-CS"/>
        </w:rPr>
        <w:t>47/2011, 93/2012, 99/2013 - усклађени дин. изн., 125/2014 - усклађени дин. изн., 95/2015 - усклађени дин. изн., 83/2016, 91/2016 - усклађени дин. изн., 104/2016 - др. закон, 96/2017 - усклађени дин. изн., 89/2018 - усклађени дин. изн., 95/2018 - др. закон, 86/2019 - усклађени дин. изн., 126/2020 - усклађени дин. изн., 99/2021 - усклађени дин. изн., 111/2021 - др. закон, 124/2022 - усклађени дин. изн., 97/2023 - усклађени дин. изн., 85/2024 - усклађени дин. изн. и 115/2025 - усклађени дин. изн.)</w:t>
      </w:r>
      <w:r w:rsidRPr="008C5CF5">
        <w:rPr>
          <w:sz w:val="22"/>
          <w:szCs w:val="22"/>
          <w:lang w:val="sr-Latn-CS"/>
        </w:rPr>
        <w:t xml:space="preserve"> </w:t>
      </w:r>
      <w:r w:rsidR="00881254" w:rsidRPr="008C5CF5">
        <w:rPr>
          <w:sz w:val="22"/>
          <w:szCs w:val="22"/>
          <w:lang w:val="sr-Latn-CS"/>
        </w:rPr>
        <w:t>и чл. 40. Статута општине Врњачка Бања ("Службени лист Општине Врњачка Бања" бр. 1/21-пречишћен текст и 4/21</w:t>
      </w:r>
      <w:r w:rsidR="008E4F2E" w:rsidRPr="008C5CF5">
        <w:rPr>
          <w:sz w:val="22"/>
          <w:szCs w:val="22"/>
          <w:lang w:val="sr-Latn-CS"/>
        </w:rPr>
        <w:t>, 14/23 и 21/25</w:t>
      </w:r>
      <w:r w:rsidR="00881254" w:rsidRPr="008C5CF5">
        <w:rPr>
          <w:sz w:val="22"/>
          <w:szCs w:val="22"/>
          <w:lang w:val="sr-Latn-CS"/>
        </w:rPr>
        <w:t xml:space="preserve">), донела је </w:t>
      </w:r>
    </w:p>
    <w:p w:rsidR="00881254" w:rsidRPr="008C5CF5" w:rsidRDefault="00881254" w:rsidP="00881254">
      <w:pPr>
        <w:pStyle w:val="podnaslovpropisa"/>
        <w:jc w:val="center"/>
        <w:rPr>
          <w:sz w:val="22"/>
          <w:lang w:val="sr-Latn-CS"/>
        </w:rPr>
      </w:pPr>
      <w:r w:rsidRPr="008C5CF5">
        <w:rPr>
          <w:sz w:val="22"/>
          <w:lang w:val="sr-Latn-CS"/>
        </w:rPr>
        <w:t>РЕБАЛАНС</w:t>
      </w:r>
      <w:r w:rsidRPr="008C5CF5">
        <w:rPr>
          <w:noProof/>
          <w:sz w:val="22"/>
          <w:lang w:val="en-GB" w:eastAsia="en-GB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403DA0D5" wp14:editId="174FCF57">
                <wp:simplePos x="0" y="0"/>
                <wp:positionH relativeFrom="column">
                  <wp:posOffset>8801735</wp:posOffset>
                </wp:positionH>
                <wp:positionV relativeFrom="paragraph">
                  <wp:posOffset>-329565</wp:posOffset>
                </wp:positionV>
                <wp:extent cx="1180531" cy="300251"/>
                <wp:effectExtent l="0" t="0" r="19685" b="2413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0531" cy="3002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92388" w:rsidRDefault="00E92388" w:rsidP="00881254">
                            <w:r>
                              <w:rPr>
                                <w:lang w:val="sr-Cyrl-RS"/>
                              </w:rPr>
                              <w:t xml:space="preserve">НАЦРТ ОДЛУКЕ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3DA0D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93.05pt;margin-top:-25.95pt;width:92.95pt;height:23.6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">
                <v:textbox>
                  <w:txbxContent>
                    <w:p w:rsidR="00E92388" w:rsidRDefault="00E92388" w:rsidP="00881254">
                      <w:r>
                        <w:rPr>
                          <w:lang w:val="sr-Cyrl-RS"/>
                        </w:rPr>
                        <w:t xml:space="preserve">НАЦРТ ОДЛУКЕ </w:t>
                      </w:r>
                    </w:p>
                  </w:txbxContent>
                </v:textbox>
              </v:shape>
            </w:pict>
          </mc:Fallback>
        </mc:AlternateContent>
      </w:r>
      <w:r w:rsidRPr="008C5CF5">
        <w:rPr>
          <w:noProof/>
          <w:sz w:val="22"/>
          <w:lang w:val="en-GB" w:eastAsia="en-GB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6BD20CC7" wp14:editId="744115C4">
                <wp:simplePos x="0" y="0"/>
                <wp:positionH relativeFrom="column">
                  <wp:posOffset>8649335</wp:posOffset>
                </wp:positionH>
                <wp:positionV relativeFrom="paragraph">
                  <wp:posOffset>-481965</wp:posOffset>
                </wp:positionV>
                <wp:extent cx="1180531" cy="300251"/>
                <wp:effectExtent l="0" t="0" r="19685" b="2413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0531" cy="3002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92388" w:rsidRDefault="00E92388" w:rsidP="00881254">
                            <w:r>
                              <w:rPr>
                                <w:lang w:val="sr-Cyrl-RS"/>
                              </w:rPr>
                              <w:t xml:space="preserve">НАЦРТ ОДЛУКЕ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D20CC7" id="_x0000_s1027" type="#_x0000_t202" style="position:absolute;left:0;text-align:left;margin-left:681.05pt;margin-top:-37.95pt;width:92.95pt;height:23.6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">
                <v:textbox>
                  <w:txbxContent>
                    <w:p w:rsidR="00E92388" w:rsidRDefault="00E92388" w:rsidP="00881254">
                      <w:r>
                        <w:rPr>
                          <w:lang w:val="sr-Cyrl-RS"/>
                        </w:rPr>
                        <w:t xml:space="preserve">НАЦРТ ОДЛУКЕ </w:t>
                      </w:r>
                    </w:p>
                  </w:txbxContent>
                </v:textbox>
              </v:shape>
            </w:pict>
          </mc:Fallback>
        </mc:AlternateContent>
      </w:r>
    </w:p>
    <w:p w:rsidR="00881254" w:rsidRDefault="00E92388" w:rsidP="00881254">
      <w:pPr>
        <w:pStyle w:val="podnaslovpropisa"/>
        <w:jc w:val="center"/>
        <w:rPr>
          <w:sz w:val="22"/>
          <w:lang w:val="sr-Latn-CS"/>
        </w:rPr>
      </w:pPr>
      <w:r w:rsidRPr="00E92388">
        <w:rPr>
          <w:noProof/>
          <w:sz w:val="22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67968" behindDoc="1" locked="0" layoutInCell="1" allowOverlap="1" wp14:anchorId="598C96EA" wp14:editId="01867A29">
                <wp:simplePos x="0" y="0"/>
                <wp:positionH relativeFrom="column">
                  <wp:posOffset>5958840</wp:posOffset>
                </wp:positionH>
                <wp:positionV relativeFrom="paragraph">
                  <wp:posOffset>109220</wp:posOffset>
                </wp:positionV>
                <wp:extent cx="838835" cy="402590"/>
                <wp:effectExtent l="0" t="0" r="18415" b="1651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8835" cy="402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92388" w:rsidRDefault="00E92388" w:rsidP="00E92388">
                            <w:pPr>
                              <w:jc w:val="center"/>
                            </w:pPr>
                            <w:r>
                              <w:rPr>
                                <w:lang w:val="sr-Cyrl-RS"/>
                              </w:rPr>
                              <w:t>НАЦРТ ОДЛУКЕ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8C96EA" id="_x0000_s1028" type="#_x0000_t202" style="position:absolute;left:0;text-align:left;margin-left:469.2pt;margin-top:8.6pt;width:66.05pt;height:31.7pt;z-index:-251648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">
                <v:textbox>
                  <w:txbxContent>
                    <w:p w:rsidR="00E92388" w:rsidRDefault="00E92388" w:rsidP="00E92388">
                      <w:pPr>
                        <w:jc w:val="center"/>
                      </w:pPr>
                      <w:r>
                        <w:rPr>
                          <w:lang w:val="sr-Cyrl-RS"/>
                        </w:rPr>
                        <w:t>НАЦРТ ОДЛУКЕ</w:t>
                      </w:r>
                    </w:p>
                  </w:txbxContent>
                </v:textbox>
              </v:shape>
            </w:pict>
          </mc:Fallback>
        </mc:AlternateContent>
      </w:r>
      <w:r w:rsidR="00881254" w:rsidRPr="008C5CF5">
        <w:rPr>
          <w:sz w:val="22"/>
          <w:lang w:val="sr-Latn-CS"/>
        </w:rPr>
        <w:t>ОДЛУКЕ О БУЏ</w:t>
      </w:r>
      <w:r w:rsidR="008E4F2E" w:rsidRPr="008C5CF5">
        <w:rPr>
          <w:sz w:val="22"/>
          <w:lang w:val="sr-Latn-CS"/>
        </w:rPr>
        <w:t>ЕТУ ОПШТИНЕ ВРЊАЧКА БАЊА ЗА 2026</w:t>
      </w:r>
      <w:r w:rsidR="00881254" w:rsidRPr="008C5CF5">
        <w:rPr>
          <w:sz w:val="22"/>
          <w:lang w:val="sr-Latn-CS"/>
        </w:rPr>
        <w:t>.ГОДИНУ</w:t>
      </w:r>
    </w:p>
    <w:p w:rsidR="00787DDB" w:rsidRPr="008C5CF5" w:rsidRDefault="00787DDB" w:rsidP="00787DDB">
      <w:pPr>
        <w:jc w:val="both"/>
        <w:rPr>
          <w:sz w:val="22"/>
          <w:lang w:val="sr-Latn-CS"/>
        </w:rPr>
      </w:pPr>
      <w:bookmarkStart w:id="0" w:name="_GoBack"/>
      <w:bookmarkEnd w:id="0"/>
    </w:p>
    <w:p w:rsidR="00E36E8B" w:rsidRPr="008C5CF5" w:rsidRDefault="00E36E8B" w:rsidP="00787DDB">
      <w:pPr>
        <w:jc w:val="both"/>
        <w:rPr>
          <w:sz w:val="22"/>
          <w:lang w:val="sr-Latn-CS"/>
        </w:rPr>
      </w:pPr>
    </w:p>
    <w:p w:rsidR="00787DDB" w:rsidRPr="008C5CF5" w:rsidRDefault="00787DDB" w:rsidP="00787DDB">
      <w:pPr>
        <w:jc w:val="center"/>
        <w:rPr>
          <w:sz w:val="22"/>
          <w:szCs w:val="22"/>
          <w:lang w:val="sr-Latn-CS"/>
        </w:rPr>
      </w:pPr>
      <w:r w:rsidRPr="008C5CF5">
        <w:rPr>
          <w:sz w:val="22"/>
          <w:szCs w:val="22"/>
          <w:lang w:val="sr-Latn-CS"/>
        </w:rPr>
        <w:t>Члан 1.</w:t>
      </w:r>
    </w:p>
    <w:p w:rsidR="00505CE0" w:rsidRPr="008C5CF5" w:rsidRDefault="00505CE0" w:rsidP="00505CE0">
      <w:pPr>
        <w:ind w:firstLine="708"/>
        <w:jc w:val="both"/>
        <w:rPr>
          <w:sz w:val="22"/>
          <w:szCs w:val="22"/>
          <w:lang w:val="sr-Latn-CS"/>
        </w:rPr>
      </w:pPr>
      <w:r w:rsidRPr="008C5CF5">
        <w:rPr>
          <w:sz w:val="22"/>
          <w:szCs w:val="22"/>
          <w:lang w:val="sr-Latn-CS"/>
        </w:rPr>
        <w:t>Овим ребалансом врше се прве измене и допуне  Одлуке о буџ</w:t>
      </w:r>
      <w:r w:rsidR="008E4F2E" w:rsidRPr="008C5CF5">
        <w:rPr>
          <w:sz w:val="22"/>
          <w:szCs w:val="22"/>
          <w:lang w:val="sr-Latn-CS"/>
        </w:rPr>
        <w:t>ету Општине Врњачка Бања за 2026</w:t>
      </w:r>
      <w:r w:rsidRPr="008C5CF5">
        <w:rPr>
          <w:sz w:val="22"/>
          <w:szCs w:val="22"/>
          <w:lang w:val="sr-Latn-CS"/>
        </w:rPr>
        <w:t xml:space="preserve">.г. ("Службени лист општине Врњачка Бања бр. </w:t>
      </w:r>
      <w:r w:rsidR="008E4F2E" w:rsidRPr="008C5CF5">
        <w:rPr>
          <w:sz w:val="22"/>
          <w:szCs w:val="22"/>
          <w:lang w:val="sr-Latn-CS"/>
        </w:rPr>
        <w:t>28</w:t>
      </w:r>
      <w:r w:rsidRPr="008C5CF5">
        <w:rPr>
          <w:sz w:val="22"/>
          <w:szCs w:val="22"/>
          <w:lang w:val="sr-Latn-CS"/>
        </w:rPr>
        <w:t>/</w:t>
      </w:r>
      <w:r w:rsidR="008E4F2E" w:rsidRPr="008C5CF5">
        <w:rPr>
          <w:sz w:val="22"/>
          <w:szCs w:val="22"/>
          <w:lang w:val="sr-Latn-CS"/>
        </w:rPr>
        <w:t>25</w:t>
      </w:r>
      <w:r w:rsidRPr="008C5CF5">
        <w:rPr>
          <w:sz w:val="22"/>
          <w:szCs w:val="22"/>
          <w:lang w:val="sr-Latn-CS"/>
        </w:rPr>
        <w:t>)–удаљем тексту: Буџет.</w:t>
      </w:r>
    </w:p>
    <w:p w:rsidR="00620B17" w:rsidRPr="008C5CF5" w:rsidRDefault="00F356EB" w:rsidP="00620B17">
      <w:pPr>
        <w:jc w:val="both"/>
        <w:rPr>
          <w:sz w:val="22"/>
          <w:szCs w:val="22"/>
          <w:lang w:val="sr-Latn-CS"/>
        </w:rPr>
      </w:pPr>
      <w:r w:rsidRPr="008C5CF5">
        <w:rPr>
          <w:sz w:val="22"/>
          <w:szCs w:val="22"/>
          <w:lang w:val="sr-Latn-CS"/>
        </w:rPr>
        <w:tab/>
      </w:r>
    </w:p>
    <w:p w:rsidR="00481DB1" w:rsidRPr="008C5CF5" w:rsidRDefault="00620B17" w:rsidP="00481DB1">
      <w:pPr>
        <w:jc w:val="center"/>
        <w:rPr>
          <w:sz w:val="22"/>
          <w:szCs w:val="22"/>
          <w:lang w:val="sr-Latn-CS"/>
        </w:rPr>
      </w:pPr>
      <w:r w:rsidRPr="008C5CF5">
        <w:rPr>
          <w:sz w:val="22"/>
          <w:szCs w:val="22"/>
          <w:lang w:val="sr-Latn-CS"/>
        </w:rPr>
        <w:t>Члан 2.</w:t>
      </w:r>
    </w:p>
    <w:p w:rsidR="00481DB1" w:rsidRPr="008C5CF5" w:rsidRDefault="00481DB1" w:rsidP="00481DB1">
      <w:pPr>
        <w:jc w:val="both"/>
        <w:rPr>
          <w:sz w:val="22"/>
          <w:szCs w:val="22"/>
          <w:lang w:val="sr-Latn-CS"/>
        </w:rPr>
      </w:pPr>
      <w:r w:rsidRPr="008C5CF5">
        <w:rPr>
          <w:sz w:val="22"/>
          <w:szCs w:val="22"/>
          <w:lang w:val="sr-Latn-CS"/>
        </w:rPr>
        <w:tab/>
        <w:t>Члан 1 Буџета мења се и гласи:</w:t>
      </w:r>
    </w:p>
    <w:p w:rsidR="00481DB1" w:rsidRPr="008C5CF5" w:rsidRDefault="00481DB1" w:rsidP="00481DB1">
      <w:pPr>
        <w:jc w:val="both"/>
        <w:rPr>
          <w:sz w:val="22"/>
          <w:szCs w:val="22"/>
          <w:lang w:val="sr-Latn-CS"/>
        </w:rPr>
      </w:pPr>
      <w:r w:rsidRPr="008C5CF5">
        <w:rPr>
          <w:sz w:val="22"/>
          <w:szCs w:val="22"/>
          <w:lang w:val="sr-Latn-CS"/>
        </w:rPr>
        <w:tab/>
        <w:t>„Бу</w:t>
      </w:r>
      <w:r w:rsidR="003900AE" w:rsidRPr="008C5CF5">
        <w:rPr>
          <w:sz w:val="22"/>
          <w:szCs w:val="22"/>
          <w:lang w:val="sr-Latn-CS"/>
        </w:rPr>
        <w:t>џет Општине Врњачка Бања за 202</w:t>
      </w:r>
      <w:r w:rsidR="008E4F2E" w:rsidRPr="008C5CF5">
        <w:rPr>
          <w:sz w:val="22"/>
          <w:szCs w:val="22"/>
          <w:lang w:val="sr-Latn-CS"/>
        </w:rPr>
        <w:t>6</w:t>
      </w:r>
      <w:r w:rsidRPr="008C5CF5">
        <w:rPr>
          <w:sz w:val="22"/>
          <w:szCs w:val="22"/>
          <w:lang w:val="sr-Latn-CS"/>
        </w:rPr>
        <w:t>.г. (у даљем тексту: буџет) састоји се од:</w:t>
      </w:r>
    </w:p>
    <w:p w:rsidR="00441E47" w:rsidRPr="008C5CF5" w:rsidRDefault="00441E47" w:rsidP="00481DB1">
      <w:pPr>
        <w:jc w:val="both"/>
        <w:rPr>
          <w:sz w:val="22"/>
          <w:szCs w:val="22"/>
          <w:lang w:val="sr-Latn-CS"/>
        </w:rPr>
      </w:pPr>
    </w:p>
    <w:tbl>
      <w:tblPr>
        <w:tblW w:w="7859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99"/>
        <w:gridCol w:w="1518"/>
        <w:gridCol w:w="142"/>
      </w:tblGrid>
      <w:tr w:rsidR="00441E47" w:rsidRPr="008C5CF5" w:rsidTr="002B1A59">
        <w:trPr>
          <w:trHeight w:val="300"/>
          <w:jc w:val="center"/>
        </w:trPr>
        <w:tc>
          <w:tcPr>
            <w:tcW w:w="61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1E47" w:rsidRPr="008C5CF5" w:rsidRDefault="00441E47" w:rsidP="002B1A59">
            <w:pPr>
              <w:jc w:val="center"/>
              <w:rPr>
                <w:bCs/>
                <w:sz w:val="22"/>
                <w:szCs w:val="22"/>
                <w:lang w:val="sr-Latn-CS" w:eastAsia="sr-Latn-CS"/>
              </w:rPr>
            </w:pPr>
            <w:r w:rsidRPr="008C5CF5">
              <w:rPr>
                <w:bCs/>
                <w:sz w:val="22"/>
                <w:szCs w:val="22"/>
                <w:lang w:val="sr-Latn-CS" w:eastAsia="sr-Latn-CS"/>
              </w:rPr>
              <w:t>РАЧУН ПРИХОДА И ПРИМАЊА, РАСХОДА И ИЗДАТАКА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1E47" w:rsidRPr="008C5CF5" w:rsidRDefault="00441E47" w:rsidP="002B1A59">
            <w:pPr>
              <w:jc w:val="center"/>
              <w:rPr>
                <w:bCs/>
                <w:sz w:val="22"/>
                <w:szCs w:val="22"/>
                <w:lang w:val="sr-Latn-CS" w:eastAsia="sr-Latn-CS"/>
              </w:rPr>
            </w:pPr>
            <w:r w:rsidRPr="008C5CF5">
              <w:rPr>
                <w:bCs/>
                <w:sz w:val="22"/>
                <w:szCs w:val="22"/>
                <w:lang w:val="sr-Latn-CS" w:eastAsia="sr-Latn-CS"/>
              </w:rPr>
              <w:t xml:space="preserve">Износ </w:t>
            </w:r>
          </w:p>
        </w:tc>
      </w:tr>
      <w:tr w:rsidR="00441E47" w:rsidRPr="008C5CF5" w:rsidTr="002B1A59">
        <w:trPr>
          <w:trHeight w:val="300"/>
          <w:jc w:val="center"/>
        </w:trPr>
        <w:tc>
          <w:tcPr>
            <w:tcW w:w="6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1E47" w:rsidRPr="008C5CF5" w:rsidRDefault="00441E47" w:rsidP="002B1A59">
            <w:pPr>
              <w:jc w:val="center"/>
              <w:rPr>
                <w:bCs/>
                <w:sz w:val="22"/>
                <w:szCs w:val="22"/>
                <w:lang w:val="sr-Latn-CS" w:eastAsia="sr-Latn-CS"/>
              </w:rPr>
            </w:pPr>
            <w:r w:rsidRPr="008C5CF5">
              <w:rPr>
                <w:bCs/>
                <w:sz w:val="22"/>
                <w:szCs w:val="22"/>
                <w:lang w:val="sr-Latn-CS" w:eastAsia="sr-Latn-CS"/>
              </w:rPr>
              <w:t> </w:t>
            </w:r>
          </w:p>
        </w:tc>
        <w:tc>
          <w:tcPr>
            <w:tcW w:w="1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1E47" w:rsidRPr="008C5CF5" w:rsidRDefault="00441E47" w:rsidP="002B1A59">
            <w:pPr>
              <w:jc w:val="center"/>
              <w:rPr>
                <w:bCs/>
                <w:sz w:val="22"/>
                <w:szCs w:val="22"/>
                <w:lang w:val="sr-Latn-CS" w:eastAsia="sr-Latn-CS"/>
              </w:rPr>
            </w:pPr>
            <w:r w:rsidRPr="008C5CF5">
              <w:rPr>
                <w:bCs/>
                <w:sz w:val="22"/>
                <w:szCs w:val="22"/>
                <w:lang w:val="sr-Latn-CS" w:eastAsia="sr-Latn-CS"/>
              </w:rPr>
              <w:t>у динарима</w:t>
            </w:r>
          </w:p>
        </w:tc>
      </w:tr>
      <w:tr w:rsidR="00C36527" w:rsidRPr="008C5CF5" w:rsidTr="00C36527">
        <w:trPr>
          <w:trHeight w:val="300"/>
          <w:jc w:val="center"/>
        </w:trPr>
        <w:tc>
          <w:tcPr>
            <w:tcW w:w="6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36527" w:rsidRPr="008C5CF5" w:rsidRDefault="00C36527" w:rsidP="00C36527">
            <w:pPr>
              <w:rPr>
                <w:bCs/>
                <w:sz w:val="22"/>
                <w:szCs w:val="22"/>
                <w:lang w:val="sr-Latn-CS" w:eastAsia="sr-Latn-CS"/>
              </w:rPr>
            </w:pPr>
            <w:r w:rsidRPr="008C5CF5">
              <w:rPr>
                <w:bCs/>
                <w:sz w:val="22"/>
                <w:szCs w:val="22"/>
                <w:lang w:val="sr-Latn-CS" w:eastAsia="sr-Latn-CS"/>
              </w:rPr>
              <w:t>1.Укупни приходи и примања остварени по основу продаје нефинансијске имовине</w:t>
            </w:r>
          </w:p>
        </w:tc>
        <w:tc>
          <w:tcPr>
            <w:tcW w:w="1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6527" w:rsidRPr="008C5CF5" w:rsidRDefault="00C36527" w:rsidP="00C36527">
            <w:pPr>
              <w:spacing w:before="120"/>
              <w:jc w:val="right"/>
              <w:rPr>
                <w:sz w:val="22"/>
                <w:szCs w:val="22"/>
              </w:rPr>
            </w:pPr>
            <w:r w:rsidRPr="008C5CF5">
              <w:rPr>
                <w:sz w:val="22"/>
                <w:szCs w:val="22"/>
              </w:rPr>
              <w:t>2.428.702.000</w:t>
            </w:r>
          </w:p>
        </w:tc>
      </w:tr>
      <w:tr w:rsidR="00C36527" w:rsidRPr="008C5CF5" w:rsidTr="00C36527">
        <w:trPr>
          <w:trHeight w:val="300"/>
          <w:jc w:val="center"/>
        </w:trPr>
        <w:tc>
          <w:tcPr>
            <w:tcW w:w="61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36527" w:rsidRPr="008C5CF5" w:rsidRDefault="00C36527" w:rsidP="00C36527">
            <w:pPr>
              <w:rPr>
                <w:bCs/>
                <w:sz w:val="22"/>
                <w:szCs w:val="22"/>
                <w:lang w:val="sr-Latn-CS" w:eastAsia="sr-Latn-CS"/>
              </w:rPr>
            </w:pPr>
            <w:r w:rsidRPr="008C5CF5">
              <w:rPr>
                <w:bCs/>
                <w:sz w:val="22"/>
                <w:szCs w:val="22"/>
                <w:lang w:val="sr-Latn-CS" w:eastAsia="sr-Latn-CS"/>
              </w:rPr>
              <w:t>2. Укупни расходи и издаци за набавку нефинансијске имовине</w:t>
            </w:r>
          </w:p>
        </w:tc>
        <w:tc>
          <w:tcPr>
            <w:tcW w:w="1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6527" w:rsidRPr="008C5CF5" w:rsidRDefault="00C36527" w:rsidP="00C36527">
            <w:pPr>
              <w:spacing w:before="120"/>
              <w:jc w:val="right"/>
              <w:rPr>
                <w:sz w:val="22"/>
                <w:szCs w:val="22"/>
              </w:rPr>
            </w:pPr>
            <w:r w:rsidRPr="008C5CF5">
              <w:rPr>
                <w:sz w:val="22"/>
                <w:szCs w:val="22"/>
              </w:rPr>
              <w:t>2.509.777.000</w:t>
            </w:r>
          </w:p>
        </w:tc>
      </w:tr>
      <w:tr w:rsidR="00C36527" w:rsidRPr="008C5CF5" w:rsidTr="00C36527">
        <w:trPr>
          <w:trHeight w:val="300"/>
          <w:jc w:val="center"/>
        </w:trPr>
        <w:tc>
          <w:tcPr>
            <w:tcW w:w="61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36527" w:rsidRPr="008C5CF5" w:rsidRDefault="00C36527" w:rsidP="00C36527">
            <w:pPr>
              <w:rPr>
                <w:bCs/>
                <w:sz w:val="22"/>
                <w:szCs w:val="22"/>
                <w:lang w:val="sr-Latn-CS" w:eastAsia="sr-Latn-CS"/>
              </w:rPr>
            </w:pPr>
            <w:r w:rsidRPr="008C5CF5">
              <w:rPr>
                <w:bCs/>
                <w:sz w:val="22"/>
                <w:szCs w:val="22"/>
                <w:lang w:val="sr-Latn-CS" w:eastAsia="sr-Latn-CS"/>
              </w:rPr>
              <w:t>3. Буџетски суфицит/дефицит (1-2)</w:t>
            </w:r>
          </w:p>
        </w:tc>
        <w:tc>
          <w:tcPr>
            <w:tcW w:w="1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6527" w:rsidRPr="008C5CF5" w:rsidRDefault="00C36527" w:rsidP="00C36527">
            <w:pPr>
              <w:spacing w:before="120"/>
              <w:jc w:val="right"/>
              <w:rPr>
                <w:sz w:val="22"/>
                <w:szCs w:val="22"/>
              </w:rPr>
            </w:pPr>
            <w:r w:rsidRPr="008C5CF5">
              <w:rPr>
                <w:sz w:val="22"/>
                <w:szCs w:val="22"/>
              </w:rPr>
              <w:t>-81.075.000</w:t>
            </w:r>
          </w:p>
        </w:tc>
      </w:tr>
      <w:tr w:rsidR="00C36527" w:rsidRPr="008C5CF5" w:rsidTr="00C36527">
        <w:trPr>
          <w:trHeight w:val="300"/>
          <w:jc w:val="center"/>
        </w:trPr>
        <w:tc>
          <w:tcPr>
            <w:tcW w:w="61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6527" w:rsidRPr="008C5CF5" w:rsidRDefault="00C36527" w:rsidP="00C36527">
            <w:pPr>
              <w:rPr>
                <w:bCs/>
                <w:sz w:val="22"/>
                <w:szCs w:val="22"/>
                <w:lang w:val="sr-Latn-CS" w:eastAsia="sr-Latn-CS"/>
              </w:rPr>
            </w:pPr>
            <w:r w:rsidRPr="008C5CF5">
              <w:rPr>
                <w:bCs/>
                <w:sz w:val="22"/>
                <w:szCs w:val="22"/>
                <w:lang w:val="sr-Latn-CS" w:eastAsia="sr-Latn-CS"/>
              </w:rPr>
              <w:t>4. Издаци за набавку финансијске имовине (у циљу спровођења јавних политика)</w:t>
            </w:r>
          </w:p>
        </w:tc>
        <w:tc>
          <w:tcPr>
            <w:tcW w:w="166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:rsidR="00C36527" w:rsidRPr="008C5CF5" w:rsidRDefault="00C36527" w:rsidP="00C36527">
            <w:pPr>
              <w:spacing w:before="120"/>
              <w:jc w:val="right"/>
              <w:rPr>
                <w:sz w:val="22"/>
                <w:szCs w:val="22"/>
              </w:rPr>
            </w:pPr>
            <w:r w:rsidRPr="008C5CF5">
              <w:rPr>
                <w:sz w:val="22"/>
                <w:szCs w:val="22"/>
              </w:rPr>
              <w:t>0</w:t>
            </w:r>
          </w:p>
        </w:tc>
      </w:tr>
      <w:tr w:rsidR="00C36527" w:rsidRPr="008C5CF5" w:rsidTr="00C36527">
        <w:trPr>
          <w:trHeight w:val="300"/>
          <w:jc w:val="center"/>
        </w:trPr>
        <w:tc>
          <w:tcPr>
            <w:tcW w:w="6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36527" w:rsidRPr="008C5CF5" w:rsidRDefault="00C36527" w:rsidP="00C36527">
            <w:pPr>
              <w:rPr>
                <w:bCs/>
                <w:sz w:val="22"/>
                <w:szCs w:val="22"/>
                <w:lang w:val="sr-Latn-CS" w:eastAsia="sr-Latn-CS"/>
              </w:rPr>
            </w:pPr>
            <w:r w:rsidRPr="008C5CF5">
              <w:rPr>
                <w:bCs/>
                <w:sz w:val="22"/>
                <w:szCs w:val="22"/>
                <w:lang w:val="sr-Latn-CS" w:eastAsia="sr-Latn-CS"/>
              </w:rPr>
              <w:t>5. Укупан фискални суфицит/дефицит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6527" w:rsidRPr="008C5CF5" w:rsidRDefault="00C36527" w:rsidP="00C36527">
            <w:pPr>
              <w:spacing w:before="120"/>
              <w:jc w:val="right"/>
              <w:rPr>
                <w:sz w:val="22"/>
                <w:szCs w:val="22"/>
              </w:rPr>
            </w:pPr>
            <w:r w:rsidRPr="008C5CF5">
              <w:rPr>
                <w:sz w:val="22"/>
                <w:szCs w:val="22"/>
              </w:rPr>
              <w:t>-81.075.000</w:t>
            </w:r>
          </w:p>
        </w:tc>
      </w:tr>
      <w:tr w:rsidR="00441E47" w:rsidRPr="008C5CF5" w:rsidTr="002B1A59">
        <w:trPr>
          <w:gridAfter w:val="1"/>
          <w:wAfter w:w="142" w:type="dxa"/>
          <w:trHeight w:val="463"/>
          <w:jc w:val="center"/>
        </w:trPr>
        <w:tc>
          <w:tcPr>
            <w:tcW w:w="6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1E47" w:rsidRPr="008C5CF5" w:rsidRDefault="00441E47" w:rsidP="002B1A59">
            <w:pPr>
              <w:rPr>
                <w:b/>
                <w:bCs/>
                <w:sz w:val="22"/>
                <w:szCs w:val="22"/>
                <w:lang w:val="sr-Latn-CS" w:eastAsia="sr-Latn-CS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1E47" w:rsidRPr="008C5CF5" w:rsidRDefault="00441E47" w:rsidP="002B1A59">
            <w:pPr>
              <w:rPr>
                <w:b/>
                <w:bCs/>
                <w:sz w:val="22"/>
                <w:szCs w:val="22"/>
                <w:lang w:val="sr-Latn-CS" w:eastAsia="sr-Latn-CS"/>
              </w:rPr>
            </w:pPr>
          </w:p>
        </w:tc>
      </w:tr>
      <w:tr w:rsidR="00441E47" w:rsidRPr="008C5CF5" w:rsidTr="002B1A59">
        <w:trPr>
          <w:gridAfter w:val="1"/>
          <w:wAfter w:w="142" w:type="dxa"/>
          <w:trHeight w:val="300"/>
          <w:jc w:val="center"/>
        </w:trPr>
        <w:tc>
          <w:tcPr>
            <w:tcW w:w="61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1E47" w:rsidRPr="008C5CF5" w:rsidRDefault="00441E47" w:rsidP="002B1A59">
            <w:pPr>
              <w:jc w:val="center"/>
              <w:rPr>
                <w:bCs/>
                <w:sz w:val="22"/>
                <w:szCs w:val="22"/>
                <w:lang w:val="sr-Latn-CS" w:eastAsia="sr-Latn-CS"/>
              </w:rPr>
            </w:pPr>
            <w:r w:rsidRPr="008C5CF5">
              <w:rPr>
                <w:bCs/>
                <w:sz w:val="22"/>
                <w:szCs w:val="22"/>
                <w:lang w:val="sr-Latn-CS" w:eastAsia="sr-Latn-CS"/>
              </w:rPr>
              <w:t>РАЧУН ФИНАНСИРАЊА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1E47" w:rsidRPr="008C5CF5" w:rsidRDefault="00441E47" w:rsidP="002B1A59">
            <w:pPr>
              <w:jc w:val="center"/>
              <w:rPr>
                <w:b/>
                <w:bCs/>
                <w:sz w:val="22"/>
                <w:szCs w:val="22"/>
                <w:lang w:val="sr-Latn-CS" w:eastAsia="sr-Latn-CS"/>
              </w:rPr>
            </w:pPr>
            <w:r w:rsidRPr="008C5CF5">
              <w:rPr>
                <w:b/>
                <w:bCs/>
                <w:sz w:val="22"/>
                <w:szCs w:val="22"/>
                <w:lang w:val="sr-Latn-CS" w:eastAsia="sr-Latn-CS"/>
              </w:rPr>
              <w:t xml:space="preserve">Износ </w:t>
            </w:r>
          </w:p>
        </w:tc>
      </w:tr>
      <w:tr w:rsidR="00441E47" w:rsidRPr="008C5CF5" w:rsidTr="002B1A59">
        <w:trPr>
          <w:gridAfter w:val="1"/>
          <w:wAfter w:w="142" w:type="dxa"/>
          <w:trHeight w:val="300"/>
          <w:jc w:val="center"/>
        </w:trPr>
        <w:tc>
          <w:tcPr>
            <w:tcW w:w="61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1E47" w:rsidRPr="008C5CF5" w:rsidRDefault="00441E47" w:rsidP="002B1A59">
            <w:pPr>
              <w:jc w:val="center"/>
              <w:rPr>
                <w:b/>
                <w:bCs/>
                <w:sz w:val="22"/>
                <w:szCs w:val="22"/>
                <w:lang w:val="sr-Latn-CS" w:eastAsia="sr-Latn-CS"/>
              </w:rPr>
            </w:pPr>
            <w:r w:rsidRPr="008C5CF5">
              <w:rPr>
                <w:b/>
                <w:bCs/>
                <w:sz w:val="22"/>
                <w:szCs w:val="22"/>
                <w:lang w:val="sr-Latn-CS" w:eastAsia="sr-Latn-CS"/>
              </w:rPr>
              <w:t> </w:t>
            </w:r>
          </w:p>
        </w:tc>
        <w:tc>
          <w:tcPr>
            <w:tcW w:w="15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1E47" w:rsidRPr="008C5CF5" w:rsidRDefault="00441E47" w:rsidP="002B1A59">
            <w:pPr>
              <w:jc w:val="center"/>
              <w:rPr>
                <w:b/>
                <w:bCs/>
                <w:sz w:val="22"/>
                <w:szCs w:val="22"/>
                <w:lang w:val="sr-Latn-CS" w:eastAsia="sr-Latn-CS"/>
              </w:rPr>
            </w:pPr>
            <w:r w:rsidRPr="008C5CF5">
              <w:rPr>
                <w:b/>
                <w:bCs/>
                <w:sz w:val="22"/>
                <w:szCs w:val="22"/>
                <w:lang w:val="sr-Latn-CS" w:eastAsia="sr-Latn-CS"/>
              </w:rPr>
              <w:t>у динарима</w:t>
            </w:r>
          </w:p>
        </w:tc>
      </w:tr>
      <w:tr w:rsidR="00E0098F" w:rsidRPr="008C5CF5" w:rsidTr="000F29C4">
        <w:trPr>
          <w:gridAfter w:val="1"/>
          <w:wAfter w:w="142" w:type="dxa"/>
          <w:trHeight w:val="300"/>
          <w:jc w:val="center"/>
        </w:trPr>
        <w:tc>
          <w:tcPr>
            <w:tcW w:w="61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098F" w:rsidRPr="008C5CF5" w:rsidRDefault="00E0098F" w:rsidP="00E0098F">
            <w:pPr>
              <w:rPr>
                <w:b/>
                <w:bCs/>
                <w:sz w:val="22"/>
                <w:szCs w:val="22"/>
                <w:lang w:val="sr-Latn-CS" w:eastAsia="sr-Latn-CS"/>
              </w:rPr>
            </w:pPr>
            <w:r w:rsidRPr="008C5CF5">
              <w:rPr>
                <w:b/>
                <w:bCs/>
                <w:sz w:val="22"/>
                <w:szCs w:val="22"/>
                <w:lang w:val="sr-Latn-CS" w:eastAsia="sr-Latn-CS"/>
              </w:rPr>
              <w:t>1. Примања од продаје финансијске имовине и задуживања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098F" w:rsidRPr="008C5CF5" w:rsidRDefault="00E0098F" w:rsidP="00E0098F">
            <w:pPr>
              <w:jc w:val="right"/>
              <w:rPr>
                <w:b/>
                <w:bCs/>
                <w:sz w:val="22"/>
                <w:szCs w:val="22"/>
                <w:lang w:eastAsia="en-GB"/>
              </w:rPr>
            </w:pPr>
            <w:r w:rsidRPr="008C5CF5">
              <w:rPr>
                <w:b/>
                <w:bCs/>
                <w:sz w:val="22"/>
                <w:szCs w:val="22"/>
              </w:rPr>
              <w:t>221.329.000</w:t>
            </w:r>
          </w:p>
        </w:tc>
      </w:tr>
      <w:tr w:rsidR="00E0098F" w:rsidRPr="008C5CF5" w:rsidTr="000F29C4">
        <w:trPr>
          <w:gridAfter w:val="1"/>
          <w:wAfter w:w="142" w:type="dxa"/>
          <w:trHeight w:val="300"/>
          <w:jc w:val="center"/>
        </w:trPr>
        <w:tc>
          <w:tcPr>
            <w:tcW w:w="6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0098F" w:rsidRPr="008C5CF5" w:rsidRDefault="00E0098F" w:rsidP="00E0098F">
            <w:pPr>
              <w:rPr>
                <w:sz w:val="22"/>
                <w:szCs w:val="22"/>
                <w:lang w:val="sr-Latn-CS" w:eastAsia="sr-Latn-CS"/>
              </w:rPr>
            </w:pPr>
            <w:r w:rsidRPr="008C5CF5">
              <w:rPr>
                <w:sz w:val="22"/>
                <w:szCs w:val="22"/>
                <w:lang w:val="sr-Latn-CS" w:eastAsia="sr-Latn-CS"/>
              </w:rPr>
              <w:t>1.1. Примања од задуживања</w:t>
            </w:r>
          </w:p>
        </w:tc>
        <w:tc>
          <w:tcPr>
            <w:tcW w:w="1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098F" w:rsidRPr="008C5CF5" w:rsidRDefault="00E0098F" w:rsidP="00E0098F">
            <w:pPr>
              <w:jc w:val="right"/>
              <w:rPr>
                <w:sz w:val="22"/>
                <w:szCs w:val="22"/>
              </w:rPr>
            </w:pPr>
            <w:r w:rsidRPr="008C5CF5">
              <w:rPr>
                <w:sz w:val="22"/>
                <w:szCs w:val="22"/>
              </w:rPr>
              <w:t>119.573.672</w:t>
            </w:r>
          </w:p>
        </w:tc>
      </w:tr>
      <w:tr w:rsidR="00E0098F" w:rsidRPr="008C5CF5" w:rsidTr="000F29C4">
        <w:trPr>
          <w:gridAfter w:val="1"/>
          <w:wAfter w:w="142" w:type="dxa"/>
          <w:trHeight w:val="300"/>
          <w:jc w:val="center"/>
        </w:trPr>
        <w:tc>
          <w:tcPr>
            <w:tcW w:w="61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098F" w:rsidRPr="008C5CF5" w:rsidRDefault="00E0098F" w:rsidP="00E0098F">
            <w:pPr>
              <w:rPr>
                <w:sz w:val="22"/>
                <w:szCs w:val="22"/>
                <w:lang w:val="sr-Latn-CS" w:eastAsia="sr-Latn-CS"/>
              </w:rPr>
            </w:pPr>
            <w:r w:rsidRPr="008C5CF5">
              <w:rPr>
                <w:sz w:val="22"/>
                <w:szCs w:val="22"/>
                <w:lang w:val="sr-Latn-CS" w:eastAsia="sr-Latn-CS"/>
              </w:rPr>
              <w:t>1.2. Примања од продаје финансијске имовине</w:t>
            </w:r>
          </w:p>
        </w:tc>
        <w:tc>
          <w:tcPr>
            <w:tcW w:w="15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098F" w:rsidRPr="008C5CF5" w:rsidRDefault="00E0098F" w:rsidP="00E0098F">
            <w:pPr>
              <w:jc w:val="right"/>
              <w:rPr>
                <w:sz w:val="22"/>
                <w:szCs w:val="22"/>
              </w:rPr>
            </w:pPr>
            <w:r w:rsidRPr="008C5CF5">
              <w:rPr>
                <w:sz w:val="22"/>
                <w:szCs w:val="22"/>
              </w:rPr>
              <w:t>0</w:t>
            </w:r>
          </w:p>
        </w:tc>
      </w:tr>
      <w:tr w:rsidR="00E0098F" w:rsidRPr="008C5CF5" w:rsidTr="000F29C4">
        <w:trPr>
          <w:gridAfter w:val="1"/>
          <w:wAfter w:w="142" w:type="dxa"/>
          <w:trHeight w:val="300"/>
          <w:jc w:val="center"/>
        </w:trPr>
        <w:tc>
          <w:tcPr>
            <w:tcW w:w="6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0098F" w:rsidRPr="008C5CF5" w:rsidRDefault="00E0098F" w:rsidP="00E0098F">
            <w:pPr>
              <w:rPr>
                <w:sz w:val="22"/>
                <w:szCs w:val="22"/>
                <w:lang w:val="sr-Latn-CS" w:eastAsia="sr-Latn-CS"/>
              </w:rPr>
            </w:pPr>
            <w:r w:rsidRPr="008C5CF5">
              <w:rPr>
                <w:sz w:val="22"/>
                <w:szCs w:val="22"/>
                <w:lang w:val="sr-Latn-CS" w:eastAsia="sr-Latn-CS"/>
              </w:rPr>
              <w:t>1.3. Неутрошени вишак прихода из ранијих година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098F" w:rsidRPr="008C5CF5" w:rsidRDefault="00E0098F" w:rsidP="00E0098F">
            <w:pPr>
              <w:jc w:val="right"/>
              <w:rPr>
                <w:sz w:val="22"/>
                <w:szCs w:val="22"/>
              </w:rPr>
            </w:pPr>
            <w:r w:rsidRPr="008C5CF5">
              <w:rPr>
                <w:sz w:val="22"/>
                <w:szCs w:val="22"/>
              </w:rPr>
              <w:t>101.755.328</w:t>
            </w:r>
          </w:p>
        </w:tc>
      </w:tr>
      <w:tr w:rsidR="00E0098F" w:rsidRPr="008C5CF5" w:rsidTr="000F29C4">
        <w:trPr>
          <w:gridAfter w:val="1"/>
          <w:wAfter w:w="142" w:type="dxa"/>
          <w:trHeight w:val="300"/>
          <w:jc w:val="center"/>
        </w:trPr>
        <w:tc>
          <w:tcPr>
            <w:tcW w:w="61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0098F" w:rsidRPr="008C5CF5" w:rsidRDefault="00E0098F" w:rsidP="00E0098F">
            <w:pPr>
              <w:rPr>
                <w:sz w:val="22"/>
                <w:szCs w:val="22"/>
                <w:lang w:val="sr-Latn-CS" w:eastAsia="sr-Latn-CS"/>
              </w:rPr>
            </w:pPr>
            <w:r w:rsidRPr="008C5CF5">
              <w:rPr>
                <w:sz w:val="22"/>
                <w:szCs w:val="22"/>
                <w:lang w:val="sr-Latn-CS" w:eastAsia="sr-Latn-CS"/>
              </w:rPr>
              <w:t xml:space="preserve">       - од чега пренети приходи који нису кредитно задужење</w:t>
            </w:r>
          </w:p>
        </w:tc>
        <w:tc>
          <w:tcPr>
            <w:tcW w:w="15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098F" w:rsidRPr="008C5CF5" w:rsidRDefault="00E0098F" w:rsidP="00E0098F">
            <w:pPr>
              <w:jc w:val="right"/>
              <w:rPr>
                <w:sz w:val="22"/>
                <w:szCs w:val="22"/>
              </w:rPr>
            </w:pPr>
            <w:r w:rsidRPr="008C5CF5">
              <w:rPr>
                <w:sz w:val="22"/>
                <w:szCs w:val="22"/>
              </w:rPr>
              <w:t>101.755.328</w:t>
            </w:r>
          </w:p>
        </w:tc>
      </w:tr>
      <w:tr w:rsidR="00E0098F" w:rsidRPr="008C5CF5" w:rsidTr="000F29C4">
        <w:trPr>
          <w:gridAfter w:val="1"/>
          <w:wAfter w:w="142" w:type="dxa"/>
          <w:trHeight w:val="300"/>
          <w:jc w:val="center"/>
        </w:trPr>
        <w:tc>
          <w:tcPr>
            <w:tcW w:w="61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0098F" w:rsidRPr="008C5CF5" w:rsidRDefault="00E0098F" w:rsidP="00E0098F">
            <w:pPr>
              <w:rPr>
                <w:b/>
                <w:bCs/>
                <w:sz w:val="22"/>
                <w:szCs w:val="22"/>
                <w:lang w:val="sr-Latn-CS" w:eastAsia="sr-Latn-CS"/>
              </w:rPr>
            </w:pPr>
            <w:r w:rsidRPr="008C5CF5">
              <w:rPr>
                <w:b/>
                <w:bCs/>
                <w:sz w:val="22"/>
                <w:szCs w:val="22"/>
                <w:lang w:val="sr-Latn-CS" w:eastAsia="sr-Latn-CS"/>
              </w:rPr>
              <w:t>2. Издаци за набавку финансијске имовине и отплату главнице дуга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098F" w:rsidRPr="008C5CF5" w:rsidRDefault="00E0098F" w:rsidP="00E0098F">
            <w:pPr>
              <w:jc w:val="right"/>
              <w:rPr>
                <w:b/>
                <w:bCs/>
                <w:sz w:val="22"/>
                <w:szCs w:val="22"/>
              </w:rPr>
            </w:pPr>
            <w:r w:rsidRPr="008C5CF5">
              <w:rPr>
                <w:b/>
                <w:bCs/>
                <w:sz w:val="22"/>
                <w:szCs w:val="22"/>
              </w:rPr>
              <w:t>140.254.000</w:t>
            </w:r>
          </w:p>
        </w:tc>
      </w:tr>
      <w:tr w:rsidR="00E0098F" w:rsidRPr="008C5CF5" w:rsidTr="000F29C4">
        <w:trPr>
          <w:gridAfter w:val="1"/>
          <w:wAfter w:w="142" w:type="dxa"/>
          <w:trHeight w:val="300"/>
          <w:jc w:val="center"/>
        </w:trPr>
        <w:tc>
          <w:tcPr>
            <w:tcW w:w="61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0098F" w:rsidRPr="008C5CF5" w:rsidRDefault="00E0098F" w:rsidP="00E0098F">
            <w:pPr>
              <w:rPr>
                <w:sz w:val="22"/>
                <w:szCs w:val="22"/>
                <w:lang w:val="sr-Latn-CS" w:eastAsia="sr-Latn-CS"/>
              </w:rPr>
            </w:pPr>
            <w:r w:rsidRPr="008C5CF5">
              <w:rPr>
                <w:sz w:val="22"/>
                <w:szCs w:val="22"/>
                <w:lang w:val="sr-Latn-CS" w:eastAsia="sr-Latn-CS"/>
              </w:rPr>
              <w:t>2.1. Издаци за отплату главнице дуга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098F" w:rsidRPr="008C5CF5" w:rsidRDefault="00E0098F" w:rsidP="00E0098F">
            <w:pPr>
              <w:jc w:val="right"/>
              <w:rPr>
                <w:sz w:val="22"/>
                <w:szCs w:val="22"/>
              </w:rPr>
            </w:pPr>
            <w:r w:rsidRPr="008C5CF5">
              <w:rPr>
                <w:sz w:val="22"/>
                <w:szCs w:val="22"/>
              </w:rPr>
              <w:t>41.654.000</w:t>
            </w:r>
          </w:p>
        </w:tc>
      </w:tr>
      <w:tr w:rsidR="00E0098F" w:rsidRPr="008C5CF5" w:rsidTr="000F29C4">
        <w:trPr>
          <w:gridAfter w:val="1"/>
          <w:wAfter w:w="142" w:type="dxa"/>
          <w:trHeight w:val="300"/>
          <w:jc w:val="center"/>
        </w:trPr>
        <w:tc>
          <w:tcPr>
            <w:tcW w:w="61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0098F" w:rsidRPr="008C5CF5" w:rsidRDefault="00BB0F6F" w:rsidP="00E0098F">
            <w:pPr>
              <w:rPr>
                <w:b/>
                <w:bCs/>
                <w:sz w:val="22"/>
                <w:szCs w:val="22"/>
                <w:lang w:val="sr-Latn-CS" w:eastAsia="sr-Latn-CS"/>
              </w:rPr>
            </w:pPr>
            <w:r w:rsidRPr="008C5CF5">
              <w:rPr>
                <w:sz w:val="22"/>
                <w:szCs w:val="22"/>
                <w:lang w:val="sr-Latn-CS" w:eastAsia="sr-Latn-CS"/>
              </w:rPr>
              <w:t xml:space="preserve">2.2. Издаци за набавку </w:t>
            </w:r>
            <w:r w:rsidR="00E0098F" w:rsidRPr="008C5CF5">
              <w:rPr>
                <w:sz w:val="22"/>
                <w:szCs w:val="22"/>
                <w:lang w:val="sr-Latn-CS" w:eastAsia="sr-Latn-CS"/>
              </w:rPr>
              <w:t>финансијске имовине (62)</w:t>
            </w:r>
          </w:p>
        </w:tc>
        <w:tc>
          <w:tcPr>
            <w:tcW w:w="1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098F" w:rsidRPr="008C5CF5" w:rsidRDefault="00E0098F" w:rsidP="00E0098F">
            <w:pPr>
              <w:jc w:val="right"/>
              <w:rPr>
                <w:sz w:val="22"/>
                <w:szCs w:val="22"/>
              </w:rPr>
            </w:pPr>
            <w:r w:rsidRPr="008C5CF5">
              <w:rPr>
                <w:sz w:val="22"/>
                <w:szCs w:val="22"/>
              </w:rPr>
              <w:t>98.600.000</w:t>
            </w:r>
          </w:p>
        </w:tc>
      </w:tr>
      <w:tr w:rsidR="00E0098F" w:rsidRPr="008C5CF5" w:rsidTr="000F29C4">
        <w:trPr>
          <w:gridAfter w:val="1"/>
          <w:wAfter w:w="142" w:type="dxa"/>
          <w:trHeight w:val="300"/>
          <w:jc w:val="center"/>
        </w:trPr>
        <w:tc>
          <w:tcPr>
            <w:tcW w:w="61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0098F" w:rsidRPr="008C5CF5" w:rsidRDefault="00E0098F" w:rsidP="00E0098F">
            <w:pPr>
              <w:rPr>
                <w:b/>
                <w:bCs/>
                <w:sz w:val="22"/>
                <w:szCs w:val="22"/>
                <w:lang w:val="sr-Latn-CS" w:eastAsia="sr-Latn-CS"/>
              </w:rPr>
            </w:pPr>
            <w:r w:rsidRPr="008C5CF5">
              <w:rPr>
                <w:b/>
                <w:bCs/>
                <w:sz w:val="22"/>
                <w:szCs w:val="22"/>
                <w:lang w:val="sr-Latn-CS" w:eastAsia="sr-Latn-CS"/>
              </w:rPr>
              <w:t>3. Промена стања на рачуну (буџ.с/д + 1 - 2)</w:t>
            </w:r>
          </w:p>
        </w:tc>
        <w:tc>
          <w:tcPr>
            <w:tcW w:w="1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098F" w:rsidRPr="008C5CF5" w:rsidRDefault="00E0098F" w:rsidP="00E0098F">
            <w:pPr>
              <w:jc w:val="right"/>
              <w:rPr>
                <w:b/>
                <w:bCs/>
                <w:sz w:val="22"/>
                <w:szCs w:val="22"/>
              </w:rPr>
            </w:pPr>
            <w:r w:rsidRPr="008C5CF5">
              <w:rPr>
                <w:b/>
                <w:bCs/>
                <w:sz w:val="22"/>
                <w:szCs w:val="22"/>
              </w:rPr>
              <w:t>0</w:t>
            </w:r>
          </w:p>
        </w:tc>
      </w:tr>
      <w:tr w:rsidR="00E0098F" w:rsidRPr="008C5CF5" w:rsidTr="000F29C4">
        <w:trPr>
          <w:gridAfter w:val="1"/>
          <w:wAfter w:w="142" w:type="dxa"/>
          <w:trHeight w:val="300"/>
          <w:jc w:val="center"/>
        </w:trPr>
        <w:tc>
          <w:tcPr>
            <w:tcW w:w="61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0098F" w:rsidRPr="008C5CF5" w:rsidRDefault="00E0098F" w:rsidP="00E0098F">
            <w:pPr>
              <w:rPr>
                <w:b/>
                <w:bCs/>
                <w:sz w:val="22"/>
                <w:szCs w:val="22"/>
                <w:lang w:val="sr-Latn-CS" w:eastAsia="sr-Latn-CS"/>
              </w:rPr>
            </w:pPr>
            <w:r w:rsidRPr="008C5CF5">
              <w:rPr>
                <w:b/>
                <w:bCs/>
                <w:sz w:val="22"/>
                <w:szCs w:val="22"/>
                <w:lang w:val="sr-Latn-CS" w:eastAsia="sr-Latn-CS"/>
              </w:rPr>
              <w:t>4. Нето финансирање (1 - 2 - 3)</w:t>
            </w:r>
          </w:p>
        </w:tc>
        <w:tc>
          <w:tcPr>
            <w:tcW w:w="1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098F" w:rsidRPr="008C5CF5" w:rsidRDefault="00E0098F" w:rsidP="00E0098F">
            <w:pPr>
              <w:jc w:val="right"/>
              <w:rPr>
                <w:b/>
                <w:bCs/>
                <w:sz w:val="22"/>
                <w:szCs w:val="22"/>
              </w:rPr>
            </w:pPr>
            <w:r w:rsidRPr="008C5CF5">
              <w:rPr>
                <w:b/>
                <w:bCs/>
                <w:sz w:val="22"/>
                <w:szCs w:val="22"/>
              </w:rPr>
              <w:t>81.075.000</w:t>
            </w:r>
          </w:p>
        </w:tc>
      </w:tr>
      <w:tr w:rsidR="00095516" w:rsidRPr="008C5CF5" w:rsidTr="002B1A59">
        <w:trPr>
          <w:gridAfter w:val="1"/>
          <w:wAfter w:w="142" w:type="dxa"/>
          <w:trHeight w:val="300"/>
          <w:jc w:val="center"/>
        </w:trPr>
        <w:tc>
          <w:tcPr>
            <w:tcW w:w="6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95516" w:rsidRPr="008C5CF5" w:rsidRDefault="00095516" w:rsidP="002B1A59">
            <w:pPr>
              <w:rPr>
                <w:sz w:val="22"/>
                <w:szCs w:val="22"/>
                <w:lang w:val="sr-Latn-CS" w:eastAsia="sr-Latn-CS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95516" w:rsidRPr="008C5CF5" w:rsidRDefault="00095516" w:rsidP="00877000">
            <w:pPr>
              <w:rPr>
                <w:lang w:val="sr-Latn-CS"/>
              </w:rPr>
            </w:pPr>
          </w:p>
        </w:tc>
      </w:tr>
    </w:tbl>
    <w:p w:rsidR="00481DB1" w:rsidRPr="008C5CF5" w:rsidRDefault="00481DB1" w:rsidP="00481DB1">
      <w:pPr>
        <w:jc w:val="both"/>
        <w:rPr>
          <w:sz w:val="22"/>
          <w:szCs w:val="22"/>
          <w:lang w:val="sr-Latn-CS"/>
        </w:rPr>
      </w:pPr>
    </w:p>
    <w:p w:rsidR="00481DB1" w:rsidRPr="008C5CF5" w:rsidRDefault="00481DB1" w:rsidP="00481DB1">
      <w:pPr>
        <w:jc w:val="both"/>
        <w:rPr>
          <w:sz w:val="22"/>
          <w:szCs w:val="22"/>
          <w:lang w:val="sr-Latn-CS"/>
        </w:rPr>
      </w:pPr>
      <w:r w:rsidRPr="008C5CF5">
        <w:rPr>
          <w:sz w:val="22"/>
          <w:szCs w:val="22"/>
          <w:lang w:val="sr-Latn-CS"/>
        </w:rPr>
        <w:tab/>
      </w:r>
    </w:p>
    <w:p w:rsidR="000F29C4" w:rsidRPr="008C5CF5" w:rsidRDefault="000F29C4" w:rsidP="00481DB1">
      <w:pPr>
        <w:jc w:val="both"/>
        <w:rPr>
          <w:sz w:val="22"/>
          <w:szCs w:val="22"/>
          <w:lang w:val="sr-Latn-CS"/>
        </w:rPr>
      </w:pPr>
    </w:p>
    <w:p w:rsidR="00481DB1" w:rsidRPr="008C5CF5" w:rsidRDefault="00481DB1" w:rsidP="00481DB1">
      <w:pPr>
        <w:jc w:val="both"/>
        <w:rPr>
          <w:sz w:val="22"/>
          <w:szCs w:val="22"/>
          <w:lang w:val="sr-Latn-CS"/>
        </w:rPr>
      </w:pPr>
    </w:p>
    <w:p w:rsidR="00481DB1" w:rsidRPr="008C5CF5" w:rsidRDefault="00481DB1" w:rsidP="00481DB1">
      <w:pPr>
        <w:jc w:val="both"/>
        <w:rPr>
          <w:sz w:val="22"/>
          <w:szCs w:val="22"/>
          <w:lang w:val="sr-Latn-CS"/>
        </w:rPr>
      </w:pPr>
    </w:p>
    <w:p w:rsidR="00E73C30" w:rsidRPr="008C5CF5" w:rsidRDefault="00E73C30" w:rsidP="00481DB1">
      <w:pPr>
        <w:jc w:val="both"/>
        <w:rPr>
          <w:sz w:val="22"/>
          <w:szCs w:val="22"/>
          <w:lang w:val="sr-Latn-CS"/>
        </w:rPr>
      </w:pPr>
    </w:p>
    <w:p w:rsidR="00481DB1" w:rsidRPr="008C5CF5" w:rsidRDefault="00481DB1" w:rsidP="00A23DEB">
      <w:pPr>
        <w:jc w:val="center"/>
        <w:rPr>
          <w:sz w:val="22"/>
          <w:lang w:val="sr-Latn-CS"/>
        </w:rPr>
      </w:pPr>
      <w:r w:rsidRPr="008C5CF5">
        <w:rPr>
          <w:sz w:val="22"/>
          <w:szCs w:val="22"/>
          <w:lang w:val="sr-Latn-CS"/>
        </w:rPr>
        <w:t>Члан 3.</w:t>
      </w:r>
      <w:r w:rsidRPr="008C5CF5">
        <w:rPr>
          <w:sz w:val="22"/>
          <w:szCs w:val="22"/>
          <w:lang w:val="sr-Latn-CS"/>
        </w:rPr>
        <w:tab/>
      </w:r>
    </w:p>
    <w:p w:rsidR="00481DB1" w:rsidRPr="008C5CF5" w:rsidRDefault="00481DB1" w:rsidP="00481DB1">
      <w:pPr>
        <w:tabs>
          <w:tab w:val="left" w:pos="709"/>
          <w:tab w:val="left" w:pos="4962"/>
        </w:tabs>
        <w:jc w:val="both"/>
        <w:rPr>
          <w:sz w:val="22"/>
          <w:lang w:val="sr-Latn-CS"/>
        </w:rPr>
      </w:pPr>
    </w:p>
    <w:p w:rsidR="00481DB1" w:rsidRPr="008C5CF5" w:rsidRDefault="00481DB1" w:rsidP="00481DB1">
      <w:pPr>
        <w:jc w:val="both"/>
        <w:rPr>
          <w:sz w:val="22"/>
          <w:szCs w:val="22"/>
          <w:lang w:val="sr-Latn-CS"/>
        </w:rPr>
      </w:pPr>
      <w:r w:rsidRPr="008C5CF5">
        <w:rPr>
          <w:sz w:val="22"/>
          <w:szCs w:val="22"/>
          <w:lang w:val="sr-Latn-CS"/>
        </w:rPr>
        <w:tab/>
        <w:t>Члан 3 Буџета мења се и гласи:</w:t>
      </w:r>
    </w:p>
    <w:p w:rsidR="00481DB1" w:rsidRPr="008C5CF5" w:rsidRDefault="00481DB1" w:rsidP="00481DB1">
      <w:pPr>
        <w:tabs>
          <w:tab w:val="left" w:pos="709"/>
          <w:tab w:val="left" w:pos="4962"/>
        </w:tabs>
        <w:jc w:val="center"/>
        <w:rPr>
          <w:sz w:val="22"/>
          <w:lang w:val="sr-Latn-CS"/>
        </w:rPr>
      </w:pPr>
    </w:p>
    <w:p w:rsidR="00481DB1" w:rsidRPr="008C5CF5" w:rsidRDefault="00481DB1" w:rsidP="00481DB1">
      <w:pPr>
        <w:jc w:val="both"/>
        <w:rPr>
          <w:sz w:val="22"/>
          <w:szCs w:val="22"/>
          <w:lang w:val="sr-Latn-CS"/>
        </w:rPr>
      </w:pPr>
      <w:r w:rsidRPr="008C5CF5">
        <w:rPr>
          <w:sz w:val="22"/>
          <w:szCs w:val="22"/>
          <w:lang w:val="sr-Latn-CS"/>
        </w:rPr>
        <w:tab/>
      </w:r>
      <w:r w:rsidR="00C8210D" w:rsidRPr="008C5CF5">
        <w:rPr>
          <w:sz w:val="22"/>
          <w:szCs w:val="22"/>
          <w:lang w:val="sr-Latn-CS"/>
        </w:rPr>
        <w:t>Приходи и примања, расходи и издаци Буџета распоређују се</w:t>
      </w:r>
      <w:r w:rsidR="00C8210D" w:rsidRPr="008C5CF5">
        <w:rPr>
          <w:sz w:val="22"/>
          <w:szCs w:val="22"/>
          <w:lang w:val="sr-Cyrl-RS"/>
        </w:rPr>
        <w:t xml:space="preserve"> </w:t>
      </w:r>
      <w:r w:rsidRPr="008C5CF5">
        <w:rPr>
          <w:sz w:val="22"/>
          <w:szCs w:val="22"/>
          <w:lang w:val="sr-Latn-CS"/>
        </w:rPr>
        <w:t>у следећим износима, и то:</w:t>
      </w:r>
    </w:p>
    <w:p w:rsidR="003F5942" w:rsidRPr="008C5CF5" w:rsidRDefault="003F5942" w:rsidP="00481DB1">
      <w:pPr>
        <w:jc w:val="both"/>
        <w:rPr>
          <w:sz w:val="22"/>
          <w:szCs w:val="22"/>
          <w:lang w:val="sr-Latn-CS"/>
        </w:rPr>
      </w:pPr>
    </w:p>
    <w:tbl>
      <w:tblPr>
        <w:tblW w:w="9780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00"/>
        <w:gridCol w:w="1860"/>
        <w:gridCol w:w="1920"/>
      </w:tblGrid>
      <w:tr w:rsidR="00961162" w:rsidRPr="008C5CF5" w:rsidTr="00877000">
        <w:trPr>
          <w:trHeight w:val="300"/>
          <w:jc w:val="center"/>
        </w:trPr>
        <w:tc>
          <w:tcPr>
            <w:tcW w:w="60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1162" w:rsidRPr="008C5CF5" w:rsidRDefault="00961162" w:rsidP="00877000">
            <w:pPr>
              <w:jc w:val="center"/>
              <w:rPr>
                <w:b/>
                <w:bCs/>
                <w:sz w:val="22"/>
                <w:szCs w:val="22"/>
                <w:lang w:val="sr-Latn-CS" w:eastAsia="sr-Latn-CS"/>
              </w:rPr>
            </w:pPr>
            <w:r w:rsidRPr="008C5CF5">
              <w:rPr>
                <w:b/>
                <w:bCs/>
                <w:sz w:val="22"/>
                <w:szCs w:val="22"/>
                <w:lang w:val="sr-Latn-CS" w:eastAsia="sr-Latn-CS"/>
              </w:rPr>
              <w:t>О п и с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1162" w:rsidRPr="008C5CF5" w:rsidRDefault="00961162" w:rsidP="00877000">
            <w:pPr>
              <w:jc w:val="center"/>
              <w:rPr>
                <w:b/>
                <w:bCs/>
                <w:sz w:val="22"/>
                <w:szCs w:val="22"/>
                <w:lang w:val="sr-Latn-CS" w:eastAsia="sr-Latn-CS"/>
              </w:rPr>
            </w:pPr>
            <w:r w:rsidRPr="008C5CF5">
              <w:rPr>
                <w:b/>
                <w:bCs/>
                <w:sz w:val="22"/>
                <w:szCs w:val="22"/>
                <w:lang w:val="sr-Latn-CS" w:eastAsia="sr-Latn-CS"/>
              </w:rPr>
              <w:t>Шифра економске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1162" w:rsidRPr="008C5CF5" w:rsidRDefault="00961162" w:rsidP="00877000">
            <w:pPr>
              <w:jc w:val="center"/>
              <w:rPr>
                <w:b/>
                <w:bCs/>
                <w:sz w:val="22"/>
                <w:szCs w:val="22"/>
                <w:lang w:val="sr-Latn-CS" w:eastAsia="sr-Latn-CS"/>
              </w:rPr>
            </w:pPr>
            <w:r w:rsidRPr="008C5CF5">
              <w:rPr>
                <w:b/>
                <w:bCs/>
                <w:sz w:val="22"/>
                <w:szCs w:val="22"/>
                <w:lang w:val="sr-Latn-CS" w:eastAsia="sr-Latn-CS"/>
              </w:rPr>
              <w:t>Средства из буџета</w:t>
            </w:r>
          </w:p>
        </w:tc>
      </w:tr>
      <w:tr w:rsidR="00961162" w:rsidRPr="008C5CF5" w:rsidTr="00877000">
        <w:trPr>
          <w:trHeight w:val="300"/>
          <w:jc w:val="center"/>
        </w:trPr>
        <w:tc>
          <w:tcPr>
            <w:tcW w:w="60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61162" w:rsidRPr="008C5CF5" w:rsidRDefault="00961162" w:rsidP="00877000">
            <w:pPr>
              <w:rPr>
                <w:sz w:val="22"/>
                <w:szCs w:val="22"/>
                <w:lang w:val="sr-Latn-CS" w:eastAsia="sr-Latn-CS"/>
              </w:rPr>
            </w:pPr>
            <w:r w:rsidRPr="008C5CF5">
              <w:rPr>
                <w:sz w:val="22"/>
                <w:szCs w:val="22"/>
                <w:lang w:val="sr-Latn-CS" w:eastAsia="sr-Latn-CS"/>
              </w:rPr>
              <w:t> </w:t>
            </w: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1162" w:rsidRPr="008C5CF5" w:rsidRDefault="00961162" w:rsidP="00877000">
            <w:pPr>
              <w:jc w:val="center"/>
              <w:rPr>
                <w:b/>
                <w:bCs/>
                <w:sz w:val="22"/>
                <w:szCs w:val="22"/>
                <w:lang w:val="sr-Latn-CS" w:eastAsia="sr-Latn-CS"/>
              </w:rPr>
            </w:pPr>
            <w:r w:rsidRPr="008C5CF5">
              <w:rPr>
                <w:b/>
                <w:bCs/>
                <w:sz w:val="22"/>
                <w:szCs w:val="22"/>
                <w:lang w:val="sr-Latn-CS" w:eastAsia="sr-Latn-CS"/>
              </w:rPr>
              <w:t>класификације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1162" w:rsidRPr="008C5CF5" w:rsidRDefault="00961162" w:rsidP="00877000">
            <w:pPr>
              <w:rPr>
                <w:sz w:val="22"/>
                <w:szCs w:val="22"/>
                <w:lang w:val="sr-Latn-CS" w:eastAsia="sr-Latn-CS"/>
              </w:rPr>
            </w:pPr>
            <w:r w:rsidRPr="008C5CF5">
              <w:rPr>
                <w:sz w:val="22"/>
                <w:szCs w:val="22"/>
                <w:lang w:val="sr-Latn-CS" w:eastAsia="sr-Latn-CS"/>
              </w:rPr>
              <w:t> </w:t>
            </w:r>
          </w:p>
        </w:tc>
      </w:tr>
      <w:tr w:rsidR="00961162" w:rsidRPr="008C5CF5" w:rsidTr="00877000">
        <w:trPr>
          <w:trHeight w:val="300"/>
          <w:jc w:val="center"/>
        </w:trPr>
        <w:tc>
          <w:tcPr>
            <w:tcW w:w="60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61162" w:rsidRPr="008C5CF5" w:rsidRDefault="00961162" w:rsidP="00877000">
            <w:pPr>
              <w:jc w:val="center"/>
              <w:rPr>
                <w:b/>
                <w:bCs/>
                <w:sz w:val="22"/>
                <w:szCs w:val="22"/>
                <w:lang w:val="sr-Latn-CS" w:eastAsia="sr-Latn-CS"/>
              </w:rPr>
            </w:pPr>
            <w:r w:rsidRPr="008C5CF5">
              <w:rPr>
                <w:b/>
                <w:bCs/>
                <w:sz w:val="22"/>
                <w:szCs w:val="22"/>
                <w:lang w:val="sr-Latn-CS" w:eastAsia="sr-Latn-CS"/>
              </w:rPr>
              <w:t>1</w:t>
            </w: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1162" w:rsidRPr="008C5CF5" w:rsidRDefault="00961162" w:rsidP="00877000">
            <w:pPr>
              <w:jc w:val="center"/>
              <w:rPr>
                <w:b/>
                <w:bCs/>
                <w:sz w:val="22"/>
                <w:szCs w:val="22"/>
                <w:lang w:val="sr-Latn-CS" w:eastAsia="sr-Latn-CS"/>
              </w:rPr>
            </w:pPr>
            <w:r w:rsidRPr="008C5CF5">
              <w:rPr>
                <w:b/>
                <w:bCs/>
                <w:sz w:val="22"/>
                <w:szCs w:val="22"/>
                <w:lang w:val="sr-Latn-CS" w:eastAsia="sr-Latn-CS"/>
              </w:rPr>
              <w:t>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1162" w:rsidRPr="008C5CF5" w:rsidRDefault="00961162" w:rsidP="00877000">
            <w:pPr>
              <w:jc w:val="center"/>
              <w:rPr>
                <w:b/>
                <w:bCs/>
                <w:sz w:val="22"/>
                <w:szCs w:val="22"/>
                <w:lang w:val="sr-Latn-CS" w:eastAsia="sr-Latn-CS"/>
              </w:rPr>
            </w:pPr>
            <w:r w:rsidRPr="008C5CF5">
              <w:rPr>
                <w:b/>
                <w:bCs/>
                <w:sz w:val="22"/>
                <w:szCs w:val="22"/>
                <w:lang w:val="sr-Latn-CS" w:eastAsia="sr-Latn-CS"/>
              </w:rPr>
              <w:t>3</w:t>
            </w:r>
          </w:p>
        </w:tc>
      </w:tr>
      <w:tr w:rsidR="00E0098F" w:rsidRPr="008C5CF5" w:rsidTr="00A70CA4">
        <w:trPr>
          <w:trHeight w:val="630"/>
          <w:jc w:val="center"/>
        </w:trPr>
        <w:tc>
          <w:tcPr>
            <w:tcW w:w="60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DBE5F1" w:themeFill="accent1" w:themeFillTint="33"/>
            <w:vAlign w:val="bottom"/>
          </w:tcPr>
          <w:p w:rsidR="00E0098F" w:rsidRPr="008C5CF5" w:rsidRDefault="00E0098F" w:rsidP="00C8210D">
            <w:pPr>
              <w:rPr>
                <w:b/>
                <w:bCs/>
                <w:i/>
                <w:iCs/>
                <w:sz w:val="22"/>
                <w:szCs w:val="22"/>
                <w:lang w:val="sr-Latn-CS" w:eastAsia="sr-Latn-CS"/>
              </w:rPr>
            </w:pPr>
            <w:r w:rsidRPr="008C5CF5">
              <w:rPr>
                <w:b/>
                <w:bCs/>
                <w:i/>
                <w:iCs/>
                <w:sz w:val="22"/>
                <w:szCs w:val="22"/>
                <w:lang w:val="sr-Latn-CS" w:eastAsia="sr-Latn-CS"/>
              </w:rPr>
              <w:t>I УКУПН</w:t>
            </w:r>
            <w:r w:rsidR="00C8210D" w:rsidRPr="008C5CF5">
              <w:rPr>
                <w:b/>
                <w:bCs/>
                <w:i/>
                <w:iCs/>
                <w:sz w:val="22"/>
                <w:szCs w:val="22"/>
                <w:lang w:val="sr-Cyrl-RS" w:eastAsia="sr-Latn-CS"/>
              </w:rPr>
              <w:t>И</w:t>
            </w:r>
            <w:r w:rsidRPr="008C5CF5">
              <w:rPr>
                <w:b/>
                <w:bCs/>
                <w:i/>
                <w:iCs/>
                <w:sz w:val="22"/>
                <w:szCs w:val="22"/>
                <w:lang w:val="sr-Latn-CS" w:eastAsia="sr-Latn-CS"/>
              </w:rPr>
              <w:t xml:space="preserve"> ПРИХОДИ И ПРИМАЊА ОД ПРОДАЈЕ НЕФИНАНСИЈСКЕ ИМОВИНЕ</w:t>
            </w: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E0098F" w:rsidRPr="008C5CF5" w:rsidRDefault="00E0098F" w:rsidP="00E0098F">
            <w:pPr>
              <w:rPr>
                <w:sz w:val="22"/>
                <w:szCs w:val="22"/>
                <w:lang w:val="sr-Latn-CS" w:eastAsia="sr-Latn-CS"/>
              </w:rPr>
            </w:pPr>
            <w:r w:rsidRPr="008C5CF5">
              <w:rPr>
                <w:sz w:val="22"/>
                <w:szCs w:val="22"/>
                <w:lang w:val="sr-Latn-CS" w:eastAsia="sr-Latn-CS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E0098F" w:rsidRPr="008C5CF5" w:rsidRDefault="00E0098F" w:rsidP="00E0098F">
            <w:pPr>
              <w:jc w:val="right"/>
              <w:rPr>
                <w:b/>
                <w:bCs/>
                <w:sz w:val="22"/>
                <w:szCs w:val="22"/>
                <w:lang w:eastAsia="en-GB"/>
              </w:rPr>
            </w:pPr>
            <w:r w:rsidRPr="008C5CF5">
              <w:rPr>
                <w:b/>
                <w:bCs/>
                <w:sz w:val="22"/>
                <w:szCs w:val="22"/>
              </w:rPr>
              <w:t>2.428.702.000</w:t>
            </w:r>
          </w:p>
        </w:tc>
      </w:tr>
      <w:tr w:rsidR="00E0098F" w:rsidRPr="008C5CF5" w:rsidTr="00A70CA4">
        <w:trPr>
          <w:trHeight w:val="300"/>
          <w:jc w:val="center"/>
        </w:trPr>
        <w:tc>
          <w:tcPr>
            <w:tcW w:w="60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098F" w:rsidRPr="008C5CF5" w:rsidRDefault="00E0098F" w:rsidP="00E0098F">
            <w:pPr>
              <w:rPr>
                <w:sz w:val="22"/>
                <w:szCs w:val="22"/>
                <w:lang w:val="sr-Latn-CS" w:eastAsia="sr-Latn-CS"/>
              </w:rPr>
            </w:pPr>
            <w:r w:rsidRPr="008C5CF5">
              <w:rPr>
                <w:sz w:val="22"/>
                <w:szCs w:val="22"/>
                <w:lang w:val="sr-Latn-CS" w:eastAsia="sr-Latn-CS"/>
              </w:rPr>
              <w:t>ТЕКУЋИ ПРИХОДИ</w:t>
            </w: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098F" w:rsidRPr="008C5CF5" w:rsidRDefault="00E0098F" w:rsidP="00E0098F">
            <w:pPr>
              <w:rPr>
                <w:sz w:val="22"/>
                <w:szCs w:val="22"/>
                <w:lang w:val="sr-Latn-CS" w:eastAsia="sr-Latn-CS"/>
              </w:rPr>
            </w:pPr>
            <w:r w:rsidRPr="008C5CF5">
              <w:rPr>
                <w:sz w:val="22"/>
                <w:szCs w:val="22"/>
                <w:lang w:val="sr-Latn-CS" w:eastAsia="sr-Latn-CS"/>
              </w:rPr>
              <w:t>7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098F" w:rsidRPr="008C5CF5" w:rsidRDefault="00E0098F" w:rsidP="00E0098F">
            <w:pPr>
              <w:jc w:val="right"/>
              <w:rPr>
                <w:sz w:val="22"/>
                <w:szCs w:val="22"/>
              </w:rPr>
            </w:pPr>
            <w:r w:rsidRPr="008C5CF5">
              <w:rPr>
                <w:sz w:val="22"/>
                <w:szCs w:val="22"/>
              </w:rPr>
              <w:t>2.428.702.000</w:t>
            </w:r>
          </w:p>
        </w:tc>
      </w:tr>
      <w:tr w:rsidR="00E0098F" w:rsidRPr="008C5CF5" w:rsidTr="00A70CA4">
        <w:trPr>
          <w:trHeight w:val="300"/>
          <w:jc w:val="center"/>
        </w:trPr>
        <w:tc>
          <w:tcPr>
            <w:tcW w:w="6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0098F" w:rsidRPr="008C5CF5" w:rsidRDefault="00E0098F" w:rsidP="00E0098F">
            <w:pPr>
              <w:rPr>
                <w:sz w:val="22"/>
                <w:szCs w:val="22"/>
                <w:lang w:val="sr-Latn-CS" w:eastAsia="sr-Latn-CS"/>
              </w:rPr>
            </w:pPr>
            <w:r w:rsidRPr="008C5CF5">
              <w:rPr>
                <w:sz w:val="22"/>
                <w:szCs w:val="22"/>
                <w:lang w:val="sr-Latn-CS" w:eastAsia="sr-Latn-CS"/>
              </w:rPr>
              <w:t>1. Порески приходи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098F" w:rsidRPr="008C5CF5" w:rsidRDefault="00E0098F" w:rsidP="00E0098F">
            <w:pPr>
              <w:rPr>
                <w:sz w:val="22"/>
                <w:szCs w:val="22"/>
                <w:lang w:val="sr-Latn-CS" w:eastAsia="sr-Latn-CS"/>
              </w:rPr>
            </w:pPr>
            <w:r w:rsidRPr="008C5CF5">
              <w:rPr>
                <w:sz w:val="22"/>
                <w:szCs w:val="22"/>
                <w:lang w:val="sr-Latn-CS" w:eastAsia="sr-Latn-CS"/>
              </w:rPr>
              <w:t>71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098F" w:rsidRPr="008C5CF5" w:rsidRDefault="00E0098F" w:rsidP="00E0098F">
            <w:pPr>
              <w:jc w:val="right"/>
              <w:rPr>
                <w:sz w:val="22"/>
                <w:szCs w:val="22"/>
              </w:rPr>
            </w:pPr>
            <w:r w:rsidRPr="008C5CF5">
              <w:rPr>
                <w:sz w:val="22"/>
                <w:szCs w:val="22"/>
              </w:rPr>
              <w:t>1.600.581.000</w:t>
            </w:r>
          </w:p>
        </w:tc>
      </w:tr>
      <w:tr w:rsidR="00E0098F" w:rsidRPr="008C5CF5" w:rsidTr="00A70CA4">
        <w:trPr>
          <w:trHeight w:val="300"/>
          <w:jc w:val="center"/>
        </w:trPr>
        <w:tc>
          <w:tcPr>
            <w:tcW w:w="60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098F" w:rsidRPr="008C5CF5" w:rsidRDefault="00E0098F" w:rsidP="00E0098F">
            <w:pPr>
              <w:rPr>
                <w:sz w:val="22"/>
                <w:szCs w:val="22"/>
                <w:lang w:val="sr-Latn-CS" w:eastAsia="sr-Latn-CS"/>
              </w:rPr>
            </w:pPr>
            <w:r w:rsidRPr="008C5CF5">
              <w:rPr>
                <w:sz w:val="22"/>
                <w:szCs w:val="22"/>
                <w:lang w:val="sr-Latn-CS" w:eastAsia="sr-Latn-CS"/>
              </w:rPr>
              <w:t>Порез на доходак, добит и капиталне добитке</w:t>
            </w: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098F" w:rsidRPr="008C5CF5" w:rsidRDefault="00E0098F" w:rsidP="00E0098F">
            <w:pPr>
              <w:rPr>
                <w:sz w:val="22"/>
                <w:szCs w:val="22"/>
                <w:lang w:val="sr-Latn-CS" w:eastAsia="sr-Latn-CS"/>
              </w:rPr>
            </w:pPr>
            <w:r w:rsidRPr="008C5CF5">
              <w:rPr>
                <w:sz w:val="22"/>
                <w:szCs w:val="22"/>
                <w:lang w:val="sr-Latn-CS" w:eastAsia="sr-Latn-CS"/>
              </w:rPr>
              <w:t>711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098F" w:rsidRPr="008C5CF5" w:rsidRDefault="00E0098F" w:rsidP="00E0098F">
            <w:pPr>
              <w:jc w:val="right"/>
              <w:rPr>
                <w:sz w:val="22"/>
                <w:szCs w:val="22"/>
              </w:rPr>
            </w:pPr>
            <w:r w:rsidRPr="008C5CF5">
              <w:rPr>
                <w:sz w:val="22"/>
                <w:szCs w:val="22"/>
              </w:rPr>
              <w:t>861.280.000</w:t>
            </w:r>
          </w:p>
        </w:tc>
      </w:tr>
      <w:tr w:rsidR="00E0098F" w:rsidRPr="008C5CF5" w:rsidTr="00A70CA4">
        <w:trPr>
          <w:trHeight w:val="300"/>
          <w:jc w:val="center"/>
        </w:trPr>
        <w:tc>
          <w:tcPr>
            <w:tcW w:w="60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098F" w:rsidRPr="008C5CF5" w:rsidRDefault="00E0098F" w:rsidP="00E0098F">
            <w:pPr>
              <w:rPr>
                <w:sz w:val="22"/>
                <w:szCs w:val="22"/>
                <w:lang w:val="sr-Latn-CS" w:eastAsia="sr-Latn-CS"/>
              </w:rPr>
            </w:pPr>
            <w:r w:rsidRPr="008C5CF5">
              <w:rPr>
                <w:sz w:val="22"/>
                <w:szCs w:val="22"/>
                <w:lang w:val="sr-Latn-CS" w:eastAsia="sr-Latn-CS"/>
              </w:rPr>
              <w:t>Порез на имовину</w:t>
            </w: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098F" w:rsidRPr="008C5CF5" w:rsidRDefault="00E0098F" w:rsidP="00E0098F">
            <w:pPr>
              <w:rPr>
                <w:sz w:val="22"/>
                <w:szCs w:val="22"/>
                <w:lang w:val="sr-Latn-CS" w:eastAsia="sr-Latn-CS"/>
              </w:rPr>
            </w:pPr>
            <w:r w:rsidRPr="008C5CF5">
              <w:rPr>
                <w:sz w:val="22"/>
                <w:szCs w:val="22"/>
                <w:lang w:val="sr-Latn-CS" w:eastAsia="sr-Latn-CS"/>
              </w:rPr>
              <w:t>713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098F" w:rsidRPr="008C5CF5" w:rsidRDefault="00E0098F" w:rsidP="00E0098F">
            <w:pPr>
              <w:jc w:val="right"/>
              <w:rPr>
                <w:sz w:val="22"/>
                <w:szCs w:val="22"/>
              </w:rPr>
            </w:pPr>
            <w:r w:rsidRPr="008C5CF5">
              <w:rPr>
                <w:sz w:val="22"/>
                <w:szCs w:val="22"/>
              </w:rPr>
              <w:t>510.000.000</w:t>
            </w:r>
          </w:p>
        </w:tc>
      </w:tr>
      <w:tr w:rsidR="00E0098F" w:rsidRPr="008C5CF5" w:rsidTr="00A70CA4">
        <w:trPr>
          <w:trHeight w:val="600"/>
          <w:jc w:val="center"/>
        </w:trPr>
        <w:tc>
          <w:tcPr>
            <w:tcW w:w="60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E0098F" w:rsidRPr="008C5CF5" w:rsidRDefault="00E0098F" w:rsidP="00E0098F">
            <w:pPr>
              <w:rPr>
                <w:sz w:val="22"/>
                <w:szCs w:val="22"/>
                <w:lang w:val="sr-Latn-CS" w:eastAsia="sr-Latn-CS"/>
              </w:rPr>
            </w:pPr>
            <w:r w:rsidRPr="008C5CF5">
              <w:rPr>
                <w:sz w:val="22"/>
                <w:szCs w:val="22"/>
                <w:lang w:val="sr-Latn-CS" w:eastAsia="sr-Latn-CS"/>
              </w:rPr>
              <w:t>Порез на добра и услуге (осим накнада које се користе преко Буџетског фонда)</w:t>
            </w: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098F" w:rsidRPr="008C5CF5" w:rsidRDefault="00E0098F" w:rsidP="00E0098F">
            <w:pPr>
              <w:rPr>
                <w:sz w:val="22"/>
                <w:szCs w:val="22"/>
                <w:lang w:val="sr-Latn-CS" w:eastAsia="sr-Latn-CS"/>
              </w:rPr>
            </w:pPr>
            <w:r w:rsidRPr="008C5CF5">
              <w:rPr>
                <w:sz w:val="22"/>
                <w:szCs w:val="22"/>
                <w:lang w:val="sr-Latn-CS" w:eastAsia="sr-Latn-CS"/>
              </w:rPr>
              <w:t>714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098F" w:rsidRPr="008C5CF5" w:rsidRDefault="00E0098F" w:rsidP="00E0098F">
            <w:pPr>
              <w:jc w:val="right"/>
              <w:rPr>
                <w:sz w:val="22"/>
                <w:szCs w:val="22"/>
              </w:rPr>
            </w:pPr>
            <w:r w:rsidRPr="008C5CF5">
              <w:rPr>
                <w:sz w:val="22"/>
                <w:szCs w:val="22"/>
              </w:rPr>
              <w:t>186.301.000</w:t>
            </w:r>
          </w:p>
        </w:tc>
      </w:tr>
      <w:tr w:rsidR="00E0098F" w:rsidRPr="008C5CF5" w:rsidTr="00A70CA4">
        <w:trPr>
          <w:trHeight w:val="300"/>
          <w:jc w:val="center"/>
        </w:trPr>
        <w:tc>
          <w:tcPr>
            <w:tcW w:w="60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0098F" w:rsidRPr="008C5CF5" w:rsidRDefault="00E0098F" w:rsidP="00E0098F">
            <w:pPr>
              <w:rPr>
                <w:sz w:val="22"/>
                <w:szCs w:val="22"/>
                <w:lang w:val="sr-Latn-CS" w:eastAsia="sr-Latn-CS"/>
              </w:rPr>
            </w:pPr>
            <w:r w:rsidRPr="008C5CF5">
              <w:rPr>
                <w:sz w:val="22"/>
                <w:szCs w:val="22"/>
                <w:lang w:val="sr-Latn-CS" w:eastAsia="sr-Latn-CS"/>
              </w:rPr>
              <w:t>Други порези</w:t>
            </w: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098F" w:rsidRPr="008C5CF5" w:rsidRDefault="00E0098F" w:rsidP="00E0098F">
            <w:pPr>
              <w:rPr>
                <w:sz w:val="22"/>
                <w:szCs w:val="22"/>
                <w:lang w:val="sr-Latn-CS" w:eastAsia="sr-Latn-CS"/>
              </w:rPr>
            </w:pPr>
            <w:r w:rsidRPr="008C5CF5">
              <w:rPr>
                <w:sz w:val="22"/>
                <w:szCs w:val="22"/>
                <w:lang w:val="sr-Latn-CS" w:eastAsia="sr-Latn-CS"/>
              </w:rPr>
              <w:t>716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098F" w:rsidRPr="008C5CF5" w:rsidRDefault="00E0098F" w:rsidP="00E0098F">
            <w:pPr>
              <w:jc w:val="right"/>
              <w:rPr>
                <w:sz w:val="22"/>
                <w:szCs w:val="22"/>
              </w:rPr>
            </w:pPr>
            <w:r w:rsidRPr="008C5CF5">
              <w:rPr>
                <w:sz w:val="22"/>
                <w:szCs w:val="22"/>
              </w:rPr>
              <w:t>43.000.000</w:t>
            </w:r>
          </w:p>
        </w:tc>
      </w:tr>
      <w:tr w:rsidR="00E0098F" w:rsidRPr="008C5CF5" w:rsidTr="00A70CA4">
        <w:trPr>
          <w:trHeight w:val="600"/>
          <w:jc w:val="center"/>
        </w:trPr>
        <w:tc>
          <w:tcPr>
            <w:tcW w:w="60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0098F" w:rsidRPr="008C5CF5" w:rsidRDefault="00E0098F" w:rsidP="00E0098F">
            <w:pPr>
              <w:rPr>
                <w:sz w:val="22"/>
                <w:szCs w:val="22"/>
                <w:lang w:val="sr-Latn-CS" w:eastAsia="sr-Latn-CS"/>
              </w:rPr>
            </w:pPr>
            <w:r w:rsidRPr="008C5CF5">
              <w:rPr>
                <w:sz w:val="22"/>
                <w:szCs w:val="22"/>
                <w:lang w:val="sr-Latn-CS" w:eastAsia="sr-Latn-CS"/>
              </w:rPr>
              <w:t xml:space="preserve">2. Непорески приходи, од чега </w:t>
            </w: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098F" w:rsidRPr="008C5CF5" w:rsidRDefault="00E0098F" w:rsidP="00E0098F">
            <w:pPr>
              <w:rPr>
                <w:sz w:val="22"/>
                <w:szCs w:val="22"/>
                <w:lang w:val="sr-Latn-CS" w:eastAsia="sr-Latn-CS"/>
              </w:rPr>
            </w:pPr>
            <w:r w:rsidRPr="008C5CF5">
              <w:rPr>
                <w:sz w:val="22"/>
                <w:szCs w:val="22"/>
                <w:lang w:val="sr-Latn-CS" w:eastAsia="sr-Latn-CS"/>
              </w:rPr>
              <w:t>74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098F" w:rsidRPr="008C5CF5" w:rsidRDefault="00E0098F" w:rsidP="00E0098F">
            <w:pPr>
              <w:jc w:val="right"/>
              <w:rPr>
                <w:sz w:val="22"/>
                <w:szCs w:val="22"/>
              </w:rPr>
            </w:pPr>
            <w:r w:rsidRPr="008C5CF5">
              <w:rPr>
                <w:sz w:val="22"/>
                <w:szCs w:val="22"/>
              </w:rPr>
              <w:t>739.306.000</w:t>
            </w:r>
          </w:p>
        </w:tc>
      </w:tr>
      <w:tr w:rsidR="00E0098F" w:rsidRPr="008C5CF5" w:rsidTr="00A70CA4">
        <w:trPr>
          <w:trHeight w:val="300"/>
          <w:jc w:val="center"/>
        </w:trPr>
        <w:tc>
          <w:tcPr>
            <w:tcW w:w="60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098F" w:rsidRPr="008C5CF5" w:rsidRDefault="00E0098F" w:rsidP="00E0098F">
            <w:pPr>
              <w:rPr>
                <w:sz w:val="22"/>
                <w:szCs w:val="22"/>
                <w:lang w:val="sr-Latn-CS" w:eastAsia="sr-Latn-CS"/>
              </w:rPr>
            </w:pPr>
            <w:r w:rsidRPr="008C5CF5">
              <w:rPr>
                <w:sz w:val="22"/>
                <w:szCs w:val="22"/>
                <w:lang w:val="sr-Latn-CS" w:eastAsia="sr-Latn-CS"/>
              </w:rPr>
              <w:t>- Приходи од имовине</w:t>
            </w: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098F" w:rsidRPr="008C5CF5" w:rsidRDefault="00E0098F" w:rsidP="00E0098F">
            <w:pPr>
              <w:rPr>
                <w:sz w:val="22"/>
                <w:szCs w:val="22"/>
                <w:lang w:val="sr-Latn-CS" w:eastAsia="sr-Latn-CS"/>
              </w:rPr>
            </w:pPr>
            <w:r w:rsidRPr="008C5CF5">
              <w:rPr>
                <w:sz w:val="22"/>
                <w:szCs w:val="22"/>
                <w:lang w:val="sr-Latn-CS" w:eastAsia="sr-Latn-CS"/>
              </w:rPr>
              <w:t>741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098F" w:rsidRPr="008C5CF5" w:rsidRDefault="00E0098F" w:rsidP="00E0098F">
            <w:pPr>
              <w:jc w:val="right"/>
              <w:rPr>
                <w:sz w:val="22"/>
                <w:szCs w:val="22"/>
              </w:rPr>
            </w:pPr>
            <w:r w:rsidRPr="008C5CF5">
              <w:rPr>
                <w:sz w:val="22"/>
                <w:szCs w:val="22"/>
              </w:rPr>
              <w:t>621.338.000</w:t>
            </w:r>
          </w:p>
        </w:tc>
      </w:tr>
      <w:tr w:rsidR="00E0098F" w:rsidRPr="008C5CF5" w:rsidTr="00A70CA4">
        <w:trPr>
          <w:trHeight w:val="300"/>
          <w:jc w:val="center"/>
        </w:trPr>
        <w:tc>
          <w:tcPr>
            <w:tcW w:w="60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098F" w:rsidRPr="008C5CF5" w:rsidRDefault="00E0098F" w:rsidP="00E0098F">
            <w:pPr>
              <w:rPr>
                <w:sz w:val="22"/>
                <w:szCs w:val="22"/>
                <w:lang w:val="sr-Latn-CS" w:eastAsia="sr-Latn-CS"/>
              </w:rPr>
            </w:pPr>
            <w:r w:rsidRPr="008C5CF5">
              <w:rPr>
                <w:sz w:val="22"/>
                <w:szCs w:val="22"/>
                <w:lang w:val="sr-Latn-CS" w:eastAsia="sr-Latn-CS"/>
              </w:rPr>
              <w:t xml:space="preserve">* Камате </w:t>
            </w: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098F" w:rsidRPr="008C5CF5" w:rsidRDefault="00E0098F" w:rsidP="00E0098F">
            <w:pPr>
              <w:rPr>
                <w:sz w:val="22"/>
                <w:szCs w:val="22"/>
                <w:lang w:val="sr-Latn-CS" w:eastAsia="sr-Latn-CS"/>
              </w:rPr>
            </w:pPr>
            <w:r w:rsidRPr="008C5CF5">
              <w:rPr>
                <w:sz w:val="22"/>
                <w:szCs w:val="22"/>
                <w:lang w:val="sr-Latn-CS" w:eastAsia="sr-Latn-CS"/>
              </w:rPr>
              <w:t>7411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098F" w:rsidRPr="008C5CF5" w:rsidRDefault="00E0098F" w:rsidP="00E0098F">
            <w:pPr>
              <w:jc w:val="right"/>
              <w:rPr>
                <w:sz w:val="22"/>
                <w:szCs w:val="22"/>
              </w:rPr>
            </w:pPr>
            <w:r w:rsidRPr="008C5CF5">
              <w:rPr>
                <w:sz w:val="22"/>
                <w:szCs w:val="22"/>
              </w:rPr>
              <w:t>34.000</w:t>
            </w:r>
          </w:p>
        </w:tc>
      </w:tr>
      <w:tr w:rsidR="00E0098F" w:rsidRPr="008C5CF5" w:rsidTr="00A70CA4">
        <w:trPr>
          <w:trHeight w:val="300"/>
          <w:jc w:val="center"/>
        </w:trPr>
        <w:tc>
          <w:tcPr>
            <w:tcW w:w="60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098F" w:rsidRPr="008C5CF5" w:rsidRDefault="00E0098F" w:rsidP="00E0098F">
            <w:pPr>
              <w:rPr>
                <w:sz w:val="22"/>
                <w:szCs w:val="22"/>
                <w:lang w:val="sr-Latn-CS" w:eastAsia="sr-Latn-CS"/>
              </w:rPr>
            </w:pPr>
            <w:r w:rsidRPr="008C5CF5">
              <w:rPr>
                <w:sz w:val="22"/>
                <w:szCs w:val="22"/>
                <w:lang w:val="sr-Latn-CS" w:eastAsia="sr-Latn-CS"/>
              </w:rPr>
              <w:t>- Приходи од продаје добара и услуга</w:t>
            </w: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098F" w:rsidRPr="008C5CF5" w:rsidRDefault="00E0098F" w:rsidP="00E0098F">
            <w:pPr>
              <w:rPr>
                <w:sz w:val="22"/>
                <w:szCs w:val="22"/>
                <w:lang w:val="sr-Latn-CS" w:eastAsia="sr-Latn-CS"/>
              </w:rPr>
            </w:pPr>
            <w:r w:rsidRPr="008C5CF5">
              <w:rPr>
                <w:sz w:val="22"/>
                <w:szCs w:val="22"/>
                <w:lang w:val="sr-Latn-CS" w:eastAsia="sr-Latn-CS"/>
              </w:rPr>
              <w:t>742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098F" w:rsidRPr="008C5CF5" w:rsidRDefault="00E0098F" w:rsidP="00E0098F">
            <w:pPr>
              <w:jc w:val="right"/>
              <w:rPr>
                <w:sz w:val="22"/>
                <w:szCs w:val="22"/>
              </w:rPr>
            </w:pPr>
            <w:r w:rsidRPr="008C5CF5">
              <w:rPr>
                <w:sz w:val="22"/>
                <w:szCs w:val="22"/>
              </w:rPr>
              <w:t>110.656.000</w:t>
            </w:r>
          </w:p>
        </w:tc>
      </w:tr>
      <w:tr w:rsidR="00E0098F" w:rsidRPr="008C5CF5" w:rsidTr="00A70CA4">
        <w:trPr>
          <w:trHeight w:val="300"/>
          <w:jc w:val="center"/>
        </w:trPr>
        <w:tc>
          <w:tcPr>
            <w:tcW w:w="60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098F" w:rsidRPr="008C5CF5" w:rsidRDefault="00E0098F" w:rsidP="00E0098F">
            <w:pPr>
              <w:rPr>
                <w:sz w:val="22"/>
                <w:szCs w:val="22"/>
                <w:lang w:val="sr-Latn-CS" w:eastAsia="sr-Latn-CS"/>
              </w:rPr>
            </w:pPr>
            <w:r w:rsidRPr="008C5CF5">
              <w:rPr>
                <w:sz w:val="22"/>
                <w:szCs w:val="22"/>
                <w:lang w:val="sr-Latn-CS" w:eastAsia="sr-Latn-CS"/>
              </w:rPr>
              <w:t>- Новчане казне и одузета имовинска корист</w:t>
            </w: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098F" w:rsidRPr="008C5CF5" w:rsidRDefault="00E0098F" w:rsidP="00E0098F">
            <w:pPr>
              <w:rPr>
                <w:sz w:val="22"/>
                <w:szCs w:val="22"/>
                <w:lang w:val="sr-Latn-CS" w:eastAsia="sr-Latn-CS"/>
              </w:rPr>
            </w:pPr>
            <w:r w:rsidRPr="008C5CF5">
              <w:rPr>
                <w:sz w:val="22"/>
                <w:szCs w:val="22"/>
                <w:lang w:val="sr-Latn-CS" w:eastAsia="sr-Latn-CS"/>
              </w:rPr>
              <w:t>743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098F" w:rsidRPr="008C5CF5" w:rsidRDefault="00E0098F" w:rsidP="00E0098F">
            <w:pPr>
              <w:jc w:val="right"/>
              <w:rPr>
                <w:sz w:val="22"/>
                <w:szCs w:val="22"/>
              </w:rPr>
            </w:pPr>
            <w:r w:rsidRPr="008C5CF5">
              <w:rPr>
                <w:sz w:val="22"/>
                <w:szCs w:val="22"/>
              </w:rPr>
              <w:t>3.312.000</w:t>
            </w:r>
          </w:p>
        </w:tc>
      </w:tr>
      <w:tr w:rsidR="00E0098F" w:rsidRPr="008C5CF5" w:rsidTr="00A70CA4">
        <w:trPr>
          <w:trHeight w:val="300"/>
          <w:jc w:val="center"/>
        </w:trPr>
        <w:tc>
          <w:tcPr>
            <w:tcW w:w="60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098F" w:rsidRPr="008C5CF5" w:rsidRDefault="00E0098F" w:rsidP="00E0098F">
            <w:pPr>
              <w:rPr>
                <w:sz w:val="22"/>
                <w:szCs w:val="22"/>
                <w:lang w:val="sr-Latn-CS" w:eastAsia="sr-Latn-CS"/>
              </w:rPr>
            </w:pPr>
            <w:r w:rsidRPr="008C5CF5">
              <w:rPr>
                <w:sz w:val="22"/>
                <w:szCs w:val="22"/>
                <w:lang w:val="sr-Latn-CS" w:eastAsia="sr-Latn-CS"/>
              </w:rPr>
              <w:t>- Текући добровољни трансфери од физичких и прав. лица</w:t>
            </w: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098F" w:rsidRPr="008C5CF5" w:rsidRDefault="00E0098F" w:rsidP="00E0098F">
            <w:pPr>
              <w:rPr>
                <w:sz w:val="22"/>
                <w:szCs w:val="22"/>
                <w:lang w:val="sr-Latn-CS" w:eastAsia="sr-Latn-CS"/>
              </w:rPr>
            </w:pPr>
            <w:r w:rsidRPr="008C5CF5">
              <w:rPr>
                <w:sz w:val="22"/>
                <w:szCs w:val="22"/>
                <w:lang w:val="sr-Latn-CS" w:eastAsia="sr-Latn-CS"/>
              </w:rPr>
              <w:t>744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098F" w:rsidRPr="008C5CF5" w:rsidRDefault="00E0098F" w:rsidP="00E0098F">
            <w:pPr>
              <w:jc w:val="right"/>
              <w:rPr>
                <w:sz w:val="22"/>
                <w:szCs w:val="22"/>
              </w:rPr>
            </w:pPr>
            <w:r w:rsidRPr="008C5CF5">
              <w:rPr>
                <w:sz w:val="22"/>
                <w:szCs w:val="22"/>
              </w:rPr>
              <w:t>0</w:t>
            </w:r>
          </w:p>
        </w:tc>
      </w:tr>
      <w:tr w:rsidR="00E0098F" w:rsidRPr="008C5CF5" w:rsidTr="00A70CA4">
        <w:trPr>
          <w:trHeight w:val="300"/>
          <w:jc w:val="center"/>
        </w:trPr>
        <w:tc>
          <w:tcPr>
            <w:tcW w:w="60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098F" w:rsidRPr="008C5CF5" w:rsidRDefault="00E0098F" w:rsidP="00E0098F">
            <w:pPr>
              <w:rPr>
                <w:sz w:val="22"/>
                <w:szCs w:val="22"/>
                <w:lang w:val="sr-Latn-CS" w:eastAsia="sr-Latn-CS"/>
              </w:rPr>
            </w:pPr>
            <w:r w:rsidRPr="008C5CF5">
              <w:rPr>
                <w:sz w:val="22"/>
                <w:szCs w:val="22"/>
                <w:lang w:val="sr-Latn-CS" w:eastAsia="sr-Latn-CS"/>
              </w:rPr>
              <w:t>- Мешовити и неодређени приходи</w:t>
            </w: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098F" w:rsidRPr="008C5CF5" w:rsidRDefault="00E0098F" w:rsidP="00E0098F">
            <w:pPr>
              <w:rPr>
                <w:sz w:val="22"/>
                <w:szCs w:val="22"/>
                <w:lang w:val="sr-Latn-CS" w:eastAsia="sr-Latn-CS"/>
              </w:rPr>
            </w:pPr>
            <w:r w:rsidRPr="008C5CF5">
              <w:rPr>
                <w:sz w:val="22"/>
                <w:szCs w:val="22"/>
                <w:lang w:val="sr-Latn-CS" w:eastAsia="sr-Latn-CS"/>
              </w:rPr>
              <w:t>745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098F" w:rsidRPr="008C5CF5" w:rsidRDefault="00E0098F" w:rsidP="00E0098F">
            <w:pPr>
              <w:jc w:val="right"/>
              <w:rPr>
                <w:sz w:val="22"/>
                <w:szCs w:val="22"/>
              </w:rPr>
            </w:pPr>
            <w:r w:rsidRPr="008C5CF5">
              <w:rPr>
                <w:sz w:val="22"/>
                <w:szCs w:val="22"/>
              </w:rPr>
              <w:t>4.000.000</w:t>
            </w:r>
          </w:p>
        </w:tc>
      </w:tr>
      <w:tr w:rsidR="00630AE2" w:rsidRPr="008C5CF5" w:rsidTr="00630AE2">
        <w:trPr>
          <w:trHeight w:val="300"/>
          <w:jc w:val="center"/>
        </w:trPr>
        <w:tc>
          <w:tcPr>
            <w:tcW w:w="6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30AE2" w:rsidRPr="008C5CF5" w:rsidRDefault="00630AE2" w:rsidP="00877000">
            <w:pPr>
              <w:rPr>
                <w:sz w:val="22"/>
                <w:szCs w:val="22"/>
                <w:lang w:val="sr-Latn-CS" w:eastAsia="sr-Latn-CS"/>
              </w:rPr>
            </w:pPr>
            <w:r w:rsidRPr="008C5CF5">
              <w:rPr>
                <w:sz w:val="22"/>
                <w:szCs w:val="22"/>
                <w:lang w:val="sr-Latn-CS" w:eastAsia="sr-Latn-CS"/>
              </w:rPr>
              <w:t>3. Донације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0AE2" w:rsidRPr="008C5CF5" w:rsidRDefault="00630AE2" w:rsidP="00877000">
            <w:pPr>
              <w:rPr>
                <w:sz w:val="22"/>
                <w:szCs w:val="22"/>
                <w:lang w:val="sr-Latn-CS" w:eastAsia="sr-Latn-CS"/>
              </w:rPr>
            </w:pPr>
            <w:r w:rsidRPr="008C5CF5">
              <w:rPr>
                <w:sz w:val="22"/>
                <w:szCs w:val="22"/>
                <w:lang w:val="sr-Latn-CS" w:eastAsia="sr-Latn-CS"/>
              </w:rPr>
              <w:t>731+732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AE2" w:rsidRPr="008C5CF5" w:rsidRDefault="00630AE2" w:rsidP="00630AE2">
            <w:pPr>
              <w:jc w:val="right"/>
              <w:rPr>
                <w:sz w:val="22"/>
                <w:szCs w:val="22"/>
              </w:rPr>
            </w:pPr>
            <w:r w:rsidRPr="008C5CF5">
              <w:rPr>
                <w:sz w:val="22"/>
                <w:szCs w:val="22"/>
              </w:rPr>
              <w:t>0</w:t>
            </w:r>
          </w:p>
        </w:tc>
      </w:tr>
      <w:tr w:rsidR="00630AE2" w:rsidRPr="008C5CF5" w:rsidTr="00630AE2">
        <w:trPr>
          <w:trHeight w:val="300"/>
          <w:jc w:val="center"/>
        </w:trPr>
        <w:tc>
          <w:tcPr>
            <w:tcW w:w="60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30AE2" w:rsidRPr="008C5CF5" w:rsidRDefault="00630AE2" w:rsidP="00877000">
            <w:pPr>
              <w:rPr>
                <w:sz w:val="22"/>
                <w:szCs w:val="22"/>
                <w:lang w:val="sr-Latn-CS" w:eastAsia="sr-Latn-CS"/>
              </w:rPr>
            </w:pPr>
            <w:r w:rsidRPr="008C5CF5">
              <w:rPr>
                <w:sz w:val="22"/>
                <w:szCs w:val="22"/>
                <w:lang w:val="sr-Latn-CS" w:eastAsia="sr-Latn-CS"/>
              </w:rPr>
              <w:t>4. Трансфери</w:t>
            </w: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0AE2" w:rsidRPr="008C5CF5" w:rsidRDefault="00630AE2" w:rsidP="00877000">
            <w:pPr>
              <w:rPr>
                <w:sz w:val="22"/>
                <w:szCs w:val="22"/>
                <w:lang w:val="sr-Latn-CS" w:eastAsia="sr-Latn-CS"/>
              </w:rPr>
            </w:pPr>
            <w:r w:rsidRPr="008C5CF5">
              <w:rPr>
                <w:sz w:val="22"/>
                <w:szCs w:val="22"/>
                <w:lang w:val="sr-Latn-CS" w:eastAsia="sr-Latn-CS"/>
              </w:rPr>
              <w:t>733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AE2" w:rsidRPr="008C5CF5" w:rsidRDefault="00630AE2" w:rsidP="00630AE2">
            <w:pPr>
              <w:jc w:val="right"/>
              <w:rPr>
                <w:sz w:val="22"/>
                <w:szCs w:val="22"/>
              </w:rPr>
            </w:pPr>
            <w:r w:rsidRPr="008C5CF5">
              <w:rPr>
                <w:sz w:val="22"/>
                <w:szCs w:val="22"/>
              </w:rPr>
              <w:t>88.815.000</w:t>
            </w:r>
          </w:p>
        </w:tc>
      </w:tr>
      <w:tr w:rsidR="00630AE2" w:rsidRPr="008C5CF5" w:rsidTr="00630AE2">
        <w:trPr>
          <w:trHeight w:val="300"/>
          <w:jc w:val="center"/>
        </w:trPr>
        <w:tc>
          <w:tcPr>
            <w:tcW w:w="60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0AE2" w:rsidRPr="008C5CF5" w:rsidRDefault="00630AE2" w:rsidP="00877000">
            <w:pPr>
              <w:rPr>
                <w:sz w:val="22"/>
                <w:szCs w:val="22"/>
                <w:lang w:val="sr-Latn-CS"/>
              </w:rPr>
            </w:pPr>
            <w:r w:rsidRPr="008C5CF5">
              <w:rPr>
                <w:sz w:val="22"/>
                <w:szCs w:val="22"/>
                <w:lang w:val="sr-Latn-CS"/>
              </w:rPr>
              <w:t>5. Примања од продаје нефинансијске имовине</w:t>
            </w: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0AE2" w:rsidRPr="008C5CF5" w:rsidRDefault="00630AE2" w:rsidP="00877000">
            <w:pPr>
              <w:rPr>
                <w:sz w:val="22"/>
                <w:szCs w:val="22"/>
                <w:lang w:val="sr-Latn-CS" w:eastAsia="sr-Latn-CS"/>
              </w:rPr>
            </w:pPr>
            <w:r w:rsidRPr="008C5CF5">
              <w:rPr>
                <w:sz w:val="22"/>
                <w:szCs w:val="22"/>
                <w:lang w:val="sr-Latn-CS" w:eastAsia="sr-Latn-CS"/>
              </w:rPr>
              <w:t>8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0AE2" w:rsidRPr="008C5CF5" w:rsidRDefault="00E0098F" w:rsidP="00630AE2">
            <w:pPr>
              <w:jc w:val="right"/>
              <w:rPr>
                <w:sz w:val="22"/>
                <w:szCs w:val="22"/>
              </w:rPr>
            </w:pPr>
            <w:r w:rsidRPr="008C5CF5">
              <w:rPr>
                <w:sz w:val="22"/>
                <w:szCs w:val="22"/>
              </w:rPr>
              <w:t>0</w:t>
            </w:r>
          </w:p>
        </w:tc>
      </w:tr>
      <w:tr w:rsidR="00E0098F" w:rsidRPr="008C5CF5" w:rsidTr="00A70CA4">
        <w:trPr>
          <w:trHeight w:val="735"/>
          <w:jc w:val="center"/>
        </w:trPr>
        <w:tc>
          <w:tcPr>
            <w:tcW w:w="6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BE5F1" w:themeFill="accent1" w:themeFillTint="33"/>
            <w:vAlign w:val="bottom"/>
          </w:tcPr>
          <w:p w:rsidR="00E0098F" w:rsidRPr="008C5CF5" w:rsidRDefault="00E0098F" w:rsidP="00BB0F6F">
            <w:pPr>
              <w:rPr>
                <w:b/>
                <w:bCs/>
                <w:i/>
                <w:iCs/>
                <w:sz w:val="22"/>
                <w:szCs w:val="22"/>
                <w:lang w:val="sr-Cyrl-RS" w:eastAsia="sr-Latn-CS"/>
              </w:rPr>
            </w:pPr>
            <w:r w:rsidRPr="008C5CF5">
              <w:rPr>
                <w:b/>
                <w:bCs/>
                <w:i/>
                <w:iCs/>
                <w:sz w:val="22"/>
                <w:szCs w:val="22"/>
                <w:lang w:val="sr-Latn-CS" w:eastAsia="sr-Latn-CS"/>
              </w:rPr>
              <w:t xml:space="preserve">II. УКУПНИ РАСХОДИ И ИЗДАЦИ ЗА НАБАВКУ НЕФИНАНСИЈСКЕ </w:t>
            </w:r>
            <w:r w:rsidR="00C8210D" w:rsidRPr="008C5CF5">
              <w:rPr>
                <w:b/>
                <w:bCs/>
                <w:i/>
                <w:iCs/>
                <w:sz w:val="22"/>
                <w:szCs w:val="22"/>
                <w:lang w:val="sr-Cyrl-RS" w:eastAsia="sr-Latn-CS"/>
              </w:rPr>
              <w:t>ИМОВИНЕ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E0098F" w:rsidRPr="008C5CF5" w:rsidRDefault="00E0098F" w:rsidP="00E0098F">
            <w:pPr>
              <w:rPr>
                <w:sz w:val="22"/>
                <w:szCs w:val="22"/>
                <w:lang w:val="sr-Latn-CS" w:eastAsia="sr-Latn-CS"/>
              </w:rPr>
            </w:pPr>
            <w:r w:rsidRPr="008C5CF5">
              <w:rPr>
                <w:sz w:val="22"/>
                <w:szCs w:val="22"/>
                <w:lang w:val="sr-Latn-CS" w:eastAsia="sr-Latn-CS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E0098F" w:rsidRPr="008C5CF5" w:rsidRDefault="00E0098F" w:rsidP="00E0098F">
            <w:pPr>
              <w:jc w:val="right"/>
              <w:rPr>
                <w:b/>
                <w:bCs/>
                <w:sz w:val="22"/>
                <w:szCs w:val="22"/>
                <w:lang w:eastAsia="en-GB"/>
              </w:rPr>
            </w:pPr>
            <w:r w:rsidRPr="008C5CF5">
              <w:rPr>
                <w:b/>
                <w:bCs/>
                <w:sz w:val="22"/>
                <w:szCs w:val="22"/>
              </w:rPr>
              <w:t>2.509.777.000</w:t>
            </w:r>
          </w:p>
        </w:tc>
      </w:tr>
      <w:tr w:rsidR="00E0098F" w:rsidRPr="008C5CF5" w:rsidTr="00A70CA4">
        <w:trPr>
          <w:trHeight w:val="300"/>
          <w:jc w:val="center"/>
        </w:trPr>
        <w:tc>
          <w:tcPr>
            <w:tcW w:w="60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0098F" w:rsidRPr="008C5CF5" w:rsidRDefault="00E0098F" w:rsidP="00E0098F">
            <w:pPr>
              <w:rPr>
                <w:sz w:val="22"/>
                <w:szCs w:val="22"/>
                <w:lang w:val="sr-Latn-CS" w:eastAsia="sr-Latn-CS"/>
              </w:rPr>
            </w:pPr>
            <w:r w:rsidRPr="008C5CF5">
              <w:rPr>
                <w:sz w:val="22"/>
                <w:szCs w:val="22"/>
                <w:lang w:val="sr-Latn-CS" w:eastAsia="sr-Latn-CS"/>
              </w:rPr>
              <w:t>РАСХОДИ</w:t>
            </w: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098F" w:rsidRPr="008C5CF5" w:rsidRDefault="00E0098F" w:rsidP="00E0098F">
            <w:pPr>
              <w:rPr>
                <w:sz w:val="22"/>
                <w:szCs w:val="22"/>
                <w:lang w:val="sr-Latn-CS" w:eastAsia="sr-Latn-CS"/>
              </w:rPr>
            </w:pPr>
            <w:r w:rsidRPr="008C5CF5">
              <w:rPr>
                <w:sz w:val="22"/>
                <w:szCs w:val="22"/>
                <w:lang w:val="sr-Latn-CS" w:eastAsia="sr-Latn-CS"/>
              </w:rPr>
              <w:t>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098F" w:rsidRPr="008C5CF5" w:rsidRDefault="00E0098F" w:rsidP="00E0098F">
            <w:pPr>
              <w:jc w:val="right"/>
              <w:rPr>
                <w:sz w:val="22"/>
                <w:szCs w:val="22"/>
              </w:rPr>
            </w:pPr>
            <w:r w:rsidRPr="008C5CF5">
              <w:rPr>
                <w:sz w:val="22"/>
                <w:szCs w:val="22"/>
              </w:rPr>
              <w:t>2.178.366.796</w:t>
            </w:r>
          </w:p>
        </w:tc>
      </w:tr>
      <w:tr w:rsidR="00E0098F" w:rsidRPr="008C5CF5" w:rsidTr="00A70CA4">
        <w:trPr>
          <w:trHeight w:val="300"/>
          <w:jc w:val="center"/>
        </w:trPr>
        <w:tc>
          <w:tcPr>
            <w:tcW w:w="60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098F" w:rsidRPr="008C5CF5" w:rsidRDefault="00E0098F" w:rsidP="00E0098F">
            <w:pPr>
              <w:rPr>
                <w:sz w:val="22"/>
                <w:szCs w:val="22"/>
                <w:lang w:val="sr-Latn-CS" w:eastAsia="sr-Latn-CS"/>
              </w:rPr>
            </w:pPr>
            <w:r w:rsidRPr="008C5CF5">
              <w:rPr>
                <w:sz w:val="22"/>
                <w:szCs w:val="22"/>
                <w:lang w:val="sr-Latn-CS" w:eastAsia="sr-Latn-CS"/>
              </w:rPr>
              <w:t>1. Расходи за запослене</w:t>
            </w: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098F" w:rsidRPr="008C5CF5" w:rsidRDefault="00E0098F" w:rsidP="00E0098F">
            <w:pPr>
              <w:rPr>
                <w:sz w:val="22"/>
                <w:szCs w:val="22"/>
                <w:lang w:val="sr-Latn-CS" w:eastAsia="sr-Latn-CS"/>
              </w:rPr>
            </w:pPr>
            <w:r w:rsidRPr="008C5CF5">
              <w:rPr>
                <w:sz w:val="22"/>
                <w:szCs w:val="22"/>
                <w:lang w:val="sr-Latn-CS" w:eastAsia="sr-Latn-CS"/>
              </w:rPr>
              <w:t>41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098F" w:rsidRPr="008C5CF5" w:rsidRDefault="00E0098F" w:rsidP="00E0098F">
            <w:pPr>
              <w:jc w:val="right"/>
              <w:rPr>
                <w:sz w:val="22"/>
                <w:szCs w:val="22"/>
              </w:rPr>
            </w:pPr>
            <w:r w:rsidRPr="008C5CF5">
              <w:rPr>
                <w:sz w:val="22"/>
                <w:szCs w:val="22"/>
              </w:rPr>
              <w:t>721.731.000</w:t>
            </w:r>
          </w:p>
        </w:tc>
      </w:tr>
      <w:tr w:rsidR="00E0098F" w:rsidRPr="008C5CF5" w:rsidTr="00A70CA4">
        <w:trPr>
          <w:trHeight w:val="300"/>
          <w:jc w:val="center"/>
        </w:trPr>
        <w:tc>
          <w:tcPr>
            <w:tcW w:w="6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0098F" w:rsidRPr="008C5CF5" w:rsidRDefault="00E0098F" w:rsidP="00E0098F">
            <w:pPr>
              <w:rPr>
                <w:sz w:val="22"/>
                <w:szCs w:val="22"/>
                <w:lang w:val="sr-Latn-CS" w:eastAsia="sr-Latn-CS"/>
              </w:rPr>
            </w:pPr>
            <w:r w:rsidRPr="008C5CF5">
              <w:rPr>
                <w:sz w:val="22"/>
                <w:szCs w:val="22"/>
                <w:lang w:val="sr-Latn-CS" w:eastAsia="sr-Latn-CS"/>
              </w:rPr>
              <w:t>2. Коришћење роба и услуга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098F" w:rsidRPr="008C5CF5" w:rsidRDefault="00E0098F" w:rsidP="00E0098F">
            <w:pPr>
              <w:rPr>
                <w:sz w:val="22"/>
                <w:szCs w:val="22"/>
                <w:lang w:val="sr-Latn-CS" w:eastAsia="sr-Latn-CS"/>
              </w:rPr>
            </w:pPr>
            <w:r w:rsidRPr="008C5CF5">
              <w:rPr>
                <w:sz w:val="22"/>
                <w:szCs w:val="22"/>
                <w:lang w:val="sr-Latn-CS" w:eastAsia="sr-Latn-CS"/>
              </w:rPr>
              <w:t>42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098F" w:rsidRPr="008C5CF5" w:rsidRDefault="00E0098F" w:rsidP="00E0098F">
            <w:pPr>
              <w:jc w:val="right"/>
              <w:rPr>
                <w:sz w:val="22"/>
                <w:szCs w:val="22"/>
              </w:rPr>
            </w:pPr>
            <w:r w:rsidRPr="008C5CF5">
              <w:rPr>
                <w:sz w:val="22"/>
                <w:szCs w:val="22"/>
              </w:rPr>
              <w:t>959.886.296</w:t>
            </w:r>
          </w:p>
        </w:tc>
      </w:tr>
      <w:tr w:rsidR="00E0098F" w:rsidRPr="008C5CF5" w:rsidTr="00A70CA4">
        <w:trPr>
          <w:trHeight w:val="300"/>
          <w:jc w:val="center"/>
        </w:trPr>
        <w:tc>
          <w:tcPr>
            <w:tcW w:w="60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098F" w:rsidRPr="008C5CF5" w:rsidRDefault="00E0098F" w:rsidP="00E0098F">
            <w:pPr>
              <w:rPr>
                <w:sz w:val="22"/>
                <w:szCs w:val="22"/>
                <w:lang w:val="sr-Latn-CS" w:eastAsia="sr-Latn-CS"/>
              </w:rPr>
            </w:pPr>
            <w:r w:rsidRPr="008C5CF5">
              <w:rPr>
                <w:sz w:val="22"/>
                <w:szCs w:val="22"/>
                <w:lang w:val="sr-Latn-CS" w:eastAsia="sr-Latn-CS"/>
              </w:rPr>
              <w:t>3. Отплата камата</w:t>
            </w: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098F" w:rsidRPr="008C5CF5" w:rsidRDefault="00E0098F" w:rsidP="00E0098F">
            <w:pPr>
              <w:rPr>
                <w:sz w:val="22"/>
                <w:szCs w:val="22"/>
                <w:lang w:val="sr-Latn-CS" w:eastAsia="sr-Latn-CS"/>
              </w:rPr>
            </w:pPr>
            <w:r w:rsidRPr="008C5CF5">
              <w:rPr>
                <w:sz w:val="22"/>
                <w:szCs w:val="22"/>
                <w:lang w:val="sr-Latn-CS" w:eastAsia="sr-Latn-CS"/>
              </w:rPr>
              <w:t>44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098F" w:rsidRPr="008C5CF5" w:rsidRDefault="00E0098F" w:rsidP="00E0098F">
            <w:pPr>
              <w:jc w:val="right"/>
              <w:rPr>
                <w:sz w:val="22"/>
                <w:szCs w:val="22"/>
              </w:rPr>
            </w:pPr>
            <w:r w:rsidRPr="008C5CF5">
              <w:rPr>
                <w:sz w:val="22"/>
                <w:szCs w:val="22"/>
              </w:rPr>
              <w:t>9.600.000</w:t>
            </w:r>
          </w:p>
        </w:tc>
      </w:tr>
      <w:tr w:rsidR="00E0098F" w:rsidRPr="008C5CF5" w:rsidTr="00A70CA4">
        <w:trPr>
          <w:trHeight w:val="300"/>
          <w:jc w:val="center"/>
        </w:trPr>
        <w:tc>
          <w:tcPr>
            <w:tcW w:w="6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0098F" w:rsidRPr="008C5CF5" w:rsidRDefault="00E0098F" w:rsidP="00E0098F">
            <w:pPr>
              <w:rPr>
                <w:sz w:val="22"/>
                <w:szCs w:val="22"/>
                <w:lang w:val="sr-Latn-CS" w:eastAsia="sr-Latn-CS"/>
              </w:rPr>
            </w:pPr>
            <w:r w:rsidRPr="008C5CF5">
              <w:rPr>
                <w:sz w:val="22"/>
                <w:szCs w:val="22"/>
                <w:lang w:val="sr-Latn-CS" w:eastAsia="sr-Latn-CS"/>
              </w:rPr>
              <w:t>4. Субвенције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098F" w:rsidRPr="008C5CF5" w:rsidRDefault="00E0098F" w:rsidP="00E0098F">
            <w:pPr>
              <w:rPr>
                <w:sz w:val="22"/>
                <w:szCs w:val="22"/>
                <w:lang w:val="sr-Latn-CS" w:eastAsia="sr-Latn-CS"/>
              </w:rPr>
            </w:pPr>
            <w:r w:rsidRPr="008C5CF5">
              <w:rPr>
                <w:sz w:val="22"/>
                <w:szCs w:val="22"/>
                <w:lang w:val="sr-Latn-CS" w:eastAsia="sr-Latn-CS"/>
              </w:rPr>
              <w:t>45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098F" w:rsidRPr="008C5CF5" w:rsidRDefault="00E0098F" w:rsidP="00E0098F">
            <w:pPr>
              <w:jc w:val="right"/>
              <w:rPr>
                <w:sz w:val="22"/>
                <w:szCs w:val="22"/>
              </w:rPr>
            </w:pPr>
            <w:r w:rsidRPr="008C5CF5">
              <w:rPr>
                <w:sz w:val="22"/>
                <w:szCs w:val="22"/>
              </w:rPr>
              <w:t>34.259.500</w:t>
            </w:r>
          </w:p>
        </w:tc>
      </w:tr>
      <w:tr w:rsidR="00E0098F" w:rsidRPr="008C5CF5" w:rsidTr="00A70CA4">
        <w:trPr>
          <w:trHeight w:val="300"/>
          <w:jc w:val="center"/>
        </w:trPr>
        <w:tc>
          <w:tcPr>
            <w:tcW w:w="60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098F" w:rsidRPr="008C5CF5" w:rsidRDefault="00E0098F" w:rsidP="00E0098F">
            <w:pPr>
              <w:rPr>
                <w:sz w:val="22"/>
                <w:szCs w:val="22"/>
                <w:lang w:val="sr-Latn-CS" w:eastAsia="sr-Latn-CS"/>
              </w:rPr>
            </w:pPr>
            <w:r w:rsidRPr="008C5CF5">
              <w:rPr>
                <w:sz w:val="22"/>
                <w:szCs w:val="22"/>
                <w:lang w:val="sr-Latn-CS" w:eastAsia="sr-Latn-CS"/>
              </w:rPr>
              <w:t>5. Социјална заштита из буџета</w:t>
            </w: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098F" w:rsidRPr="008C5CF5" w:rsidRDefault="00E0098F" w:rsidP="00E0098F">
            <w:pPr>
              <w:rPr>
                <w:sz w:val="22"/>
                <w:szCs w:val="22"/>
                <w:lang w:val="sr-Latn-CS" w:eastAsia="sr-Latn-CS"/>
              </w:rPr>
            </w:pPr>
            <w:r w:rsidRPr="008C5CF5">
              <w:rPr>
                <w:sz w:val="22"/>
                <w:szCs w:val="22"/>
                <w:lang w:val="sr-Latn-CS" w:eastAsia="sr-Latn-CS"/>
              </w:rPr>
              <w:t>47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098F" w:rsidRPr="008C5CF5" w:rsidRDefault="00E0098F" w:rsidP="00E0098F">
            <w:pPr>
              <w:jc w:val="right"/>
              <w:rPr>
                <w:sz w:val="22"/>
                <w:szCs w:val="22"/>
              </w:rPr>
            </w:pPr>
            <w:r w:rsidRPr="008C5CF5">
              <w:rPr>
                <w:sz w:val="22"/>
                <w:szCs w:val="22"/>
              </w:rPr>
              <w:t>120.956.000</w:t>
            </w:r>
          </w:p>
        </w:tc>
      </w:tr>
      <w:tr w:rsidR="00E0098F" w:rsidRPr="008C5CF5" w:rsidTr="00A70CA4">
        <w:trPr>
          <w:trHeight w:val="300"/>
          <w:jc w:val="center"/>
        </w:trPr>
        <w:tc>
          <w:tcPr>
            <w:tcW w:w="6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0098F" w:rsidRPr="008C5CF5" w:rsidRDefault="00E0098F" w:rsidP="00E0098F">
            <w:pPr>
              <w:rPr>
                <w:sz w:val="22"/>
                <w:szCs w:val="22"/>
                <w:lang w:val="sr-Latn-CS" w:eastAsia="sr-Latn-CS"/>
              </w:rPr>
            </w:pPr>
            <w:r w:rsidRPr="008C5CF5">
              <w:rPr>
                <w:sz w:val="22"/>
                <w:szCs w:val="22"/>
                <w:lang w:val="sr-Latn-CS" w:eastAsia="sr-Latn-CS"/>
              </w:rPr>
              <w:t>6. Остали расходи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098F" w:rsidRPr="008C5CF5" w:rsidRDefault="00E0098F" w:rsidP="00E0098F">
            <w:pPr>
              <w:rPr>
                <w:sz w:val="22"/>
                <w:szCs w:val="22"/>
                <w:lang w:val="sr-Latn-CS" w:eastAsia="sr-Latn-CS"/>
              </w:rPr>
            </w:pPr>
            <w:r w:rsidRPr="008C5CF5">
              <w:rPr>
                <w:sz w:val="22"/>
                <w:szCs w:val="22"/>
                <w:lang w:val="sr-Latn-CS" w:eastAsia="sr-Latn-CS"/>
              </w:rPr>
              <w:t>48+49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098F" w:rsidRPr="008C5CF5" w:rsidRDefault="00E0098F" w:rsidP="00E0098F">
            <w:pPr>
              <w:jc w:val="right"/>
              <w:rPr>
                <w:sz w:val="22"/>
                <w:szCs w:val="22"/>
              </w:rPr>
            </w:pPr>
            <w:r w:rsidRPr="008C5CF5">
              <w:rPr>
                <w:sz w:val="22"/>
                <w:szCs w:val="22"/>
              </w:rPr>
              <w:t>126.266.000</w:t>
            </w:r>
          </w:p>
        </w:tc>
      </w:tr>
      <w:tr w:rsidR="00E0098F" w:rsidRPr="008C5CF5" w:rsidTr="00A70CA4">
        <w:trPr>
          <w:trHeight w:val="300"/>
          <w:jc w:val="center"/>
        </w:trPr>
        <w:tc>
          <w:tcPr>
            <w:tcW w:w="60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098F" w:rsidRPr="008C5CF5" w:rsidRDefault="00E0098F" w:rsidP="00E0098F">
            <w:pPr>
              <w:rPr>
                <w:sz w:val="22"/>
                <w:szCs w:val="22"/>
                <w:lang w:val="sr-Latn-CS" w:eastAsia="sr-Latn-CS"/>
              </w:rPr>
            </w:pPr>
            <w:r w:rsidRPr="008C5CF5">
              <w:rPr>
                <w:sz w:val="22"/>
                <w:szCs w:val="22"/>
                <w:lang w:val="sr-Latn-CS" w:eastAsia="sr-Latn-CS"/>
              </w:rPr>
              <w:t>ТРАНСФЕРИ</w:t>
            </w: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098F" w:rsidRPr="008C5CF5" w:rsidRDefault="00E0098F" w:rsidP="00E0098F">
            <w:pPr>
              <w:rPr>
                <w:sz w:val="22"/>
                <w:szCs w:val="22"/>
                <w:lang w:val="sr-Latn-CS" w:eastAsia="sr-Latn-CS"/>
              </w:rPr>
            </w:pPr>
            <w:r w:rsidRPr="008C5CF5">
              <w:rPr>
                <w:sz w:val="22"/>
                <w:szCs w:val="22"/>
                <w:lang w:val="sr-Latn-CS" w:eastAsia="sr-Latn-CS"/>
              </w:rPr>
              <w:t>4631+4641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098F" w:rsidRPr="008C5CF5" w:rsidRDefault="00E0098F" w:rsidP="00E0098F">
            <w:pPr>
              <w:jc w:val="right"/>
              <w:rPr>
                <w:sz w:val="22"/>
                <w:szCs w:val="22"/>
              </w:rPr>
            </w:pPr>
            <w:r w:rsidRPr="008C5CF5">
              <w:rPr>
                <w:sz w:val="22"/>
                <w:szCs w:val="22"/>
              </w:rPr>
              <w:t>205.668.000</w:t>
            </w:r>
          </w:p>
        </w:tc>
      </w:tr>
      <w:tr w:rsidR="00E0098F" w:rsidRPr="008C5CF5" w:rsidTr="00A70CA4">
        <w:trPr>
          <w:trHeight w:val="300"/>
          <w:jc w:val="center"/>
        </w:trPr>
        <w:tc>
          <w:tcPr>
            <w:tcW w:w="6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0098F" w:rsidRPr="008C5CF5" w:rsidRDefault="00E0098F" w:rsidP="00E0098F">
            <w:pPr>
              <w:rPr>
                <w:sz w:val="22"/>
                <w:szCs w:val="22"/>
                <w:lang w:val="sr-Latn-CS" w:eastAsia="sr-Latn-CS"/>
              </w:rPr>
            </w:pPr>
            <w:r w:rsidRPr="008C5CF5">
              <w:rPr>
                <w:sz w:val="22"/>
                <w:szCs w:val="22"/>
                <w:lang w:val="sr-Latn-CS" w:eastAsia="sr-Latn-CS"/>
              </w:rPr>
              <w:t>ИЗДАЦИ ЗА НАБАВКУ НЕФИНАНСИЈСКЕ ИМОВИНЕ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098F" w:rsidRPr="008C5CF5" w:rsidRDefault="00E0098F" w:rsidP="00E0098F">
            <w:pPr>
              <w:rPr>
                <w:sz w:val="22"/>
                <w:szCs w:val="22"/>
                <w:lang w:val="sr-Latn-CS" w:eastAsia="sr-Latn-CS"/>
              </w:rPr>
            </w:pPr>
            <w:r w:rsidRPr="008C5CF5">
              <w:rPr>
                <w:sz w:val="22"/>
                <w:szCs w:val="22"/>
                <w:lang w:val="sr-Latn-CS" w:eastAsia="sr-Latn-CS"/>
              </w:rPr>
              <w:t>5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098F" w:rsidRPr="008C5CF5" w:rsidRDefault="00E0098F" w:rsidP="00E0098F">
            <w:pPr>
              <w:jc w:val="right"/>
              <w:rPr>
                <w:sz w:val="22"/>
                <w:szCs w:val="22"/>
              </w:rPr>
            </w:pPr>
            <w:r w:rsidRPr="008C5CF5">
              <w:rPr>
                <w:sz w:val="22"/>
                <w:szCs w:val="22"/>
              </w:rPr>
              <w:t>331.410.204</w:t>
            </w:r>
          </w:p>
        </w:tc>
      </w:tr>
      <w:tr w:rsidR="00E0098F" w:rsidRPr="008C5CF5" w:rsidTr="00A70CA4">
        <w:trPr>
          <w:trHeight w:val="300"/>
          <w:jc w:val="center"/>
        </w:trPr>
        <w:tc>
          <w:tcPr>
            <w:tcW w:w="60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0098F" w:rsidRPr="008C5CF5" w:rsidRDefault="00E0098F" w:rsidP="00E0098F">
            <w:pPr>
              <w:rPr>
                <w:sz w:val="22"/>
                <w:szCs w:val="22"/>
                <w:lang w:val="sr-Latn-CS" w:eastAsia="sr-Latn-CS"/>
              </w:rPr>
            </w:pPr>
            <w:r w:rsidRPr="008C5CF5">
              <w:rPr>
                <w:sz w:val="22"/>
                <w:szCs w:val="22"/>
                <w:lang w:val="sr-Latn-CS" w:eastAsia="sr-Latn-CS"/>
              </w:rPr>
              <w:t>ИЗДАЦИ ЗА НАБАВКУ</w:t>
            </w:r>
            <w:r w:rsidR="00BB0F6F" w:rsidRPr="008C5CF5">
              <w:rPr>
                <w:sz w:val="22"/>
                <w:szCs w:val="22"/>
                <w:lang w:val="sr-Latn-CS" w:eastAsia="sr-Latn-CS"/>
              </w:rPr>
              <w:t xml:space="preserve"> ФИНАНСИЈСКЕ ИМОВИНЕ</w:t>
            </w: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098F" w:rsidRPr="008C5CF5" w:rsidRDefault="00E0098F" w:rsidP="00E0098F">
            <w:pPr>
              <w:rPr>
                <w:sz w:val="22"/>
                <w:szCs w:val="22"/>
                <w:lang w:val="sr-Latn-CS" w:eastAsia="sr-Latn-CS"/>
              </w:rPr>
            </w:pPr>
            <w:r w:rsidRPr="008C5CF5">
              <w:rPr>
                <w:sz w:val="22"/>
                <w:szCs w:val="22"/>
                <w:lang w:val="sr-Latn-CS" w:eastAsia="sr-Latn-CS"/>
              </w:rPr>
              <w:t>62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098F" w:rsidRPr="008C5CF5" w:rsidRDefault="00E0098F" w:rsidP="00E0098F">
            <w:pPr>
              <w:jc w:val="right"/>
              <w:rPr>
                <w:sz w:val="22"/>
                <w:szCs w:val="22"/>
                <w:lang w:eastAsia="en-GB"/>
              </w:rPr>
            </w:pPr>
            <w:r w:rsidRPr="008C5CF5">
              <w:rPr>
                <w:sz w:val="22"/>
                <w:szCs w:val="22"/>
              </w:rPr>
              <w:t>98.600.000</w:t>
            </w:r>
          </w:p>
        </w:tc>
      </w:tr>
      <w:tr w:rsidR="00E0098F" w:rsidRPr="008C5CF5" w:rsidTr="00A70CA4">
        <w:trPr>
          <w:trHeight w:val="600"/>
          <w:jc w:val="center"/>
        </w:trPr>
        <w:tc>
          <w:tcPr>
            <w:tcW w:w="6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098F" w:rsidRPr="008C5CF5" w:rsidRDefault="00E0098F" w:rsidP="00E0098F">
            <w:pPr>
              <w:rPr>
                <w:sz w:val="22"/>
                <w:szCs w:val="22"/>
                <w:lang w:val="sr-Latn-CS" w:eastAsia="sr-Latn-CS"/>
              </w:rPr>
            </w:pPr>
            <w:r w:rsidRPr="008C5CF5">
              <w:rPr>
                <w:sz w:val="22"/>
                <w:szCs w:val="22"/>
                <w:lang w:val="sr-Latn-CS" w:eastAsia="sr-Latn-CS"/>
              </w:rPr>
              <w:t>ПРИМАЊА ОД ПРОДАЈЕ ФИНАНСИЈСКЕ ИМОВИНЕ И ЗАДУЖИВАЊА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098F" w:rsidRPr="008C5CF5" w:rsidRDefault="00E0098F" w:rsidP="00E0098F">
            <w:pPr>
              <w:rPr>
                <w:sz w:val="22"/>
                <w:szCs w:val="22"/>
                <w:lang w:val="sr-Latn-CS" w:eastAsia="sr-Latn-CS"/>
              </w:rPr>
            </w:pPr>
            <w:r w:rsidRPr="008C5CF5">
              <w:rPr>
                <w:sz w:val="22"/>
                <w:szCs w:val="22"/>
                <w:lang w:val="sr-Latn-CS" w:eastAsia="sr-Latn-CS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098F" w:rsidRPr="008C5CF5" w:rsidRDefault="00E0098F" w:rsidP="00E0098F">
            <w:pPr>
              <w:jc w:val="right"/>
              <w:rPr>
                <w:sz w:val="22"/>
                <w:szCs w:val="22"/>
              </w:rPr>
            </w:pPr>
            <w:r w:rsidRPr="008C5CF5">
              <w:rPr>
                <w:sz w:val="22"/>
                <w:szCs w:val="22"/>
              </w:rPr>
              <w:t>119.573.672</w:t>
            </w:r>
          </w:p>
        </w:tc>
      </w:tr>
      <w:tr w:rsidR="00E0098F" w:rsidRPr="008C5CF5" w:rsidTr="00A70CA4">
        <w:trPr>
          <w:trHeight w:val="300"/>
          <w:jc w:val="center"/>
        </w:trPr>
        <w:tc>
          <w:tcPr>
            <w:tcW w:w="60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098F" w:rsidRPr="008C5CF5" w:rsidRDefault="00E0098F" w:rsidP="00E0098F">
            <w:pPr>
              <w:rPr>
                <w:sz w:val="22"/>
                <w:szCs w:val="22"/>
                <w:lang w:val="sr-Latn-CS" w:eastAsia="sr-Latn-CS"/>
              </w:rPr>
            </w:pPr>
            <w:r w:rsidRPr="008C5CF5">
              <w:rPr>
                <w:sz w:val="22"/>
                <w:szCs w:val="22"/>
                <w:lang w:val="sr-Latn-CS" w:eastAsia="sr-Latn-CS"/>
              </w:rPr>
              <w:t>1. Примања по основу отплате кредита и продаје финансијске имовине</w:t>
            </w: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098F" w:rsidRPr="008C5CF5" w:rsidRDefault="00E0098F" w:rsidP="00E0098F">
            <w:pPr>
              <w:rPr>
                <w:sz w:val="22"/>
                <w:szCs w:val="22"/>
                <w:lang w:val="sr-Latn-CS" w:eastAsia="sr-Latn-CS"/>
              </w:rPr>
            </w:pPr>
            <w:r w:rsidRPr="008C5CF5">
              <w:rPr>
                <w:sz w:val="22"/>
                <w:szCs w:val="22"/>
                <w:lang w:val="sr-Latn-CS" w:eastAsia="sr-Latn-CS"/>
              </w:rPr>
              <w:t>92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098F" w:rsidRPr="008C5CF5" w:rsidRDefault="00E0098F" w:rsidP="00E0098F">
            <w:pPr>
              <w:rPr>
                <w:sz w:val="22"/>
                <w:szCs w:val="22"/>
              </w:rPr>
            </w:pPr>
            <w:r w:rsidRPr="008C5CF5">
              <w:rPr>
                <w:sz w:val="22"/>
                <w:szCs w:val="22"/>
              </w:rPr>
              <w:t> </w:t>
            </w:r>
          </w:p>
        </w:tc>
      </w:tr>
      <w:tr w:rsidR="00E0098F" w:rsidRPr="008C5CF5" w:rsidTr="00A70CA4">
        <w:trPr>
          <w:trHeight w:val="300"/>
          <w:jc w:val="center"/>
        </w:trPr>
        <w:tc>
          <w:tcPr>
            <w:tcW w:w="60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098F" w:rsidRPr="008C5CF5" w:rsidRDefault="00E0098F" w:rsidP="00E0098F">
            <w:pPr>
              <w:rPr>
                <w:sz w:val="22"/>
                <w:szCs w:val="22"/>
                <w:lang w:val="sr-Latn-CS" w:eastAsia="sr-Latn-CS"/>
              </w:rPr>
            </w:pPr>
            <w:r w:rsidRPr="008C5CF5">
              <w:rPr>
                <w:sz w:val="22"/>
                <w:szCs w:val="22"/>
                <w:lang w:val="sr-Latn-CS" w:eastAsia="sr-Latn-CS"/>
              </w:rPr>
              <w:t>2. Задуживање</w:t>
            </w: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098F" w:rsidRPr="008C5CF5" w:rsidRDefault="00E0098F" w:rsidP="00E0098F">
            <w:pPr>
              <w:rPr>
                <w:sz w:val="22"/>
                <w:szCs w:val="22"/>
                <w:lang w:val="sr-Latn-CS" w:eastAsia="sr-Latn-CS"/>
              </w:rPr>
            </w:pPr>
            <w:r w:rsidRPr="008C5CF5">
              <w:rPr>
                <w:sz w:val="22"/>
                <w:szCs w:val="22"/>
                <w:lang w:val="sr-Latn-CS" w:eastAsia="sr-Latn-CS"/>
              </w:rPr>
              <w:t>91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098F" w:rsidRPr="008C5CF5" w:rsidRDefault="00E0098F" w:rsidP="00E0098F">
            <w:pPr>
              <w:rPr>
                <w:sz w:val="22"/>
                <w:szCs w:val="22"/>
              </w:rPr>
            </w:pPr>
            <w:r w:rsidRPr="008C5CF5">
              <w:rPr>
                <w:sz w:val="22"/>
                <w:szCs w:val="22"/>
              </w:rPr>
              <w:t> </w:t>
            </w:r>
          </w:p>
        </w:tc>
      </w:tr>
      <w:tr w:rsidR="00E0098F" w:rsidRPr="008C5CF5" w:rsidTr="00A70CA4">
        <w:trPr>
          <w:trHeight w:val="300"/>
          <w:jc w:val="center"/>
        </w:trPr>
        <w:tc>
          <w:tcPr>
            <w:tcW w:w="60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098F" w:rsidRPr="008C5CF5" w:rsidRDefault="00E0098F" w:rsidP="00E0098F">
            <w:pPr>
              <w:rPr>
                <w:sz w:val="22"/>
                <w:szCs w:val="22"/>
                <w:lang w:val="sr-Latn-CS" w:eastAsia="sr-Latn-CS"/>
              </w:rPr>
            </w:pPr>
            <w:r w:rsidRPr="008C5CF5">
              <w:rPr>
                <w:sz w:val="22"/>
                <w:szCs w:val="22"/>
                <w:lang w:val="sr-Latn-CS" w:eastAsia="sr-Latn-CS"/>
              </w:rPr>
              <w:t>2.1. Задуживање код домаћих кредитора</w:t>
            </w: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098F" w:rsidRPr="008C5CF5" w:rsidRDefault="00E0098F" w:rsidP="00E0098F">
            <w:pPr>
              <w:rPr>
                <w:sz w:val="22"/>
                <w:szCs w:val="22"/>
                <w:lang w:val="sr-Latn-CS" w:eastAsia="sr-Latn-CS"/>
              </w:rPr>
            </w:pPr>
            <w:r w:rsidRPr="008C5CF5">
              <w:rPr>
                <w:sz w:val="22"/>
                <w:szCs w:val="22"/>
                <w:lang w:val="sr-Latn-CS" w:eastAsia="sr-Latn-CS"/>
              </w:rPr>
              <w:t>911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098F" w:rsidRPr="008C5CF5" w:rsidRDefault="00E0098F" w:rsidP="00E0098F">
            <w:pPr>
              <w:jc w:val="right"/>
              <w:rPr>
                <w:sz w:val="22"/>
                <w:szCs w:val="22"/>
              </w:rPr>
            </w:pPr>
            <w:r w:rsidRPr="008C5CF5">
              <w:rPr>
                <w:sz w:val="22"/>
                <w:szCs w:val="22"/>
              </w:rPr>
              <w:t>119.573.672</w:t>
            </w:r>
          </w:p>
        </w:tc>
      </w:tr>
      <w:tr w:rsidR="00E0098F" w:rsidRPr="008C5CF5" w:rsidTr="00A70CA4">
        <w:trPr>
          <w:trHeight w:val="300"/>
          <w:jc w:val="center"/>
        </w:trPr>
        <w:tc>
          <w:tcPr>
            <w:tcW w:w="60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0098F" w:rsidRPr="008C5CF5" w:rsidRDefault="00E0098F" w:rsidP="00E0098F">
            <w:pPr>
              <w:rPr>
                <w:sz w:val="22"/>
                <w:szCs w:val="22"/>
                <w:lang w:val="sr-Latn-CS" w:eastAsia="sr-Latn-CS"/>
              </w:rPr>
            </w:pPr>
            <w:r w:rsidRPr="008C5CF5">
              <w:rPr>
                <w:sz w:val="22"/>
                <w:szCs w:val="22"/>
                <w:lang w:val="sr-Latn-CS" w:eastAsia="sr-Latn-CS"/>
              </w:rPr>
              <w:t>2.2. Задуживање код страних кредитора</w:t>
            </w: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098F" w:rsidRPr="008C5CF5" w:rsidRDefault="00E0098F" w:rsidP="00E0098F">
            <w:pPr>
              <w:rPr>
                <w:sz w:val="22"/>
                <w:szCs w:val="22"/>
                <w:lang w:val="sr-Latn-CS" w:eastAsia="sr-Latn-CS"/>
              </w:rPr>
            </w:pPr>
            <w:r w:rsidRPr="008C5CF5">
              <w:rPr>
                <w:sz w:val="22"/>
                <w:szCs w:val="22"/>
                <w:lang w:val="sr-Latn-CS" w:eastAsia="sr-Latn-CS"/>
              </w:rPr>
              <w:t>912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098F" w:rsidRPr="008C5CF5" w:rsidRDefault="00E0098F" w:rsidP="00E0098F">
            <w:pPr>
              <w:rPr>
                <w:sz w:val="22"/>
                <w:szCs w:val="22"/>
              </w:rPr>
            </w:pPr>
            <w:r w:rsidRPr="008C5CF5">
              <w:rPr>
                <w:sz w:val="22"/>
                <w:szCs w:val="22"/>
              </w:rPr>
              <w:t> </w:t>
            </w:r>
          </w:p>
        </w:tc>
      </w:tr>
      <w:tr w:rsidR="00E0098F" w:rsidRPr="008C5CF5" w:rsidTr="00A70CA4">
        <w:trPr>
          <w:trHeight w:val="300"/>
          <w:jc w:val="center"/>
        </w:trPr>
        <w:tc>
          <w:tcPr>
            <w:tcW w:w="60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0098F" w:rsidRPr="008C5CF5" w:rsidRDefault="00E0098F" w:rsidP="00E0098F">
            <w:pPr>
              <w:rPr>
                <w:sz w:val="22"/>
                <w:szCs w:val="22"/>
                <w:lang w:val="sr-Latn-CS" w:eastAsia="sr-Latn-CS"/>
              </w:rPr>
            </w:pPr>
            <w:r w:rsidRPr="008C5CF5">
              <w:rPr>
                <w:sz w:val="22"/>
                <w:szCs w:val="22"/>
                <w:lang w:val="sr-Latn-CS" w:eastAsia="sr-Latn-CS"/>
              </w:rPr>
              <w:t>ОТПЛАТА ДУГА И НАБАВКА ФИНАНСИЈСКЕ ИМОВИНЕ</w:t>
            </w: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098F" w:rsidRPr="008C5CF5" w:rsidRDefault="00E0098F" w:rsidP="00E0098F">
            <w:pPr>
              <w:rPr>
                <w:sz w:val="22"/>
                <w:szCs w:val="22"/>
                <w:lang w:val="sr-Latn-CS" w:eastAsia="sr-Latn-CS"/>
              </w:rPr>
            </w:pPr>
            <w:r w:rsidRPr="008C5CF5">
              <w:rPr>
                <w:sz w:val="22"/>
                <w:szCs w:val="22"/>
                <w:lang w:val="sr-Latn-CS" w:eastAsia="sr-Latn-CS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098F" w:rsidRPr="008C5CF5" w:rsidRDefault="00E0098F" w:rsidP="00E0098F">
            <w:pPr>
              <w:jc w:val="right"/>
              <w:rPr>
                <w:sz w:val="22"/>
                <w:szCs w:val="22"/>
              </w:rPr>
            </w:pPr>
            <w:r w:rsidRPr="008C5CF5">
              <w:rPr>
                <w:sz w:val="22"/>
                <w:szCs w:val="22"/>
              </w:rPr>
              <w:t>140.254.000</w:t>
            </w:r>
          </w:p>
        </w:tc>
      </w:tr>
      <w:tr w:rsidR="00E0098F" w:rsidRPr="008C5CF5" w:rsidTr="00A70CA4">
        <w:trPr>
          <w:trHeight w:val="300"/>
          <w:jc w:val="center"/>
        </w:trPr>
        <w:tc>
          <w:tcPr>
            <w:tcW w:w="60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098F" w:rsidRPr="008C5CF5" w:rsidRDefault="00E0098F" w:rsidP="00E0098F">
            <w:pPr>
              <w:rPr>
                <w:sz w:val="22"/>
                <w:szCs w:val="22"/>
                <w:lang w:val="sr-Latn-CS" w:eastAsia="sr-Latn-CS"/>
              </w:rPr>
            </w:pPr>
            <w:r w:rsidRPr="008C5CF5">
              <w:rPr>
                <w:sz w:val="22"/>
                <w:szCs w:val="22"/>
                <w:lang w:val="sr-Latn-CS" w:eastAsia="sr-Latn-CS"/>
              </w:rPr>
              <w:lastRenderedPageBreak/>
              <w:t>3. Отплата дуга</w:t>
            </w: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098F" w:rsidRPr="008C5CF5" w:rsidRDefault="00E0098F" w:rsidP="00E0098F">
            <w:pPr>
              <w:rPr>
                <w:sz w:val="22"/>
                <w:szCs w:val="22"/>
                <w:lang w:val="sr-Latn-CS" w:eastAsia="sr-Latn-CS"/>
              </w:rPr>
            </w:pPr>
            <w:r w:rsidRPr="008C5CF5">
              <w:rPr>
                <w:sz w:val="22"/>
                <w:szCs w:val="22"/>
                <w:lang w:val="sr-Latn-CS" w:eastAsia="sr-Latn-CS"/>
              </w:rPr>
              <w:t>61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098F" w:rsidRPr="008C5CF5" w:rsidRDefault="00E0098F" w:rsidP="00E0098F">
            <w:pPr>
              <w:rPr>
                <w:sz w:val="22"/>
                <w:szCs w:val="22"/>
              </w:rPr>
            </w:pPr>
            <w:r w:rsidRPr="008C5CF5">
              <w:rPr>
                <w:sz w:val="22"/>
                <w:szCs w:val="22"/>
              </w:rPr>
              <w:t> </w:t>
            </w:r>
          </w:p>
        </w:tc>
      </w:tr>
      <w:tr w:rsidR="00E0098F" w:rsidRPr="008C5CF5" w:rsidTr="00A70CA4">
        <w:trPr>
          <w:trHeight w:val="300"/>
          <w:jc w:val="center"/>
        </w:trPr>
        <w:tc>
          <w:tcPr>
            <w:tcW w:w="60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098F" w:rsidRPr="008C5CF5" w:rsidRDefault="00E0098F" w:rsidP="00E0098F">
            <w:pPr>
              <w:rPr>
                <w:sz w:val="22"/>
                <w:szCs w:val="22"/>
                <w:lang w:val="sr-Latn-CS" w:eastAsia="sr-Latn-CS"/>
              </w:rPr>
            </w:pPr>
            <w:r w:rsidRPr="008C5CF5">
              <w:rPr>
                <w:sz w:val="22"/>
                <w:szCs w:val="22"/>
                <w:lang w:val="sr-Latn-CS" w:eastAsia="sr-Latn-CS"/>
              </w:rPr>
              <w:t>3.1. Отплата дуга домаћим кредиторима</w:t>
            </w: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098F" w:rsidRPr="008C5CF5" w:rsidRDefault="00E0098F" w:rsidP="00E0098F">
            <w:pPr>
              <w:rPr>
                <w:sz w:val="22"/>
                <w:szCs w:val="22"/>
                <w:lang w:val="sr-Latn-CS" w:eastAsia="sr-Latn-CS"/>
              </w:rPr>
            </w:pPr>
            <w:r w:rsidRPr="008C5CF5">
              <w:rPr>
                <w:sz w:val="22"/>
                <w:szCs w:val="22"/>
                <w:lang w:val="sr-Latn-CS" w:eastAsia="sr-Latn-CS"/>
              </w:rPr>
              <w:t>611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098F" w:rsidRPr="008C5CF5" w:rsidRDefault="00E0098F" w:rsidP="00E0098F">
            <w:pPr>
              <w:jc w:val="right"/>
              <w:rPr>
                <w:sz w:val="22"/>
                <w:szCs w:val="22"/>
              </w:rPr>
            </w:pPr>
            <w:r w:rsidRPr="008C5CF5">
              <w:rPr>
                <w:sz w:val="22"/>
                <w:szCs w:val="22"/>
              </w:rPr>
              <w:t>41.654.000</w:t>
            </w:r>
          </w:p>
        </w:tc>
      </w:tr>
      <w:tr w:rsidR="00E0098F" w:rsidRPr="008C5CF5" w:rsidTr="00A70CA4">
        <w:trPr>
          <w:trHeight w:val="300"/>
          <w:jc w:val="center"/>
        </w:trPr>
        <w:tc>
          <w:tcPr>
            <w:tcW w:w="60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098F" w:rsidRPr="008C5CF5" w:rsidRDefault="00E0098F" w:rsidP="00E0098F">
            <w:pPr>
              <w:rPr>
                <w:sz w:val="22"/>
                <w:szCs w:val="22"/>
                <w:lang w:val="sr-Latn-CS" w:eastAsia="sr-Latn-CS"/>
              </w:rPr>
            </w:pPr>
            <w:r w:rsidRPr="008C5CF5">
              <w:rPr>
                <w:sz w:val="22"/>
                <w:szCs w:val="22"/>
                <w:lang w:val="sr-Latn-CS" w:eastAsia="sr-Latn-CS"/>
              </w:rPr>
              <w:t>3.2. Отплата дуга страним кредиторима</w:t>
            </w: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098F" w:rsidRPr="008C5CF5" w:rsidRDefault="00E0098F" w:rsidP="00E0098F">
            <w:pPr>
              <w:rPr>
                <w:sz w:val="22"/>
                <w:szCs w:val="22"/>
                <w:lang w:val="sr-Latn-CS" w:eastAsia="sr-Latn-CS"/>
              </w:rPr>
            </w:pPr>
            <w:r w:rsidRPr="008C5CF5">
              <w:rPr>
                <w:sz w:val="22"/>
                <w:szCs w:val="22"/>
                <w:lang w:val="sr-Latn-CS" w:eastAsia="sr-Latn-CS"/>
              </w:rPr>
              <w:t>612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098F" w:rsidRPr="008C5CF5" w:rsidRDefault="00E0098F" w:rsidP="00E0098F">
            <w:pPr>
              <w:rPr>
                <w:sz w:val="22"/>
                <w:szCs w:val="22"/>
              </w:rPr>
            </w:pPr>
            <w:r w:rsidRPr="008C5CF5">
              <w:rPr>
                <w:sz w:val="22"/>
                <w:szCs w:val="22"/>
              </w:rPr>
              <w:t> </w:t>
            </w:r>
          </w:p>
        </w:tc>
      </w:tr>
      <w:tr w:rsidR="00E0098F" w:rsidRPr="008C5CF5" w:rsidTr="00A70CA4">
        <w:trPr>
          <w:trHeight w:val="300"/>
          <w:jc w:val="center"/>
        </w:trPr>
        <w:tc>
          <w:tcPr>
            <w:tcW w:w="60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0098F" w:rsidRPr="008C5CF5" w:rsidRDefault="00E0098F" w:rsidP="00E0098F">
            <w:pPr>
              <w:rPr>
                <w:sz w:val="22"/>
                <w:szCs w:val="22"/>
                <w:lang w:val="sr-Latn-CS" w:eastAsia="sr-Latn-CS"/>
              </w:rPr>
            </w:pPr>
            <w:r w:rsidRPr="008C5CF5">
              <w:rPr>
                <w:sz w:val="22"/>
                <w:szCs w:val="22"/>
                <w:lang w:val="sr-Latn-CS" w:eastAsia="sr-Latn-CS"/>
              </w:rPr>
              <w:t>4. Набавка финансијске имовине</w:t>
            </w: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098F" w:rsidRPr="008C5CF5" w:rsidRDefault="00E0098F" w:rsidP="00E0098F">
            <w:pPr>
              <w:rPr>
                <w:sz w:val="22"/>
                <w:szCs w:val="22"/>
                <w:lang w:val="sr-Latn-CS" w:eastAsia="sr-Latn-CS"/>
              </w:rPr>
            </w:pPr>
            <w:r w:rsidRPr="008C5CF5">
              <w:rPr>
                <w:sz w:val="22"/>
                <w:szCs w:val="22"/>
                <w:lang w:val="sr-Latn-CS" w:eastAsia="sr-Latn-CS"/>
              </w:rPr>
              <w:t>6211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098F" w:rsidRPr="008C5CF5" w:rsidRDefault="00E0098F" w:rsidP="00E0098F">
            <w:pPr>
              <w:jc w:val="right"/>
              <w:rPr>
                <w:sz w:val="22"/>
                <w:szCs w:val="22"/>
              </w:rPr>
            </w:pPr>
            <w:r w:rsidRPr="008C5CF5">
              <w:rPr>
                <w:sz w:val="22"/>
                <w:szCs w:val="22"/>
              </w:rPr>
              <w:t>98.600.000</w:t>
            </w:r>
          </w:p>
        </w:tc>
      </w:tr>
      <w:tr w:rsidR="009A36AA" w:rsidRPr="008C5CF5" w:rsidTr="009A36AA">
        <w:trPr>
          <w:trHeight w:val="300"/>
          <w:jc w:val="center"/>
        </w:trPr>
        <w:tc>
          <w:tcPr>
            <w:tcW w:w="60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A36AA" w:rsidRPr="008C5CF5" w:rsidRDefault="009A36AA" w:rsidP="002378A8">
            <w:pPr>
              <w:rPr>
                <w:sz w:val="22"/>
                <w:szCs w:val="22"/>
                <w:lang w:val="sr-Latn-CS" w:eastAsia="sr-Latn-RS"/>
              </w:rPr>
            </w:pPr>
            <w:r w:rsidRPr="008C5CF5">
              <w:rPr>
                <w:sz w:val="22"/>
                <w:szCs w:val="22"/>
                <w:lang w:val="sr-Latn-CS" w:eastAsia="sr-Latn-RS"/>
              </w:rPr>
              <w:t>НЕРАСПОРЕЂЕНИ ВИШАК ПРИХОДА ИЗ РАНИЈИХ ГОДИНА (класа 3 извор финансирања 13)</w:t>
            </w: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6AA" w:rsidRPr="008C5CF5" w:rsidRDefault="009A36AA" w:rsidP="002378A8">
            <w:pPr>
              <w:rPr>
                <w:sz w:val="22"/>
                <w:szCs w:val="22"/>
                <w:lang w:val="sr-Latn-CS" w:eastAsia="sr-Latn-RS"/>
              </w:rPr>
            </w:pPr>
            <w:r w:rsidRPr="008C5CF5">
              <w:rPr>
                <w:sz w:val="22"/>
                <w:szCs w:val="22"/>
                <w:lang w:val="sr-Latn-CS" w:eastAsia="sr-Latn-RS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6AA" w:rsidRPr="008C5CF5" w:rsidRDefault="00E0098F" w:rsidP="002378A8">
            <w:pPr>
              <w:jc w:val="right"/>
              <w:rPr>
                <w:sz w:val="22"/>
                <w:szCs w:val="22"/>
                <w:lang w:val="sr-Latn-CS" w:eastAsia="sr-Latn-RS"/>
              </w:rPr>
            </w:pPr>
            <w:r w:rsidRPr="008C5CF5">
              <w:rPr>
                <w:sz w:val="22"/>
                <w:szCs w:val="22"/>
                <w:lang w:val="sr-Latn-CS" w:eastAsia="sr-Latn-RS"/>
              </w:rPr>
              <w:t>38.522.000</w:t>
            </w:r>
          </w:p>
        </w:tc>
      </w:tr>
      <w:tr w:rsidR="00BB0F6F" w:rsidRPr="008C5CF5" w:rsidTr="009A36AA">
        <w:trPr>
          <w:trHeight w:val="300"/>
          <w:jc w:val="center"/>
        </w:trPr>
        <w:tc>
          <w:tcPr>
            <w:tcW w:w="60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B0F6F" w:rsidRPr="008C5CF5" w:rsidRDefault="00BB0F6F" w:rsidP="00BB0F6F">
            <w:pPr>
              <w:rPr>
                <w:sz w:val="22"/>
                <w:szCs w:val="22"/>
                <w:lang w:val="sr-Latn-CS" w:eastAsia="sr-Latn-RS"/>
              </w:rPr>
            </w:pPr>
            <w:r w:rsidRPr="008C5CF5">
              <w:rPr>
                <w:sz w:val="22"/>
                <w:szCs w:val="22"/>
              </w:rPr>
              <w:t>НЕУТРОШЕНА СРЕДСТВА ДОНАЦИЈА ИЗ РАНИЈИХ ГОДИНА (класа 3, извор финансирања 15)</w:t>
            </w: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0F6F" w:rsidRPr="008C5CF5" w:rsidRDefault="00BB0F6F" w:rsidP="002378A8">
            <w:pPr>
              <w:rPr>
                <w:sz w:val="22"/>
                <w:szCs w:val="22"/>
                <w:lang w:val="sr-Latn-CS" w:eastAsia="sr-Latn-RS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0F6F" w:rsidRPr="008C5CF5" w:rsidRDefault="00BB0F6F" w:rsidP="002378A8">
            <w:pPr>
              <w:jc w:val="right"/>
              <w:rPr>
                <w:sz w:val="22"/>
                <w:szCs w:val="22"/>
                <w:lang w:val="sr-Latn-CS" w:eastAsia="sr-Latn-RS"/>
              </w:rPr>
            </w:pPr>
            <w:r w:rsidRPr="008C5CF5">
              <w:rPr>
                <w:sz w:val="22"/>
                <w:szCs w:val="22"/>
                <w:lang w:val="sr-Latn-CS" w:eastAsia="sr-Latn-RS"/>
              </w:rPr>
              <w:t>1.198.896</w:t>
            </w:r>
          </w:p>
        </w:tc>
      </w:tr>
      <w:tr w:rsidR="009A36AA" w:rsidRPr="008C5CF5" w:rsidTr="009A36AA">
        <w:trPr>
          <w:trHeight w:val="300"/>
          <w:jc w:val="center"/>
        </w:trPr>
        <w:tc>
          <w:tcPr>
            <w:tcW w:w="60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A36AA" w:rsidRPr="008C5CF5" w:rsidRDefault="009A36AA" w:rsidP="002378A8">
            <w:pPr>
              <w:rPr>
                <w:sz w:val="22"/>
                <w:szCs w:val="22"/>
                <w:lang w:val="sr-Latn-CS" w:eastAsia="sr-Latn-RS"/>
              </w:rPr>
            </w:pPr>
            <w:r w:rsidRPr="008C5CF5">
              <w:rPr>
                <w:sz w:val="22"/>
                <w:szCs w:val="22"/>
                <w:lang w:val="sr-Latn-CS" w:eastAsia="sr-Latn-RS"/>
              </w:rPr>
              <w:t>НЕУТРОШЕНА СРЕДСТВА ТРАНСФЕРА ОД ДРУГИХ НИВОА ВЛАСТИ (класа 3, извор финансирања 17)</w:t>
            </w: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6AA" w:rsidRPr="008C5CF5" w:rsidRDefault="009A36AA" w:rsidP="002378A8">
            <w:pPr>
              <w:rPr>
                <w:sz w:val="22"/>
                <w:szCs w:val="22"/>
                <w:lang w:val="sr-Latn-CS" w:eastAsia="sr-Latn-RS"/>
              </w:rPr>
            </w:pPr>
            <w:r w:rsidRPr="008C5CF5">
              <w:rPr>
                <w:sz w:val="22"/>
                <w:szCs w:val="22"/>
                <w:lang w:val="sr-Latn-CS" w:eastAsia="sr-Latn-RS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6AA" w:rsidRPr="008C5CF5" w:rsidRDefault="00BB0F6F" w:rsidP="002378A8">
            <w:pPr>
              <w:jc w:val="right"/>
              <w:rPr>
                <w:sz w:val="22"/>
                <w:szCs w:val="22"/>
                <w:lang w:val="sr-Latn-CS" w:eastAsia="sr-Latn-RS"/>
              </w:rPr>
            </w:pPr>
            <w:r w:rsidRPr="008C5CF5">
              <w:rPr>
                <w:sz w:val="22"/>
                <w:szCs w:val="22"/>
                <w:lang w:val="sr-Latn-CS" w:eastAsia="sr-Latn-RS"/>
              </w:rPr>
              <w:t>62.034.432</w:t>
            </w:r>
          </w:p>
        </w:tc>
      </w:tr>
    </w:tbl>
    <w:p w:rsidR="00481DB1" w:rsidRPr="008C5CF5" w:rsidRDefault="00481DB1" w:rsidP="00481DB1">
      <w:pPr>
        <w:jc w:val="both"/>
        <w:rPr>
          <w:sz w:val="22"/>
          <w:szCs w:val="22"/>
          <w:lang w:val="sr-Latn-CS"/>
        </w:rPr>
      </w:pPr>
    </w:p>
    <w:p w:rsidR="00481DB1" w:rsidRPr="008C5CF5" w:rsidRDefault="00481DB1" w:rsidP="00481DB1">
      <w:pPr>
        <w:jc w:val="center"/>
        <w:rPr>
          <w:sz w:val="22"/>
          <w:lang w:val="sr-Latn-CS"/>
        </w:rPr>
      </w:pPr>
    </w:p>
    <w:p w:rsidR="003678BE" w:rsidRPr="008C5CF5" w:rsidRDefault="006E2FA8" w:rsidP="00076030">
      <w:pPr>
        <w:jc w:val="center"/>
        <w:rPr>
          <w:sz w:val="22"/>
          <w:lang w:val="sr-Latn-CS"/>
        </w:rPr>
      </w:pPr>
      <w:r w:rsidRPr="008C5CF5">
        <w:rPr>
          <w:sz w:val="22"/>
          <w:lang w:val="sr-Latn-CS"/>
        </w:rPr>
        <w:t>Члан 4</w:t>
      </w:r>
      <w:r w:rsidR="00481DB1" w:rsidRPr="008C5CF5">
        <w:rPr>
          <w:sz w:val="22"/>
          <w:lang w:val="sr-Latn-CS"/>
        </w:rPr>
        <w:t>.</w:t>
      </w:r>
    </w:p>
    <w:p w:rsidR="00B27D37" w:rsidRPr="008C5CF5" w:rsidRDefault="00B27D37" w:rsidP="00B27D37">
      <w:pPr>
        <w:ind w:firstLine="708"/>
        <w:jc w:val="both"/>
        <w:rPr>
          <w:sz w:val="22"/>
          <w:szCs w:val="22"/>
          <w:lang w:val="sr-Latn-CS"/>
        </w:rPr>
      </w:pPr>
      <w:r w:rsidRPr="008C5CF5">
        <w:rPr>
          <w:sz w:val="22"/>
          <w:szCs w:val="22"/>
          <w:lang w:val="sr-Latn-CS"/>
        </w:rPr>
        <w:t>Члан 4. Буџета мења се и гласи:</w:t>
      </w:r>
    </w:p>
    <w:p w:rsidR="00B27D37" w:rsidRPr="008C5CF5" w:rsidRDefault="00B27D37" w:rsidP="00B27D37">
      <w:pPr>
        <w:ind w:firstLine="708"/>
        <w:jc w:val="both"/>
        <w:rPr>
          <w:sz w:val="22"/>
          <w:szCs w:val="22"/>
          <w:lang w:val="sr-Latn-CS"/>
        </w:rPr>
      </w:pPr>
    </w:p>
    <w:p w:rsidR="00B27D37" w:rsidRPr="008C5CF5" w:rsidRDefault="00B27D37" w:rsidP="00B27D37">
      <w:pPr>
        <w:ind w:firstLine="708"/>
        <w:jc w:val="both"/>
        <w:rPr>
          <w:sz w:val="22"/>
          <w:szCs w:val="22"/>
          <w:lang w:val="sr-Latn-CS"/>
        </w:rPr>
      </w:pPr>
      <w:r w:rsidRPr="008C5CF5">
        <w:rPr>
          <w:sz w:val="22"/>
          <w:szCs w:val="22"/>
          <w:lang w:val="sr-Latn-CS"/>
        </w:rPr>
        <w:t>„Планирани финансијски резултат је буџетски, односно фискални дефицит из члана 1. ове одлуке, у износу од 81.075.000 динара.</w:t>
      </w:r>
    </w:p>
    <w:p w:rsidR="00B27D37" w:rsidRPr="008C5CF5" w:rsidRDefault="00B27D37" w:rsidP="00B27D37">
      <w:pPr>
        <w:ind w:firstLine="708"/>
        <w:jc w:val="both"/>
        <w:rPr>
          <w:sz w:val="22"/>
          <w:szCs w:val="22"/>
          <w:lang w:val="sr-Latn-CS"/>
        </w:rPr>
      </w:pPr>
    </w:p>
    <w:p w:rsidR="00B27D37" w:rsidRPr="008C5CF5" w:rsidRDefault="00B27D37" w:rsidP="00B27D37">
      <w:pPr>
        <w:ind w:firstLine="708"/>
        <w:jc w:val="both"/>
        <w:rPr>
          <w:sz w:val="22"/>
          <w:szCs w:val="22"/>
          <w:lang w:val="sr-Latn-CS"/>
        </w:rPr>
      </w:pPr>
      <w:r w:rsidRPr="008C5CF5">
        <w:rPr>
          <w:sz w:val="22"/>
          <w:szCs w:val="22"/>
          <w:lang w:val="sr-Latn-CS"/>
        </w:rPr>
        <w:t>Планирани дефицит представља разлику између збира примања од кредитног задужења, планираних у износу од 119.573.672 динара, и средстава пренетих из 2025. године која су укључена у план буџета за 2026. годину, у износу од 101.755.328 динара, са једне стране, и збира средстава планираних за отплату главнице дуга у износу од 41.654.000 динара и средстава планираних за набавку домаће финансијске имовине ради увећања основног капитала јавних предузећа чији је оснивач Општина, у износу од 98.600.000 динара, са друге стране.</w:t>
      </w:r>
    </w:p>
    <w:p w:rsidR="00B27D37" w:rsidRPr="008C5CF5" w:rsidRDefault="00B27D37" w:rsidP="00B27D37">
      <w:pPr>
        <w:ind w:firstLine="708"/>
        <w:jc w:val="both"/>
        <w:rPr>
          <w:sz w:val="22"/>
          <w:szCs w:val="22"/>
          <w:lang w:val="sr-Latn-CS"/>
        </w:rPr>
      </w:pPr>
    </w:p>
    <w:p w:rsidR="00B27D37" w:rsidRPr="008C5CF5" w:rsidRDefault="00B27D37" w:rsidP="00B27D37">
      <w:pPr>
        <w:ind w:firstLine="708"/>
        <w:jc w:val="both"/>
        <w:rPr>
          <w:sz w:val="22"/>
          <w:szCs w:val="22"/>
          <w:lang w:val="sr-Latn-CS"/>
        </w:rPr>
      </w:pPr>
      <w:r w:rsidRPr="008C5CF5">
        <w:rPr>
          <w:sz w:val="22"/>
          <w:szCs w:val="22"/>
          <w:lang w:val="sr-Latn-CS"/>
        </w:rPr>
        <w:t>Планирани дефицит финансираће се из примања од кредитног задужења и средстава пренетих из 2025. године која су укључена у план буџета за 2026. годину.</w:t>
      </w:r>
    </w:p>
    <w:p w:rsidR="00B27D37" w:rsidRPr="008C5CF5" w:rsidRDefault="00B27D37" w:rsidP="00B27D37">
      <w:pPr>
        <w:ind w:firstLine="708"/>
        <w:jc w:val="both"/>
        <w:rPr>
          <w:sz w:val="22"/>
          <w:szCs w:val="22"/>
          <w:lang w:val="sr-Latn-CS"/>
        </w:rPr>
      </w:pPr>
    </w:p>
    <w:p w:rsidR="00B27D37" w:rsidRPr="008C5CF5" w:rsidRDefault="00B27D37" w:rsidP="00B27D37">
      <w:pPr>
        <w:ind w:firstLine="708"/>
        <w:jc w:val="both"/>
        <w:rPr>
          <w:sz w:val="22"/>
          <w:szCs w:val="22"/>
          <w:lang w:val="sr-Latn-CS"/>
        </w:rPr>
      </w:pPr>
      <w:r w:rsidRPr="008C5CF5">
        <w:rPr>
          <w:sz w:val="22"/>
          <w:szCs w:val="22"/>
          <w:lang w:val="sr-Latn-CS"/>
        </w:rPr>
        <w:t>Од укупно планираних средстава пренетих из 2025. године у износу од 101.755.328 динара, износ од 63.233.328 динара већ је био укључен у план важећом Одлуком о буџету, док се део нераспоређеног вишка прихода и примања у износу од 38.522.000 динара распоређује овим ребалансом.</w:t>
      </w:r>
    </w:p>
    <w:p w:rsidR="00B27D37" w:rsidRPr="008C5CF5" w:rsidRDefault="00B27D37" w:rsidP="00B27D37">
      <w:pPr>
        <w:ind w:firstLine="708"/>
        <w:jc w:val="both"/>
        <w:rPr>
          <w:sz w:val="22"/>
          <w:szCs w:val="22"/>
          <w:lang w:val="sr-Latn-CS"/>
        </w:rPr>
      </w:pPr>
    </w:p>
    <w:p w:rsidR="00BE1D8E" w:rsidRPr="008C5CF5" w:rsidRDefault="00B27D37" w:rsidP="00B27D37">
      <w:pPr>
        <w:ind w:firstLine="708"/>
        <w:jc w:val="both"/>
        <w:rPr>
          <w:sz w:val="22"/>
          <w:szCs w:val="22"/>
          <w:lang w:val="sr-Latn-CS"/>
        </w:rPr>
      </w:pPr>
      <w:r w:rsidRPr="008C5CF5">
        <w:rPr>
          <w:sz w:val="22"/>
          <w:szCs w:val="22"/>
          <w:lang w:val="sr-Latn-CS"/>
        </w:rPr>
        <w:t>Наменска неутрошена средства са стањем на дан 31. децембра 2025. године користиће се у 2026. години за намене за које су била опредељена, у складу са законом и актом органа управе надлежног за финансије.“</w:t>
      </w:r>
    </w:p>
    <w:p w:rsidR="00B27D37" w:rsidRPr="008C5CF5" w:rsidRDefault="00B27D37" w:rsidP="00B27D37">
      <w:pPr>
        <w:ind w:firstLine="708"/>
        <w:jc w:val="both"/>
        <w:rPr>
          <w:sz w:val="22"/>
          <w:szCs w:val="22"/>
          <w:lang w:val="sr-Latn-CS"/>
        </w:rPr>
      </w:pPr>
    </w:p>
    <w:p w:rsidR="00B27D37" w:rsidRPr="008C5CF5" w:rsidRDefault="00B27D37" w:rsidP="00B27D37">
      <w:pPr>
        <w:ind w:firstLine="708"/>
        <w:jc w:val="both"/>
        <w:rPr>
          <w:sz w:val="22"/>
          <w:lang w:val="sr-Latn-CS"/>
        </w:rPr>
      </w:pPr>
    </w:p>
    <w:p w:rsidR="004771C8" w:rsidRPr="008C5CF5" w:rsidRDefault="004771C8" w:rsidP="004771C8">
      <w:pPr>
        <w:jc w:val="center"/>
        <w:rPr>
          <w:sz w:val="22"/>
          <w:lang w:val="sr-Latn-CS"/>
        </w:rPr>
      </w:pPr>
      <w:r w:rsidRPr="008C5CF5">
        <w:rPr>
          <w:sz w:val="22"/>
          <w:lang w:val="sr-Latn-CS"/>
        </w:rPr>
        <w:t>Члан 5.</w:t>
      </w:r>
    </w:p>
    <w:p w:rsidR="00743B05" w:rsidRPr="008C5CF5" w:rsidRDefault="00743B05" w:rsidP="004771C8">
      <w:pPr>
        <w:ind w:firstLine="708"/>
        <w:jc w:val="both"/>
        <w:rPr>
          <w:sz w:val="22"/>
          <w:szCs w:val="22"/>
          <w:lang w:val="sr-Latn-CS"/>
        </w:rPr>
      </w:pPr>
    </w:p>
    <w:p w:rsidR="0050349A" w:rsidRPr="008C5CF5" w:rsidRDefault="0050349A" w:rsidP="0050349A">
      <w:pPr>
        <w:spacing w:after="120"/>
        <w:ind w:firstLine="706"/>
        <w:jc w:val="both"/>
      </w:pPr>
      <w:r w:rsidRPr="008C5CF5">
        <w:rPr>
          <w:sz w:val="22"/>
        </w:rPr>
        <w:t xml:space="preserve">Члан 6. Буџета у табеларном делу износи у колони 5 „Буџет </w:t>
      </w:r>
      <w:proofErr w:type="gramStart"/>
      <w:r w:rsidRPr="008C5CF5">
        <w:rPr>
          <w:sz w:val="22"/>
        </w:rPr>
        <w:t>2026“ замењују</w:t>
      </w:r>
      <w:proofErr w:type="gramEnd"/>
      <w:r w:rsidRPr="008C5CF5">
        <w:rPr>
          <w:sz w:val="22"/>
        </w:rPr>
        <w:t xml:space="preserve"> се износима из колоне 6 „Ребаланс 2026“, као и износи у колони 7 „Укупно Буџет из свих извора“ износима у колони 8 „Укупно Ребаланс из свих извора“, и то: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47"/>
        <w:gridCol w:w="835"/>
        <w:gridCol w:w="1800"/>
        <w:gridCol w:w="691"/>
        <w:gridCol w:w="1037"/>
        <w:gridCol w:w="1037"/>
        <w:gridCol w:w="1037"/>
        <w:gridCol w:w="1037"/>
        <w:gridCol w:w="1354"/>
        <w:gridCol w:w="1354"/>
      </w:tblGrid>
      <w:tr w:rsidR="0050349A" w:rsidRPr="008C5CF5" w:rsidTr="0050349A">
        <w:trPr>
          <w:cantSplit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:rsidR="0050349A" w:rsidRPr="008C5CF5" w:rsidRDefault="0050349A" w:rsidP="0008299B">
            <w:pPr>
              <w:jc w:val="center"/>
              <w:rPr>
                <w:sz w:val="18"/>
                <w:szCs w:val="18"/>
              </w:rPr>
            </w:pPr>
            <w:r w:rsidRPr="008C5CF5">
              <w:rPr>
                <w:sz w:val="18"/>
                <w:szCs w:val="18"/>
              </w:rPr>
              <w:t>Ред.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:rsidR="0050349A" w:rsidRPr="008C5CF5" w:rsidRDefault="0050349A" w:rsidP="0008299B">
            <w:pPr>
              <w:jc w:val="center"/>
              <w:rPr>
                <w:sz w:val="18"/>
                <w:szCs w:val="18"/>
              </w:rPr>
            </w:pPr>
            <w:r w:rsidRPr="008C5CF5">
              <w:rPr>
                <w:sz w:val="18"/>
                <w:szCs w:val="18"/>
              </w:rPr>
              <w:t>Ек. клас.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:rsidR="0050349A" w:rsidRPr="008C5CF5" w:rsidRDefault="0050349A" w:rsidP="000829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:rsidR="0050349A" w:rsidRPr="008C5CF5" w:rsidRDefault="0050349A" w:rsidP="000829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:rsidR="0050349A" w:rsidRPr="008C5CF5" w:rsidRDefault="0050349A" w:rsidP="0008299B">
            <w:pPr>
              <w:jc w:val="center"/>
              <w:rPr>
                <w:sz w:val="18"/>
                <w:szCs w:val="18"/>
              </w:rPr>
            </w:pPr>
            <w:r w:rsidRPr="008C5CF5">
              <w:rPr>
                <w:sz w:val="18"/>
                <w:szCs w:val="18"/>
              </w:rPr>
              <w:t>Буџет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:rsidR="0050349A" w:rsidRPr="008C5CF5" w:rsidRDefault="0050349A" w:rsidP="0008299B">
            <w:pPr>
              <w:jc w:val="center"/>
              <w:rPr>
                <w:sz w:val="18"/>
                <w:szCs w:val="18"/>
              </w:rPr>
            </w:pPr>
            <w:r w:rsidRPr="008C5CF5">
              <w:rPr>
                <w:sz w:val="18"/>
                <w:szCs w:val="18"/>
              </w:rPr>
              <w:t>Ребаланс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:rsidR="0050349A" w:rsidRPr="008C5CF5" w:rsidRDefault="0050349A" w:rsidP="0008299B">
            <w:pPr>
              <w:jc w:val="center"/>
              <w:rPr>
                <w:sz w:val="18"/>
                <w:szCs w:val="18"/>
              </w:rPr>
            </w:pPr>
            <w:r w:rsidRPr="008C5CF5">
              <w:rPr>
                <w:sz w:val="18"/>
                <w:szCs w:val="18"/>
              </w:rPr>
              <w:t>Буџет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:rsidR="0050349A" w:rsidRPr="008C5CF5" w:rsidRDefault="0050349A" w:rsidP="0008299B">
            <w:pPr>
              <w:jc w:val="center"/>
              <w:rPr>
                <w:sz w:val="18"/>
                <w:szCs w:val="18"/>
              </w:rPr>
            </w:pPr>
            <w:r w:rsidRPr="008C5CF5">
              <w:rPr>
                <w:sz w:val="18"/>
                <w:szCs w:val="18"/>
              </w:rPr>
              <w:t>Ребаланс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:rsidR="0050349A" w:rsidRPr="008C5CF5" w:rsidRDefault="0050349A" w:rsidP="0008299B">
            <w:pPr>
              <w:jc w:val="center"/>
              <w:rPr>
                <w:sz w:val="18"/>
                <w:szCs w:val="18"/>
              </w:rPr>
            </w:pPr>
            <w:r w:rsidRPr="008C5CF5">
              <w:rPr>
                <w:sz w:val="18"/>
                <w:szCs w:val="18"/>
              </w:rPr>
              <w:t>Укупно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:rsidR="0050349A" w:rsidRPr="008C5CF5" w:rsidRDefault="0050349A" w:rsidP="0008299B">
            <w:pPr>
              <w:jc w:val="center"/>
              <w:rPr>
                <w:sz w:val="18"/>
                <w:szCs w:val="18"/>
              </w:rPr>
            </w:pPr>
            <w:r w:rsidRPr="008C5CF5">
              <w:rPr>
                <w:sz w:val="18"/>
                <w:szCs w:val="18"/>
              </w:rPr>
              <w:t>Укупно</w:t>
            </w:r>
          </w:p>
        </w:tc>
      </w:tr>
      <w:tr w:rsidR="0050349A" w:rsidRPr="008C5CF5" w:rsidTr="0050349A">
        <w:trPr>
          <w:cantSplit/>
          <w:jc w:val="center"/>
        </w:trPr>
        <w:tc>
          <w:tcPr>
            <w:tcW w:w="54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:rsidR="0050349A" w:rsidRPr="008C5CF5" w:rsidRDefault="0050349A" w:rsidP="0008299B">
            <w:pPr>
              <w:jc w:val="center"/>
              <w:rPr>
                <w:sz w:val="18"/>
                <w:szCs w:val="18"/>
              </w:rPr>
            </w:pPr>
            <w:r w:rsidRPr="008C5CF5">
              <w:rPr>
                <w:sz w:val="18"/>
                <w:szCs w:val="18"/>
              </w:rPr>
              <w:t>бр.</w:t>
            </w:r>
          </w:p>
        </w:tc>
        <w:tc>
          <w:tcPr>
            <w:tcW w:w="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:rsidR="0050349A" w:rsidRPr="008C5CF5" w:rsidRDefault="0050349A" w:rsidP="0008299B">
            <w:pPr>
              <w:jc w:val="center"/>
              <w:rPr>
                <w:sz w:val="18"/>
                <w:szCs w:val="18"/>
              </w:rPr>
            </w:pPr>
            <w:r w:rsidRPr="008C5CF5">
              <w:rPr>
                <w:sz w:val="18"/>
                <w:szCs w:val="18"/>
              </w:rPr>
              <w:t>Конто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:rsidR="0050349A" w:rsidRPr="008C5CF5" w:rsidRDefault="0050349A" w:rsidP="0008299B">
            <w:pPr>
              <w:jc w:val="center"/>
              <w:rPr>
                <w:sz w:val="18"/>
                <w:szCs w:val="18"/>
              </w:rPr>
            </w:pPr>
            <w:r w:rsidRPr="008C5CF5">
              <w:rPr>
                <w:sz w:val="18"/>
                <w:szCs w:val="18"/>
              </w:rPr>
              <w:t>Врста прихода</w:t>
            </w:r>
          </w:p>
        </w:tc>
        <w:tc>
          <w:tcPr>
            <w:tcW w:w="69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:rsidR="0050349A" w:rsidRPr="008C5CF5" w:rsidRDefault="0050349A" w:rsidP="0008299B">
            <w:pPr>
              <w:jc w:val="center"/>
              <w:rPr>
                <w:sz w:val="18"/>
                <w:szCs w:val="18"/>
              </w:rPr>
            </w:pPr>
            <w:r w:rsidRPr="008C5CF5">
              <w:rPr>
                <w:sz w:val="18"/>
                <w:szCs w:val="18"/>
              </w:rPr>
              <w:t>Извор</w:t>
            </w:r>
          </w:p>
        </w:tc>
        <w:tc>
          <w:tcPr>
            <w:tcW w:w="103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:rsidR="0050349A" w:rsidRPr="008C5CF5" w:rsidRDefault="0050349A" w:rsidP="0008299B">
            <w:pPr>
              <w:jc w:val="center"/>
              <w:rPr>
                <w:sz w:val="18"/>
                <w:szCs w:val="18"/>
              </w:rPr>
            </w:pPr>
            <w:r w:rsidRPr="008C5CF5">
              <w:rPr>
                <w:sz w:val="18"/>
                <w:szCs w:val="18"/>
              </w:rPr>
              <w:t>2026</w:t>
            </w:r>
          </w:p>
        </w:tc>
        <w:tc>
          <w:tcPr>
            <w:tcW w:w="103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:rsidR="0050349A" w:rsidRPr="008C5CF5" w:rsidRDefault="0050349A" w:rsidP="0008299B">
            <w:pPr>
              <w:jc w:val="center"/>
              <w:rPr>
                <w:sz w:val="18"/>
                <w:szCs w:val="18"/>
              </w:rPr>
            </w:pPr>
            <w:r w:rsidRPr="008C5CF5">
              <w:rPr>
                <w:sz w:val="18"/>
                <w:szCs w:val="18"/>
              </w:rPr>
              <w:t>2026</w:t>
            </w:r>
          </w:p>
        </w:tc>
        <w:tc>
          <w:tcPr>
            <w:tcW w:w="103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:rsidR="0050349A" w:rsidRPr="008C5CF5" w:rsidRDefault="0050349A" w:rsidP="0008299B">
            <w:pPr>
              <w:jc w:val="center"/>
              <w:rPr>
                <w:sz w:val="18"/>
                <w:szCs w:val="18"/>
              </w:rPr>
            </w:pPr>
            <w:r w:rsidRPr="008C5CF5">
              <w:rPr>
                <w:sz w:val="18"/>
                <w:szCs w:val="18"/>
              </w:rPr>
              <w:t>2026</w:t>
            </w:r>
          </w:p>
        </w:tc>
        <w:tc>
          <w:tcPr>
            <w:tcW w:w="103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:rsidR="0050349A" w:rsidRPr="008C5CF5" w:rsidRDefault="0050349A" w:rsidP="0008299B">
            <w:pPr>
              <w:jc w:val="center"/>
              <w:rPr>
                <w:sz w:val="18"/>
                <w:szCs w:val="18"/>
              </w:rPr>
            </w:pPr>
            <w:r w:rsidRPr="008C5CF5">
              <w:rPr>
                <w:sz w:val="18"/>
                <w:szCs w:val="18"/>
              </w:rPr>
              <w:t>2026</w:t>
            </w:r>
          </w:p>
        </w:tc>
        <w:tc>
          <w:tcPr>
            <w:tcW w:w="135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:rsidR="0050349A" w:rsidRPr="008C5CF5" w:rsidRDefault="0050349A" w:rsidP="0008299B">
            <w:pPr>
              <w:jc w:val="center"/>
              <w:rPr>
                <w:sz w:val="18"/>
                <w:szCs w:val="18"/>
              </w:rPr>
            </w:pPr>
            <w:r w:rsidRPr="008C5CF5">
              <w:rPr>
                <w:sz w:val="18"/>
                <w:szCs w:val="18"/>
              </w:rPr>
              <w:t>Буџет</w:t>
            </w:r>
          </w:p>
        </w:tc>
        <w:tc>
          <w:tcPr>
            <w:tcW w:w="135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:rsidR="0050349A" w:rsidRPr="008C5CF5" w:rsidRDefault="0050349A" w:rsidP="0008299B">
            <w:pPr>
              <w:jc w:val="center"/>
              <w:rPr>
                <w:sz w:val="18"/>
                <w:szCs w:val="18"/>
              </w:rPr>
            </w:pPr>
            <w:r w:rsidRPr="008C5CF5">
              <w:rPr>
                <w:sz w:val="18"/>
                <w:szCs w:val="18"/>
              </w:rPr>
              <w:t>Ребаланс</w:t>
            </w:r>
          </w:p>
        </w:tc>
      </w:tr>
      <w:tr w:rsidR="0050349A" w:rsidRPr="008C5CF5" w:rsidTr="0050349A">
        <w:trPr>
          <w:cantSplit/>
          <w:jc w:val="center"/>
        </w:trPr>
        <w:tc>
          <w:tcPr>
            <w:tcW w:w="5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:rsidR="0050349A" w:rsidRPr="008C5CF5" w:rsidRDefault="0050349A" w:rsidP="000829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:rsidR="0050349A" w:rsidRPr="008C5CF5" w:rsidRDefault="0050349A" w:rsidP="000829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:rsidR="0050349A" w:rsidRPr="008C5CF5" w:rsidRDefault="0050349A" w:rsidP="000829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:rsidR="0050349A" w:rsidRPr="008C5CF5" w:rsidRDefault="0050349A" w:rsidP="0008299B">
            <w:pPr>
              <w:jc w:val="center"/>
              <w:rPr>
                <w:sz w:val="18"/>
                <w:szCs w:val="18"/>
              </w:rPr>
            </w:pPr>
            <w:r w:rsidRPr="008C5CF5">
              <w:rPr>
                <w:sz w:val="18"/>
                <w:szCs w:val="18"/>
              </w:rPr>
              <w:t>финанс.</w:t>
            </w:r>
          </w:p>
        </w:tc>
        <w:tc>
          <w:tcPr>
            <w:tcW w:w="10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:rsidR="0050349A" w:rsidRPr="008C5CF5" w:rsidRDefault="0050349A" w:rsidP="0008299B">
            <w:pPr>
              <w:jc w:val="center"/>
              <w:rPr>
                <w:sz w:val="18"/>
                <w:szCs w:val="18"/>
              </w:rPr>
            </w:pPr>
            <w:r w:rsidRPr="008C5CF5">
              <w:rPr>
                <w:sz w:val="18"/>
                <w:szCs w:val="18"/>
              </w:rPr>
              <w:t>10</w:t>
            </w:r>
          </w:p>
        </w:tc>
        <w:tc>
          <w:tcPr>
            <w:tcW w:w="10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:rsidR="0050349A" w:rsidRPr="008C5CF5" w:rsidRDefault="0050349A" w:rsidP="0008299B">
            <w:pPr>
              <w:jc w:val="center"/>
              <w:rPr>
                <w:sz w:val="18"/>
                <w:szCs w:val="18"/>
              </w:rPr>
            </w:pPr>
            <w:r w:rsidRPr="008C5CF5">
              <w:rPr>
                <w:sz w:val="18"/>
                <w:szCs w:val="18"/>
              </w:rPr>
              <w:t>10</w:t>
            </w:r>
          </w:p>
        </w:tc>
        <w:tc>
          <w:tcPr>
            <w:tcW w:w="10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:rsidR="0050349A" w:rsidRPr="008C5CF5" w:rsidRDefault="0050349A" w:rsidP="0008299B">
            <w:pPr>
              <w:jc w:val="center"/>
              <w:rPr>
                <w:sz w:val="18"/>
                <w:szCs w:val="18"/>
              </w:rPr>
            </w:pPr>
            <w:r w:rsidRPr="008C5CF5">
              <w:rPr>
                <w:sz w:val="18"/>
                <w:szCs w:val="18"/>
              </w:rPr>
              <w:t>13</w:t>
            </w:r>
          </w:p>
        </w:tc>
        <w:tc>
          <w:tcPr>
            <w:tcW w:w="10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:rsidR="0050349A" w:rsidRPr="008C5CF5" w:rsidRDefault="0050349A" w:rsidP="0008299B">
            <w:pPr>
              <w:jc w:val="center"/>
              <w:rPr>
                <w:sz w:val="18"/>
                <w:szCs w:val="18"/>
              </w:rPr>
            </w:pPr>
            <w:r w:rsidRPr="008C5CF5">
              <w:rPr>
                <w:sz w:val="18"/>
                <w:szCs w:val="18"/>
              </w:rPr>
              <w:t>13</w:t>
            </w:r>
          </w:p>
        </w:tc>
        <w:tc>
          <w:tcPr>
            <w:tcW w:w="13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:rsidR="0050349A" w:rsidRPr="008C5CF5" w:rsidRDefault="0050349A" w:rsidP="0008299B">
            <w:pPr>
              <w:jc w:val="center"/>
              <w:rPr>
                <w:sz w:val="18"/>
                <w:szCs w:val="18"/>
              </w:rPr>
            </w:pPr>
            <w:r w:rsidRPr="008C5CF5">
              <w:rPr>
                <w:sz w:val="18"/>
                <w:szCs w:val="18"/>
              </w:rPr>
              <w:t>из свих извора</w:t>
            </w:r>
          </w:p>
        </w:tc>
        <w:tc>
          <w:tcPr>
            <w:tcW w:w="13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:rsidR="0050349A" w:rsidRPr="008C5CF5" w:rsidRDefault="0050349A" w:rsidP="0008299B">
            <w:pPr>
              <w:jc w:val="center"/>
              <w:rPr>
                <w:sz w:val="18"/>
                <w:szCs w:val="18"/>
              </w:rPr>
            </w:pPr>
            <w:r w:rsidRPr="008C5CF5">
              <w:rPr>
                <w:sz w:val="18"/>
                <w:szCs w:val="18"/>
              </w:rPr>
              <w:t>из свих извора</w:t>
            </w:r>
          </w:p>
        </w:tc>
      </w:tr>
      <w:tr w:rsidR="0050349A" w:rsidRPr="008C5CF5" w:rsidTr="0050349A">
        <w:trPr>
          <w:cantSplit/>
          <w:jc w:val="center"/>
        </w:trPr>
        <w:tc>
          <w:tcPr>
            <w:tcW w:w="54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:rsidR="0050349A" w:rsidRPr="008C5CF5" w:rsidRDefault="0050349A" w:rsidP="0008299B">
            <w:pPr>
              <w:jc w:val="center"/>
              <w:rPr>
                <w:sz w:val="18"/>
                <w:szCs w:val="18"/>
              </w:rPr>
            </w:pPr>
            <w:r w:rsidRPr="008C5CF5">
              <w:rPr>
                <w:sz w:val="18"/>
                <w:szCs w:val="18"/>
              </w:rPr>
              <w:t>1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:rsidR="0050349A" w:rsidRPr="008C5CF5" w:rsidRDefault="0050349A" w:rsidP="0008299B">
            <w:pPr>
              <w:jc w:val="center"/>
              <w:rPr>
                <w:sz w:val="18"/>
                <w:szCs w:val="18"/>
              </w:rPr>
            </w:pPr>
            <w:r w:rsidRPr="008C5CF5">
              <w:rPr>
                <w:sz w:val="18"/>
                <w:szCs w:val="18"/>
              </w:rP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:rsidR="0050349A" w:rsidRPr="008C5CF5" w:rsidRDefault="0050349A" w:rsidP="0008299B">
            <w:pPr>
              <w:jc w:val="center"/>
              <w:rPr>
                <w:sz w:val="18"/>
                <w:szCs w:val="18"/>
              </w:rPr>
            </w:pPr>
            <w:r w:rsidRPr="008C5CF5">
              <w:rPr>
                <w:sz w:val="18"/>
                <w:szCs w:val="18"/>
              </w:rPr>
              <w:t>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:rsidR="0050349A" w:rsidRPr="008C5CF5" w:rsidRDefault="0050349A" w:rsidP="0008299B">
            <w:pPr>
              <w:jc w:val="center"/>
              <w:rPr>
                <w:sz w:val="18"/>
                <w:szCs w:val="18"/>
              </w:rPr>
            </w:pPr>
            <w:r w:rsidRPr="008C5CF5">
              <w:rPr>
                <w:sz w:val="18"/>
                <w:szCs w:val="18"/>
              </w:rPr>
              <w:t>4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:rsidR="0050349A" w:rsidRPr="008C5CF5" w:rsidRDefault="0050349A" w:rsidP="0008299B">
            <w:pPr>
              <w:jc w:val="center"/>
              <w:rPr>
                <w:sz w:val="18"/>
                <w:szCs w:val="18"/>
              </w:rPr>
            </w:pPr>
            <w:r w:rsidRPr="008C5CF5">
              <w:rPr>
                <w:sz w:val="18"/>
                <w:szCs w:val="18"/>
              </w:rPr>
              <w:t>5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:rsidR="0050349A" w:rsidRPr="008C5CF5" w:rsidRDefault="0050349A" w:rsidP="0008299B">
            <w:pPr>
              <w:jc w:val="center"/>
              <w:rPr>
                <w:sz w:val="18"/>
                <w:szCs w:val="18"/>
              </w:rPr>
            </w:pPr>
            <w:r w:rsidRPr="008C5CF5">
              <w:rPr>
                <w:sz w:val="18"/>
                <w:szCs w:val="18"/>
              </w:rPr>
              <w:t>6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:rsidR="0050349A" w:rsidRPr="008C5CF5" w:rsidRDefault="0050349A" w:rsidP="000829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:rsidR="0050349A" w:rsidRPr="008C5CF5" w:rsidRDefault="0050349A" w:rsidP="000829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:rsidR="0050349A" w:rsidRPr="008C5CF5" w:rsidRDefault="0050349A" w:rsidP="0008299B">
            <w:pPr>
              <w:jc w:val="center"/>
              <w:rPr>
                <w:sz w:val="18"/>
                <w:szCs w:val="18"/>
              </w:rPr>
            </w:pPr>
            <w:r w:rsidRPr="008C5CF5">
              <w:rPr>
                <w:sz w:val="18"/>
                <w:szCs w:val="18"/>
              </w:rPr>
              <w:t>7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:rsidR="0050349A" w:rsidRPr="008C5CF5" w:rsidRDefault="0050349A" w:rsidP="0008299B">
            <w:pPr>
              <w:jc w:val="center"/>
              <w:rPr>
                <w:sz w:val="18"/>
                <w:szCs w:val="18"/>
              </w:rPr>
            </w:pPr>
            <w:r w:rsidRPr="008C5CF5">
              <w:rPr>
                <w:sz w:val="18"/>
                <w:szCs w:val="18"/>
              </w:rPr>
              <w:t>8</w:t>
            </w:r>
          </w:p>
        </w:tc>
      </w:tr>
      <w:tr w:rsidR="0050349A" w:rsidRPr="008C5CF5" w:rsidTr="0050349A">
        <w:trPr>
          <w:cantSplit/>
          <w:jc w:val="center"/>
        </w:trPr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:rsidR="0050349A" w:rsidRPr="008C5CF5" w:rsidRDefault="0050349A" w:rsidP="000829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:rsidR="0050349A" w:rsidRPr="008C5CF5" w:rsidRDefault="0050349A" w:rsidP="0008299B">
            <w:pPr>
              <w:jc w:val="center"/>
              <w:rPr>
                <w:sz w:val="18"/>
                <w:szCs w:val="18"/>
              </w:rPr>
            </w:pPr>
            <w:r w:rsidRPr="008C5CF5">
              <w:rPr>
                <w:b/>
                <w:sz w:val="18"/>
                <w:szCs w:val="18"/>
              </w:rPr>
              <w:t>911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:rsidR="0050349A" w:rsidRPr="008C5CF5" w:rsidRDefault="0050349A" w:rsidP="0008299B">
            <w:pPr>
              <w:rPr>
                <w:sz w:val="18"/>
                <w:szCs w:val="18"/>
              </w:rPr>
            </w:pPr>
            <w:r w:rsidRPr="008C5CF5">
              <w:rPr>
                <w:b/>
                <w:sz w:val="18"/>
                <w:szCs w:val="18"/>
              </w:rPr>
              <w:t>Примања од задуживања</w:t>
            </w: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:rsidR="0050349A" w:rsidRPr="008C5CF5" w:rsidRDefault="0050349A" w:rsidP="000829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:rsidR="0050349A" w:rsidRPr="008C5CF5" w:rsidRDefault="0050349A" w:rsidP="0008299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:rsidR="0050349A" w:rsidRPr="008C5CF5" w:rsidRDefault="0050349A" w:rsidP="0008299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:rsidR="0050349A" w:rsidRPr="008C5CF5" w:rsidRDefault="0050349A" w:rsidP="0008299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:rsidR="0050349A" w:rsidRPr="008C5CF5" w:rsidRDefault="0050349A" w:rsidP="0008299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:rsidR="0050349A" w:rsidRPr="008C5CF5" w:rsidRDefault="0050349A" w:rsidP="0008299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:rsidR="0050349A" w:rsidRPr="008C5CF5" w:rsidRDefault="0050349A" w:rsidP="0008299B">
            <w:pPr>
              <w:jc w:val="right"/>
              <w:rPr>
                <w:sz w:val="18"/>
                <w:szCs w:val="18"/>
              </w:rPr>
            </w:pPr>
          </w:p>
        </w:tc>
      </w:tr>
      <w:tr w:rsidR="0050349A" w:rsidRPr="008C5CF5" w:rsidTr="0050349A">
        <w:trPr>
          <w:cantSplit/>
          <w:jc w:val="center"/>
        </w:trPr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:rsidR="0050349A" w:rsidRPr="008C5CF5" w:rsidRDefault="0050349A" w:rsidP="0008299B">
            <w:pPr>
              <w:jc w:val="center"/>
              <w:rPr>
                <w:sz w:val="18"/>
                <w:szCs w:val="18"/>
              </w:rPr>
            </w:pPr>
            <w:r w:rsidRPr="008C5CF5">
              <w:rPr>
                <w:sz w:val="18"/>
                <w:szCs w:val="18"/>
              </w:rPr>
              <w:t>41</w:t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:rsidR="0050349A" w:rsidRPr="008C5CF5" w:rsidRDefault="0050349A" w:rsidP="0008299B">
            <w:pPr>
              <w:jc w:val="center"/>
              <w:rPr>
                <w:sz w:val="18"/>
                <w:szCs w:val="18"/>
              </w:rPr>
            </w:pPr>
            <w:r w:rsidRPr="008C5CF5">
              <w:rPr>
                <w:sz w:val="18"/>
                <w:szCs w:val="18"/>
              </w:rPr>
              <w:t>911451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:rsidR="0050349A" w:rsidRPr="008C5CF5" w:rsidRDefault="0050349A" w:rsidP="0008299B">
            <w:pPr>
              <w:rPr>
                <w:sz w:val="18"/>
                <w:szCs w:val="18"/>
              </w:rPr>
            </w:pPr>
            <w:r w:rsidRPr="008C5CF5">
              <w:rPr>
                <w:sz w:val="18"/>
                <w:szCs w:val="18"/>
              </w:rPr>
              <w:t>Примања од задуживања од пословних банака</w:t>
            </w: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:rsidR="0050349A" w:rsidRPr="008C5CF5" w:rsidRDefault="0050349A" w:rsidP="0008299B">
            <w:pPr>
              <w:jc w:val="center"/>
              <w:rPr>
                <w:sz w:val="18"/>
                <w:szCs w:val="18"/>
              </w:rPr>
            </w:pPr>
            <w:r w:rsidRPr="008C5CF5">
              <w:rPr>
                <w:sz w:val="18"/>
                <w:szCs w:val="18"/>
              </w:rPr>
              <w:t>10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:rsidR="0050349A" w:rsidRPr="008C5CF5" w:rsidRDefault="0050349A" w:rsidP="0008299B">
            <w:pPr>
              <w:jc w:val="right"/>
              <w:rPr>
                <w:sz w:val="18"/>
                <w:szCs w:val="18"/>
              </w:rPr>
            </w:pPr>
            <w:r w:rsidRPr="008C5CF5">
              <w:rPr>
                <w:sz w:val="18"/>
                <w:szCs w:val="18"/>
              </w:rPr>
              <w:t>111.230.000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:rsidR="0050349A" w:rsidRPr="008C5CF5" w:rsidRDefault="0050349A" w:rsidP="0008299B">
            <w:pPr>
              <w:jc w:val="right"/>
              <w:rPr>
                <w:sz w:val="18"/>
                <w:szCs w:val="18"/>
              </w:rPr>
            </w:pPr>
            <w:r w:rsidRPr="008C5CF5">
              <w:rPr>
                <w:sz w:val="18"/>
                <w:szCs w:val="18"/>
              </w:rPr>
              <w:t>119.573.672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:rsidR="0050349A" w:rsidRPr="008C5CF5" w:rsidRDefault="0050349A" w:rsidP="0008299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:rsidR="0050349A" w:rsidRPr="008C5CF5" w:rsidRDefault="0050349A" w:rsidP="0008299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:rsidR="0050349A" w:rsidRPr="008C5CF5" w:rsidRDefault="0050349A" w:rsidP="0008299B">
            <w:pPr>
              <w:jc w:val="right"/>
              <w:rPr>
                <w:sz w:val="18"/>
                <w:szCs w:val="18"/>
              </w:rPr>
            </w:pPr>
            <w:r w:rsidRPr="008C5CF5">
              <w:rPr>
                <w:sz w:val="18"/>
                <w:szCs w:val="18"/>
              </w:rPr>
              <w:t>111.230.000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:rsidR="0050349A" w:rsidRPr="008C5CF5" w:rsidRDefault="0050349A" w:rsidP="0008299B">
            <w:pPr>
              <w:jc w:val="right"/>
              <w:rPr>
                <w:sz w:val="18"/>
                <w:szCs w:val="18"/>
              </w:rPr>
            </w:pPr>
            <w:r w:rsidRPr="008C5CF5">
              <w:rPr>
                <w:sz w:val="18"/>
                <w:szCs w:val="18"/>
              </w:rPr>
              <w:t>119.573.672</w:t>
            </w:r>
          </w:p>
        </w:tc>
      </w:tr>
      <w:tr w:rsidR="0050349A" w:rsidRPr="008C5CF5" w:rsidTr="0050349A">
        <w:trPr>
          <w:cantSplit/>
          <w:jc w:val="center"/>
        </w:trPr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:rsidR="0050349A" w:rsidRPr="008C5CF5" w:rsidRDefault="0050349A" w:rsidP="000829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:rsidR="0050349A" w:rsidRPr="008C5CF5" w:rsidRDefault="0050349A" w:rsidP="000829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:rsidR="0050349A" w:rsidRPr="008C5CF5" w:rsidRDefault="0050349A" w:rsidP="0008299B">
            <w:pPr>
              <w:rPr>
                <w:sz w:val="18"/>
                <w:szCs w:val="18"/>
              </w:rPr>
            </w:pPr>
            <w:r w:rsidRPr="008C5CF5">
              <w:rPr>
                <w:b/>
                <w:sz w:val="18"/>
                <w:szCs w:val="18"/>
              </w:rPr>
              <w:t>Укупно 911:</w:t>
            </w: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:rsidR="0050349A" w:rsidRPr="008C5CF5" w:rsidRDefault="0050349A" w:rsidP="000829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:rsidR="0050349A" w:rsidRPr="008C5CF5" w:rsidRDefault="0050349A" w:rsidP="0008299B">
            <w:pPr>
              <w:jc w:val="right"/>
              <w:rPr>
                <w:sz w:val="18"/>
                <w:szCs w:val="18"/>
              </w:rPr>
            </w:pPr>
            <w:r w:rsidRPr="008C5CF5">
              <w:rPr>
                <w:b/>
                <w:sz w:val="18"/>
                <w:szCs w:val="18"/>
              </w:rPr>
              <w:t>111.230.000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:rsidR="0050349A" w:rsidRPr="008C5CF5" w:rsidRDefault="0050349A" w:rsidP="0008299B">
            <w:pPr>
              <w:jc w:val="right"/>
              <w:rPr>
                <w:sz w:val="18"/>
                <w:szCs w:val="18"/>
              </w:rPr>
            </w:pPr>
            <w:r w:rsidRPr="008C5CF5">
              <w:rPr>
                <w:b/>
                <w:sz w:val="18"/>
                <w:szCs w:val="18"/>
              </w:rPr>
              <w:t>119.573.672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:rsidR="0050349A" w:rsidRPr="008C5CF5" w:rsidRDefault="0050349A" w:rsidP="0008299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:rsidR="0050349A" w:rsidRPr="008C5CF5" w:rsidRDefault="0050349A" w:rsidP="0008299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:rsidR="0050349A" w:rsidRPr="008C5CF5" w:rsidRDefault="0050349A" w:rsidP="0008299B">
            <w:pPr>
              <w:jc w:val="right"/>
              <w:rPr>
                <w:sz w:val="18"/>
                <w:szCs w:val="18"/>
              </w:rPr>
            </w:pPr>
            <w:r w:rsidRPr="008C5CF5">
              <w:rPr>
                <w:b/>
                <w:sz w:val="18"/>
                <w:szCs w:val="18"/>
              </w:rPr>
              <w:t>111.230.000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:rsidR="0050349A" w:rsidRPr="008C5CF5" w:rsidRDefault="0050349A" w:rsidP="0008299B">
            <w:pPr>
              <w:jc w:val="right"/>
              <w:rPr>
                <w:sz w:val="18"/>
                <w:szCs w:val="18"/>
              </w:rPr>
            </w:pPr>
            <w:r w:rsidRPr="008C5CF5">
              <w:rPr>
                <w:b/>
                <w:sz w:val="18"/>
                <w:szCs w:val="18"/>
              </w:rPr>
              <w:t>119.573.672</w:t>
            </w:r>
          </w:p>
        </w:tc>
      </w:tr>
      <w:tr w:rsidR="0050349A" w:rsidRPr="008C5CF5" w:rsidTr="0050349A">
        <w:trPr>
          <w:cantSplit/>
          <w:jc w:val="center"/>
        </w:trPr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:rsidR="0050349A" w:rsidRPr="008C5CF5" w:rsidRDefault="0050349A" w:rsidP="000829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:rsidR="0050349A" w:rsidRPr="008C5CF5" w:rsidRDefault="0050349A" w:rsidP="0008299B">
            <w:pPr>
              <w:jc w:val="center"/>
              <w:rPr>
                <w:sz w:val="18"/>
                <w:szCs w:val="18"/>
              </w:rPr>
            </w:pPr>
            <w:r w:rsidRPr="008C5CF5">
              <w:rPr>
                <w:b/>
                <w:sz w:val="18"/>
                <w:szCs w:val="18"/>
              </w:rPr>
              <w:t>321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:rsidR="0050349A" w:rsidRPr="008C5CF5" w:rsidRDefault="0050349A" w:rsidP="0008299B">
            <w:pPr>
              <w:rPr>
                <w:sz w:val="18"/>
                <w:szCs w:val="18"/>
              </w:rPr>
            </w:pPr>
            <w:r w:rsidRPr="008C5CF5">
              <w:rPr>
                <w:b/>
                <w:sz w:val="18"/>
                <w:szCs w:val="18"/>
              </w:rPr>
              <w:t>Утврђивање резултата пословања</w:t>
            </w: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:rsidR="0050349A" w:rsidRPr="008C5CF5" w:rsidRDefault="0050349A" w:rsidP="000829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:rsidR="0050349A" w:rsidRPr="008C5CF5" w:rsidRDefault="0050349A" w:rsidP="0008299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:rsidR="0050349A" w:rsidRPr="008C5CF5" w:rsidRDefault="0050349A" w:rsidP="0008299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:rsidR="0050349A" w:rsidRPr="008C5CF5" w:rsidRDefault="0050349A" w:rsidP="0008299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:rsidR="0050349A" w:rsidRPr="008C5CF5" w:rsidRDefault="0050349A" w:rsidP="0008299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:rsidR="0050349A" w:rsidRPr="008C5CF5" w:rsidRDefault="0050349A" w:rsidP="0008299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:rsidR="0050349A" w:rsidRPr="008C5CF5" w:rsidRDefault="0050349A" w:rsidP="0008299B">
            <w:pPr>
              <w:jc w:val="right"/>
              <w:rPr>
                <w:sz w:val="18"/>
                <w:szCs w:val="18"/>
              </w:rPr>
            </w:pPr>
          </w:p>
        </w:tc>
      </w:tr>
      <w:tr w:rsidR="0050349A" w:rsidRPr="008C5CF5" w:rsidTr="0050349A">
        <w:trPr>
          <w:cantSplit/>
          <w:jc w:val="center"/>
        </w:trPr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:rsidR="0050349A" w:rsidRPr="008C5CF5" w:rsidRDefault="0050349A" w:rsidP="0008299B">
            <w:pPr>
              <w:jc w:val="center"/>
              <w:rPr>
                <w:sz w:val="18"/>
                <w:szCs w:val="18"/>
              </w:rPr>
            </w:pPr>
            <w:r w:rsidRPr="008C5CF5">
              <w:rPr>
                <w:sz w:val="18"/>
                <w:szCs w:val="18"/>
              </w:rPr>
              <w:t>48/1</w:t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:rsidR="0050349A" w:rsidRPr="008C5CF5" w:rsidRDefault="0050349A" w:rsidP="0008299B">
            <w:pPr>
              <w:jc w:val="center"/>
              <w:rPr>
                <w:sz w:val="18"/>
                <w:szCs w:val="18"/>
              </w:rPr>
            </w:pPr>
            <w:r w:rsidRPr="008C5CF5">
              <w:rPr>
                <w:sz w:val="18"/>
                <w:szCs w:val="18"/>
              </w:rPr>
              <w:t>321311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:rsidR="0050349A" w:rsidRPr="008C5CF5" w:rsidRDefault="0050349A" w:rsidP="0008299B">
            <w:pPr>
              <w:rPr>
                <w:sz w:val="18"/>
                <w:szCs w:val="18"/>
              </w:rPr>
            </w:pPr>
            <w:r w:rsidRPr="008C5CF5">
              <w:rPr>
                <w:sz w:val="18"/>
                <w:szCs w:val="18"/>
              </w:rPr>
              <w:t>Распоред вишка прихода и примања</w:t>
            </w: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:rsidR="0050349A" w:rsidRPr="008C5CF5" w:rsidRDefault="0050349A" w:rsidP="0008299B">
            <w:pPr>
              <w:jc w:val="center"/>
              <w:rPr>
                <w:sz w:val="18"/>
                <w:szCs w:val="18"/>
              </w:rPr>
            </w:pPr>
            <w:r w:rsidRPr="008C5CF5">
              <w:rPr>
                <w:sz w:val="18"/>
                <w:szCs w:val="18"/>
              </w:rPr>
              <w:t>13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:rsidR="0050349A" w:rsidRPr="008C5CF5" w:rsidRDefault="0050349A" w:rsidP="0008299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:rsidR="0050349A" w:rsidRPr="008C5CF5" w:rsidRDefault="0050349A" w:rsidP="0008299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:rsidR="0050349A" w:rsidRPr="008C5CF5" w:rsidRDefault="0050349A" w:rsidP="0008299B">
            <w:pPr>
              <w:jc w:val="right"/>
              <w:rPr>
                <w:sz w:val="18"/>
                <w:szCs w:val="18"/>
              </w:rPr>
            </w:pPr>
            <w:r w:rsidRPr="008C5CF5">
              <w:rPr>
                <w:sz w:val="18"/>
                <w:szCs w:val="18"/>
              </w:rPr>
              <w:t>0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:rsidR="0050349A" w:rsidRPr="008C5CF5" w:rsidRDefault="0050349A" w:rsidP="0008299B">
            <w:pPr>
              <w:jc w:val="right"/>
              <w:rPr>
                <w:sz w:val="18"/>
                <w:szCs w:val="18"/>
              </w:rPr>
            </w:pPr>
            <w:r w:rsidRPr="008C5CF5">
              <w:rPr>
                <w:sz w:val="18"/>
                <w:szCs w:val="18"/>
              </w:rPr>
              <w:t>38.522.000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:rsidR="0050349A" w:rsidRPr="008C5CF5" w:rsidRDefault="0050349A" w:rsidP="0008299B">
            <w:pPr>
              <w:jc w:val="right"/>
              <w:rPr>
                <w:sz w:val="18"/>
                <w:szCs w:val="18"/>
              </w:rPr>
            </w:pPr>
            <w:r w:rsidRPr="008C5CF5">
              <w:rPr>
                <w:sz w:val="18"/>
                <w:szCs w:val="18"/>
              </w:rPr>
              <w:t>0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:rsidR="0050349A" w:rsidRPr="008C5CF5" w:rsidRDefault="0050349A" w:rsidP="0008299B">
            <w:pPr>
              <w:jc w:val="right"/>
              <w:rPr>
                <w:sz w:val="18"/>
                <w:szCs w:val="18"/>
              </w:rPr>
            </w:pPr>
            <w:r w:rsidRPr="008C5CF5">
              <w:rPr>
                <w:sz w:val="18"/>
                <w:szCs w:val="18"/>
              </w:rPr>
              <w:t>38.522.000</w:t>
            </w:r>
          </w:p>
        </w:tc>
      </w:tr>
      <w:tr w:rsidR="0050349A" w:rsidRPr="008C5CF5" w:rsidTr="0050349A">
        <w:trPr>
          <w:cantSplit/>
          <w:jc w:val="center"/>
        </w:trPr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:rsidR="0050349A" w:rsidRPr="008C5CF5" w:rsidRDefault="0050349A" w:rsidP="000829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:rsidR="0050349A" w:rsidRPr="008C5CF5" w:rsidRDefault="0050349A" w:rsidP="000829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:rsidR="0050349A" w:rsidRPr="008C5CF5" w:rsidRDefault="0050349A" w:rsidP="0008299B">
            <w:pPr>
              <w:rPr>
                <w:sz w:val="18"/>
                <w:szCs w:val="18"/>
              </w:rPr>
            </w:pPr>
            <w:r w:rsidRPr="008C5CF5">
              <w:rPr>
                <w:b/>
                <w:sz w:val="18"/>
                <w:szCs w:val="18"/>
              </w:rPr>
              <w:t>Укупно 321:</w:t>
            </w: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:rsidR="0050349A" w:rsidRPr="008C5CF5" w:rsidRDefault="0050349A" w:rsidP="000829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:rsidR="0050349A" w:rsidRPr="008C5CF5" w:rsidRDefault="0050349A" w:rsidP="0008299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:rsidR="0050349A" w:rsidRPr="008C5CF5" w:rsidRDefault="0050349A" w:rsidP="0008299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:rsidR="0050349A" w:rsidRPr="008C5CF5" w:rsidRDefault="0050349A" w:rsidP="0008299B">
            <w:pPr>
              <w:jc w:val="right"/>
              <w:rPr>
                <w:sz w:val="18"/>
                <w:szCs w:val="18"/>
              </w:rPr>
            </w:pPr>
            <w:r w:rsidRPr="008C5CF5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:rsidR="0050349A" w:rsidRPr="008C5CF5" w:rsidRDefault="0050349A" w:rsidP="0008299B">
            <w:pPr>
              <w:jc w:val="right"/>
              <w:rPr>
                <w:sz w:val="18"/>
                <w:szCs w:val="18"/>
              </w:rPr>
            </w:pPr>
            <w:r w:rsidRPr="008C5CF5">
              <w:rPr>
                <w:b/>
                <w:sz w:val="18"/>
                <w:szCs w:val="18"/>
              </w:rPr>
              <w:t>38.522.000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:rsidR="0050349A" w:rsidRPr="008C5CF5" w:rsidRDefault="0050349A" w:rsidP="0008299B">
            <w:pPr>
              <w:jc w:val="right"/>
              <w:rPr>
                <w:sz w:val="18"/>
                <w:szCs w:val="18"/>
              </w:rPr>
            </w:pPr>
            <w:r w:rsidRPr="008C5CF5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:rsidR="0050349A" w:rsidRPr="008C5CF5" w:rsidRDefault="0050349A" w:rsidP="0008299B">
            <w:pPr>
              <w:jc w:val="right"/>
              <w:rPr>
                <w:sz w:val="18"/>
                <w:szCs w:val="18"/>
              </w:rPr>
            </w:pPr>
            <w:r w:rsidRPr="008C5CF5">
              <w:rPr>
                <w:b/>
                <w:sz w:val="18"/>
                <w:szCs w:val="18"/>
              </w:rPr>
              <w:t>38.522.000</w:t>
            </w:r>
          </w:p>
        </w:tc>
      </w:tr>
      <w:tr w:rsidR="0050349A" w:rsidRPr="008C5CF5" w:rsidTr="0050349A">
        <w:trPr>
          <w:cantSplit/>
          <w:jc w:val="center"/>
        </w:trPr>
        <w:tc>
          <w:tcPr>
            <w:tcW w:w="387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:rsidR="0050349A" w:rsidRPr="008C5CF5" w:rsidRDefault="0050349A" w:rsidP="0008299B">
            <w:pPr>
              <w:rPr>
                <w:sz w:val="18"/>
                <w:szCs w:val="18"/>
              </w:rPr>
            </w:pPr>
            <w:r w:rsidRPr="008C5CF5">
              <w:rPr>
                <w:b/>
                <w:sz w:val="18"/>
                <w:szCs w:val="18"/>
              </w:rPr>
              <w:t>УКУПНИ ПРИХОДИ И ПРИМАЊА: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:rsidR="0050349A" w:rsidRPr="008C5CF5" w:rsidRDefault="0050349A" w:rsidP="0008299B">
            <w:pPr>
              <w:jc w:val="right"/>
              <w:rPr>
                <w:sz w:val="18"/>
                <w:szCs w:val="18"/>
              </w:rPr>
            </w:pPr>
            <w:r w:rsidRPr="008C5CF5">
              <w:rPr>
                <w:b/>
                <w:sz w:val="18"/>
                <w:szCs w:val="18"/>
              </w:rPr>
              <w:t>111.230.000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:rsidR="0050349A" w:rsidRPr="008C5CF5" w:rsidRDefault="0050349A" w:rsidP="0008299B">
            <w:pPr>
              <w:jc w:val="right"/>
              <w:rPr>
                <w:sz w:val="18"/>
                <w:szCs w:val="18"/>
              </w:rPr>
            </w:pPr>
            <w:r w:rsidRPr="008C5CF5">
              <w:rPr>
                <w:b/>
                <w:sz w:val="18"/>
                <w:szCs w:val="18"/>
              </w:rPr>
              <w:t>119.573.672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:rsidR="0050349A" w:rsidRPr="008C5CF5" w:rsidRDefault="0050349A" w:rsidP="0008299B">
            <w:pPr>
              <w:jc w:val="right"/>
              <w:rPr>
                <w:sz w:val="18"/>
                <w:szCs w:val="18"/>
              </w:rPr>
            </w:pPr>
            <w:r w:rsidRPr="008C5CF5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:rsidR="0050349A" w:rsidRPr="008C5CF5" w:rsidRDefault="0050349A" w:rsidP="0008299B">
            <w:pPr>
              <w:jc w:val="right"/>
              <w:rPr>
                <w:sz w:val="18"/>
                <w:szCs w:val="18"/>
              </w:rPr>
            </w:pPr>
            <w:r w:rsidRPr="008C5CF5">
              <w:rPr>
                <w:b/>
                <w:sz w:val="18"/>
                <w:szCs w:val="18"/>
              </w:rPr>
              <w:t>38.522.000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:rsidR="0050349A" w:rsidRPr="008C5CF5" w:rsidRDefault="0050349A" w:rsidP="0008299B">
            <w:pPr>
              <w:jc w:val="right"/>
              <w:rPr>
                <w:sz w:val="18"/>
                <w:szCs w:val="18"/>
              </w:rPr>
            </w:pPr>
            <w:r w:rsidRPr="008C5CF5">
              <w:rPr>
                <w:b/>
                <w:sz w:val="18"/>
                <w:szCs w:val="18"/>
              </w:rPr>
              <w:t>2.603.165.328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20" w:type="dxa"/>
              <w:left w:w="25" w:type="dxa"/>
              <w:bottom w:w="20" w:type="dxa"/>
              <w:right w:w="25" w:type="dxa"/>
            </w:tcMar>
            <w:vAlign w:val="center"/>
          </w:tcPr>
          <w:p w:rsidR="0050349A" w:rsidRPr="008C5CF5" w:rsidRDefault="0050349A" w:rsidP="0008299B">
            <w:pPr>
              <w:jc w:val="right"/>
              <w:rPr>
                <w:sz w:val="18"/>
                <w:szCs w:val="18"/>
              </w:rPr>
            </w:pPr>
            <w:r w:rsidRPr="008C5CF5">
              <w:rPr>
                <w:b/>
                <w:sz w:val="18"/>
                <w:szCs w:val="18"/>
              </w:rPr>
              <w:t>2.650.031.000</w:t>
            </w:r>
          </w:p>
        </w:tc>
      </w:tr>
    </w:tbl>
    <w:p w:rsidR="0050349A" w:rsidRPr="008C5CF5" w:rsidRDefault="0050349A" w:rsidP="00743B05">
      <w:pPr>
        <w:spacing w:after="120"/>
        <w:ind w:firstLine="709"/>
        <w:jc w:val="both"/>
      </w:pPr>
    </w:p>
    <w:p w:rsidR="00E6294E" w:rsidRPr="008C5CF5" w:rsidRDefault="00E6294E" w:rsidP="00A70CA4">
      <w:pPr>
        <w:rPr>
          <w:sz w:val="22"/>
          <w:szCs w:val="22"/>
          <w:lang w:val="sr-Latn-CS"/>
        </w:rPr>
        <w:sectPr w:rsidR="00E6294E" w:rsidRPr="008C5CF5" w:rsidSect="000C6520">
          <w:pgSz w:w="11906" w:h="16838"/>
          <w:pgMar w:top="567" w:right="567" w:bottom="567" w:left="567" w:header="709" w:footer="709" w:gutter="0"/>
          <w:cols w:space="708"/>
        </w:sectPr>
      </w:pPr>
    </w:p>
    <w:p w:rsidR="00E6294E" w:rsidRPr="008C5CF5" w:rsidRDefault="00E6294E" w:rsidP="00E6294E">
      <w:pPr>
        <w:jc w:val="center"/>
        <w:rPr>
          <w:sz w:val="22"/>
          <w:szCs w:val="22"/>
          <w:lang w:val="sr-Latn-CS"/>
        </w:rPr>
      </w:pPr>
      <w:r w:rsidRPr="008C5CF5">
        <w:rPr>
          <w:sz w:val="22"/>
          <w:szCs w:val="22"/>
          <w:lang w:val="sr-Latn-CS"/>
        </w:rPr>
        <w:lastRenderedPageBreak/>
        <w:t xml:space="preserve">Члан </w:t>
      </w:r>
      <w:r w:rsidR="00290FBB" w:rsidRPr="008C5CF5">
        <w:rPr>
          <w:sz w:val="22"/>
          <w:szCs w:val="22"/>
          <w:lang w:val="sr-Latn-CS"/>
        </w:rPr>
        <w:t>6</w:t>
      </w:r>
      <w:r w:rsidRPr="008C5CF5">
        <w:rPr>
          <w:sz w:val="22"/>
          <w:szCs w:val="22"/>
          <w:lang w:val="sr-Latn-CS"/>
        </w:rPr>
        <w:t>.</w:t>
      </w:r>
    </w:p>
    <w:p w:rsidR="0008299B" w:rsidRPr="008C5CF5" w:rsidRDefault="0008299B" w:rsidP="0008299B">
      <w:pPr>
        <w:spacing w:after="80"/>
        <w:ind w:firstLine="709"/>
        <w:jc w:val="both"/>
      </w:pPr>
      <w:r w:rsidRPr="008C5CF5">
        <w:rPr>
          <w:sz w:val="22"/>
        </w:rPr>
        <w:t>У члану 51. мења се став 1. и гласи:</w:t>
      </w:r>
    </w:p>
    <w:p w:rsidR="0008299B" w:rsidRPr="008C5CF5" w:rsidRDefault="0008299B" w:rsidP="0008299B">
      <w:pPr>
        <w:spacing w:after="120"/>
        <w:ind w:firstLine="709"/>
        <w:jc w:val="both"/>
      </w:pPr>
      <w:r w:rsidRPr="008C5CF5">
        <w:rPr>
          <w:sz w:val="22"/>
        </w:rPr>
        <w:t>„Средства из буџета у износу од 2.402.796.000 динара (извор финансирања 01), средства прихода од изворних активности индиректних корисника буџета у укупном износу од 25.606.000 динара (извор финансирања 04), средства из осталих извора финансирања, и то: средства из извора финансирања 10 – Примања од домаћих задуживања у износу од 119.573.672 динара, средства из извора финансирања 13 – Нераспоређени вишак прихода из ранијих година у износу од 38.522.000 динара, средства из извора финансирања 15 – Неутрошена средства донација, помоћи и трансфера из ранијих година у износу од 1.198.896 динара, средства из извора финансирања 16 – Родитељски динар за ваннаставне активности у износу од 300.000 динара и средства из извора финансирања 17 – Неутрошена средства трансфера од других нивоа власти у износу од 62.034.432 динара, распоређују се по економским класификацијама:“</w:t>
      </w:r>
    </w:p>
    <w:p w:rsidR="0008299B" w:rsidRPr="008C5CF5" w:rsidRDefault="0008299B" w:rsidP="0008299B">
      <w:pPr>
        <w:spacing w:after="120"/>
        <w:ind w:firstLine="706"/>
        <w:jc w:val="both"/>
      </w:pPr>
      <w:r w:rsidRPr="008C5CF5">
        <w:rPr>
          <w:sz w:val="22"/>
        </w:rPr>
        <w:t xml:space="preserve">У члану 51. Буџета, у табеларном делу, приказују се само економске класификације код којих су износи промењени овим ребалансом, по изворима финансирања 01, 10 и 13, као и укупно из свих извора. </w:t>
      </w:r>
      <w:r w:rsidRPr="008C5CF5">
        <w:t>У табеларном дел</w:t>
      </w:r>
      <w:r w:rsidR="006E1560" w:rsidRPr="008C5CF5">
        <w:t>у, износи исказани у колонама 4, 6, 8 и 10</w:t>
      </w:r>
      <w:r w:rsidRPr="008C5CF5">
        <w:t xml:space="preserve"> замењују се новим износима исказаним у колонама 5</w:t>
      </w:r>
      <w:r w:rsidR="006E1560" w:rsidRPr="008C5CF5">
        <w:t>, 7, 9 и 11,</w:t>
      </w:r>
      <w:r w:rsidRPr="008C5CF5">
        <w:rPr>
          <w:sz w:val="22"/>
        </w:rPr>
        <w:t xml:space="preserve"> и то: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47"/>
        <w:gridCol w:w="792"/>
        <w:gridCol w:w="3384"/>
        <w:gridCol w:w="1210"/>
        <w:gridCol w:w="1210"/>
        <w:gridCol w:w="1210"/>
        <w:gridCol w:w="1210"/>
        <w:gridCol w:w="1210"/>
        <w:gridCol w:w="1210"/>
        <w:gridCol w:w="1584"/>
        <w:gridCol w:w="1584"/>
      </w:tblGrid>
      <w:tr w:rsidR="0008299B" w:rsidRPr="008C5CF5" w:rsidTr="0008299B">
        <w:trPr>
          <w:cantSplit/>
          <w:tblHeader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center"/>
            </w:pPr>
            <w:r w:rsidRPr="008C5CF5">
              <w:t>Ред.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center"/>
            </w:pPr>
            <w:r w:rsidRPr="008C5CF5">
              <w:t>Конто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center"/>
            </w:pPr>
            <w:r w:rsidRPr="008C5CF5">
              <w:t>Врста расхода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center"/>
            </w:pPr>
            <w:r w:rsidRPr="008C5CF5">
              <w:t>Буџет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center"/>
            </w:pPr>
            <w:r w:rsidRPr="008C5CF5">
              <w:t>Ребаланс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center"/>
            </w:pPr>
            <w:r w:rsidRPr="008C5CF5">
              <w:t>Буџет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center"/>
            </w:pPr>
            <w:r w:rsidRPr="008C5CF5">
              <w:t>Ребаланс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center"/>
            </w:pPr>
            <w:r w:rsidRPr="008C5CF5">
              <w:t>Буџет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center"/>
            </w:pPr>
            <w:r w:rsidRPr="008C5CF5">
              <w:t>Ребаланс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center"/>
            </w:pPr>
            <w:r w:rsidRPr="008C5CF5">
              <w:t>Укупно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center"/>
            </w:pPr>
            <w:r w:rsidRPr="008C5CF5">
              <w:t>Укупно</w:t>
            </w:r>
          </w:p>
        </w:tc>
      </w:tr>
      <w:tr w:rsidR="0008299B" w:rsidRPr="008C5CF5" w:rsidTr="0008299B">
        <w:trPr>
          <w:cantSplit/>
          <w:tblHeader/>
          <w:jc w:val="center"/>
        </w:trPr>
        <w:tc>
          <w:tcPr>
            <w:tcW w:w="54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center"/>
            </w:pPr>
            <w:r w:rsidRPr="008C5CF5">
              <w:t>бр.</w:t>
            </w:r>
          </w:p>
        </w:tc>
        <w:tc>
          <w:tcPr>
            <w:tcW w:w="7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center"/>
            </w:pPr>
          </w:p>
        </w:tc>
        <w:tc>
          <w:tcPr>
            <w:tcW w:w="33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center"/>
            </w:pPr>
          </w:p>
        </w:tc>
        <w:tc>
          <w:tcPr>
            <w:tcW w:w="121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center"/>
            </w:pPr>
            <w:r w:rsidRPr="008C5CF5">
              <w:t>2026</w:t>
            </w:r>
          </w:p>
        </w:tc>
        <w:tc>
          <w:tcPr>
            <w:tcW w:w="121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center"/>
            </w:pPr>
            <w:r w:rsidRPr="008C5CF5">
              <w:t>2026</w:t>
            </w:r>
          </w:p>
        </w:tc>
        <w:tc>
          <w:tcPr>
            <w:tcW w:w="121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center"/>
            </w:pPr>
            <w:r w:rsidRPr="008C5CF5">
              <w:t>2026</w:t>
            </w:r>
          </w:p>
        </w:tc>
        <w:tc>
          <w:tcPr>
            <w:tcW w:w="121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center"/>
            </w:pPr>
            <w:r w:rsidRPr="008C5CF5">
              <w:t>2026</w:t>
            </w:r>
          </w:p>
        </w:tc>
        <w:tc>
          <w:tcPr>
            <w:tcW w:w="121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center"/>
            </w:pPr>
            <w:r w:rsidRPr="008C5CF5">
              <w:t>2026</w:t>
            </w:r>
          </w:p>
        </w:tc>
        <w:tc>
          <w:tcPr>
            <w:tcW w:w="121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center"/>
            </w:pPr>
            <w:r w:rsidRPr="008C5CF5">
              <w:t>2026</w:t>
            </w:r>
          </w:p>
        </w:tc>
        <w:tc>
          <w:tcPr>
            <w:tcW w:w="15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center"/>
            </w:pPr>
            <w:r w:rsidRPr="008C5CF5">
              <w:t>Буџет</w:t>
            </w:r>
          </w:p>
        </w:tc>
        <w:tc>
          <w:tcPr>
            <w:tcW w:w="15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center"/>
            </w:pPr>
            <w:r w:rsidRPr="008C5CF5">
              <w:t>Ребаланс</w:t>
            </w:r>
          </w:p>
        </w:tc>
      </w:tr>
      <w:tr w:rsidR="0008299B" w:rsidRPr="008C5CF5" w:rsidTr="0008299B">
        <w:trPr>
          <w:cantSplit/>
          <w:tblHeader/>
          <w:jc w:val="center"/>
        </w:trPr>
        <w:tc>
          <w:tcPr>
            <w:tcW w:w="5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center"/>
            </w:pPr>
          </w:p>
        </w:tc>
        <w:tc>
          <w:tcPr>
            <w:tcW w:w="7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center"/>
            </w:pPr>
          </w:p>
        </w:tc>
        <w:tc>
          <w:tcPr>
            <w:tcW w:w="33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center"/>
            </w:pPr>
          </w:p>
        </w:tc>
        <w:tc>
          <w:tcPr>
            <w:tcW w:w="12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center"/>
            </w:pPr>
            <w:r w:rsidRPr="008C5CF5">
              <w:t>01</w:t>
            </w:r>
          </w:p>
        </w:tc>
        <w:tc>
          <w:tcPr>
            <w:tcW w:w="12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center"/>
            </w:pPr>
            <w:r w:rsidRPr="008C5CF5">
              <w:t>01</w:t>
            </w:r>
          </w:p>
        </w:tc>
        <w:tc>
          <w:tcPr>
            <w:tcW w:w="12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center"/>
            </w:pPr>
            <w:r w:rsidRPr="008C5CF5">
              <w:t>10</w:t>
            </w:r>
          </w:p>
        </w:tc>
        <w:tc>
          <w:tcPr>
            <w:tcW w:w="12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center"/>
            </w:pPr>
            <w:r w:rsidRPr="008C5CF5">
              <w:t>10</w:t>
            </w:r>
          </w:p>
        </w:tc>
        <w:tc>
          <w:tcPr>
            <w:tcW w:w="12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center"/>
            </w:pPr>
            <w:r w:rsidRPr="008C5CF5">
              <w:t>13</w:t>
            </w:r>
          </w:p>
        </w:tc>
        <w:tc>
          <w:tcPr>
            <w:tcW w:w="12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center"/>
            </w:pPr>
            <w:r w:rsidRPr="008C5CF5">
              <w:t>13</w:t>
            </w:r>
          </w:p>
        </w:tc>
        <w:tc>
          <w:tcPr>
            <w:tcW w:w="15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center"/>
            </w:pPr>
            <w:r w:rsidRPr="008C5CF5">
              <w:t>из свих извора</w:t>
            </w:r>
          </w:p>
        </w:tc>
        <w:tc>
          <w:tcPr>
            <w:tcW w:w="15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center"/>
            </w:pPr>
            <w:r w:rsidRPr="008C5CF5">
              <w:t>из свих извора</w:t>
            </w:r>
          </w:p>
        </w:tc>
      </w:tr>
      <w:tr w:rsidR="0008299B" w:rsidRPr="008C5CF5" w:rsidTr="0008299B">
        <w:trPr>
          <w:cantSplit/>
          <w:tblHeader/>
          <w:jc w:val="center"/>
        </w:trPr>
        <w:tc>
          <w:tcPr>
            <w:tcW w:w="547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center"/>
            </w:pPr>
            <w:r w:rsidRPr="008C5CF5">
              <w:t>1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center"/>
            </w:pPr>
            <w:r w:rsidRPr="008C5CF5">
              <w:t>2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center"/>
            </w:pPr>
            <w:r w:rsidRPr="008C5CF5">
              <w:t>3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center"/>
            </w:pPr>
            <w:r w:rsidRPr="008C5CF5">
              <w:t>4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center"/>
            </w:pPr>
            <w:r w:rsidRPr="008C5CF5">
              <w:t>5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center"/>
            </w:pPr>
            <w:r w:rsidRPr="008C5CF5">
              <w:t>6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center"/>
            </w:pPr>
            <w:r w:rsidRPr="008C5CF5">
              <w:t>7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center"/>
            </w:pPr>
            <w:r w:rsidRPr="008C5CF5">
              <w:t>8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center"/>
            </w:pPr>
            <w:r w:rsidRPr="008C5CF5">
              <w:t>9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center"/>
            </w:pPr>
            <w:r w:rsidRPr="008C5CF5">
              <w:t>10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center"/>
            </w:pPr>
            <w:r w:rsidRPr="008C5CF5">
              <w:t>11</w:t>
            </w:r>
          </w:p>
        </w:tc>
      </w:tr>
      <w:tr w:rsidR="0008299B" w:rsidRPr="008C5CF5" w:rsidTr="0008299B">
        <w:trPr>
          <w:cantSplit/>
          <w:jc w:val="center"/>
        </w:trPr>
        <w:tc>
          <w:tcPr>
            <w:tcW w:w="5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center"/>
            </w:pPr>
            <w:r w:rsidRPr="008C5CF5">
              <w:rPr>
                <w:b/>
              </w:rPr>
              <w:t>1</w:t>
            </w:r>
          </w:p>
        </w:tc>
        <w:tc>
          <w:tcPr>
            <w:tcW w:w="7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center"/>
            </w:pPr>
            <w:r w:rsidRPr="008C5CF5">
              <w:rPr>
                <w:b/>
              </w:rPr>
              <w:t>410</w:t>
            </w:r>
          </w:p>
        </w:tc>
        <w:tc>
          <w:tcPr>
            <w:tcW w:w="33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r w:rsidRPr="008C5CF5">
              <w:rPr>
                <w:b/>
              </w:rPr>
              <w:t>Расходи за запослене</w:t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right"/>
            </w:pPr>
            <w:r w:rsidRPr="008C5CF5">
              <w:rPr>
                <w:b/>
              </w:rPr>
              <w:t>720.371.000</w:t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right"/>
            </w:pPr>
            <w:r w:rsidRPr="008C5CF5">
              <w:rPr>
                <w:b/>
              </w:rPr>
              <w:t>719.671.000</w:t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right"/>
            </w:pPr>
            <w:r w:rsidRPr="008C5CF5">
              <w:rPr>
                <w:b/>
              </w:rPr>
              <w:t>0</w:t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right"/>
            </w:pPr>
            <w:r w:rsidRPr="008C5CF5">
              <w:rPr>
                <w:b/>
              </w:rPr>
              <w:t>0</w:t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right"/>
            </w:pPr>
            <w:r w:rsidRPr="008C5CF5">
              <w:rPr>
                <w:b/>
              </w:rPr>
              <w:t>0</w:t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right"/>
            </w:pPr>
            <w:r w:rsidRPr="008C5CF5">
              <w:rPr>
                <w:b/>
              </w:rPr>
              <w:t>0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right"/>
            </w:pPr>
            <w:r w:rsidRPr="008C5CF5">
              <w:rPr>
                <w:b/>
              </w:rPr>
              <w:t>722.827.000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right"/>
            </w:pPr>
            <w:r w:rsidRPr="008C5CF5">
              <w:rPr>
                <w:b/>
              </w:rPr>
              <w:t>721.731.000</w:t>
            </w:r>
          </w:p>
        </w:tc>
      </w:tr>
      <w:tr w:rsidR="0008299B" w:rsidRPr="008C5CF5" w:rsidTr="0008299B">
        <w:trPr>
          <w:cantSplit/>
          <w:jc w:val="center"/>
        </w:trPr>
        <w:tc>
          <w:tcPr>
            <w:tcW w:w="5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center"/>
            </w:pPr>
            <w:r w:rsidRPr="008C5CF5">
              <w:t>5</w:t>
            </w:r>
          </w:p>
        </w:tc>
        <w:tc>
          <w:tcPr>
            <w:tcW w:w="7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center"/>
            </w:pPr>
            <w:r w:rsidRPr="008C5CF5">
              <w:t>414</w:t>
            </w:r>
          </w:p>
        </w:tc>
        <w:tc>
          <w:tcPr>
            <w:tcW w:w="33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r w:rsidRPr="008C5CF5">
              <w:t>Социјална давања запосленима</w:t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right"/>
            </w:pPr>
            <w:r w:rsidRPr="008C5CF5">
              <w:t>35.450.000</w:t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right"/>
            </w:pPr>
            <w:r w:rsidRPr="008C5CF5">
              <w:t>34.300.000</w:t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right"/>
            </w:pPr>
            <w:r w:rsidRPr="008C5CF5">
              <w:t>0</w:t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right"/>
            </w:pPr>
            <w:r w:rsidRPr="008C5CF5">
              <w:t>0</w:t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right"/>
            </w:pPr>
            <w:r w:rsidRPr="008C5CF5">
              <w:t>0</w:t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right"/>
            </w:pPr>
            <w:r w:rsidRPr="008C5CF5">
              <w:t>0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right"/>
            </w:pPr>
            <w:r w:rsidRPr="008C5CF5">
              <w:t>35.750.000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right"/>
            </w:pPr>
            <w:r w:rsidRPr="008C5CF5">
              <w:t>34.600.000</w:t>
            </w:r>
          </w:p>
        </w:tc>
      </w:tr>
      <w:tr w:rsidR="0008299B" w:rsidRPr="008C5CF5" w:rsidTr="0008299B">
        <w:trPr>
          <w:cantSplit/>
          <w:jc w:val="center"/>
        </w:trPr>
        <w:tc>
          <w:tcPr>
            <w:tcW w:w="5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center"/>
            </w:pPr>
            <w:r w:rsidRPr="008C5CF5">
              <w:t>7</w:t>
            </w:r>
          </w:p>
        </w:tc>
        <w:tc>
          <w:tcPr>
            <w:tcW w:w="7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center"/>
            </w:pPr>
            <w:r w:rsidRPr="008C5CF5">
              <w:t>416</w:t>
            </w:r>
          </w:p>
        </w:tc>
        <w:tc>
          <w:tcPr>
            <w:tcW w:w="33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r w:rsidRPr="008C5CF5">
              <w:t>Награде, бонуси и остали посебни расходи</w:t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right"/>
            </w:pPr>
            <w:r w:rsidRPr="008C5CF5">
              <w:t>24.689.000</w:t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right"/>
            </w:pPr>
            <w:r w:rsidRPr="008C5CF5">
              <w:t>25.139.000</w:t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right"/>
            </w:pPr>
            <w:r w:rsidRPr="008C5CF5">
              <w:t>0</w:t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right"/>
            </w:pPr>
            <w:r w:rsidRPr="008C5CF5">
              <w:t>0</w:t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right"/>
            </w:pPr>
            <w:r w:rsidRPr="008C5CF5">
              <w:t>0</w:t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right"/>
            </w:pPr>
            <w:r w:rsidRPr="008C5CF5">
              <w:t>0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right"/>
            </w:pPr>
            <w:r w:rsidRPr="008C5CF5">
              <w:t>24.949.000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right"/>
            </w:pPr>
            <w:r w:rsidRPr="008C5CF5">
              <w:t>25.349.000</w:t>
            </w:r>
          </w:p>
        </w:tc>
      </w:tr>
      <w:tr w:rsidR="0008299B" w:rsidRPr="008C5CF5" w:rsidTr="0008299B">
        <w:trPr>
          <w:cantSplit/>
          <w:jc w:val="center"/>
        </w:trPr>
        <w:tc>
          <w:tcPr>
            <w:tcW w:w="5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center"/>
            </w:pPr>
            <w:r w:rsidRPr="008C5CF5">
              <w:rPr>
                <w:b/>
              </w:rPr>
              <w:t>8</w:t>
            </w:r>
          </w:p>
        </w:tc>
        <w:tc>
          <w:tcPr>
            <w:tcW w:w="7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center"/>
            </w:pPr>
            <w:r w:rsidRPr="008C5CF5">
              <w:rPr>
                <w:b/>
              </w:rPr>
              <w:t>420</w:t>
            </w:r>
          </w:p>
        </w:tc>
        <w:tc>
          <w:tcPr>
            <w:tcW w:w="33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r w:rsidRPr="008C5CF5">
              <w:rPr>
                <w:b/>
              </w:rPr>
              <w:t>Коришћење услуга и роба</w:t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right"/>
            </w:pPr>
            <w:r w:rsidRPr="008C5CF5">
              <w:rPr>
                <w:b/>
              </w:rPr>
              <w:t>897.685.000</w:t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right"/>
            </w:pPr>
            <w:r w:rsidRPr="008C5CF5">
              <w:rPr>
                <w:b/>
              </w:rPr>
              <w:t>932.554.000</w:t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right"/>
            </w:pPr>
            <w:r w:rsidRPr="008C5CF5">
              <w:rPr>
                <w:b/>
              </w:rPr>
              <w:t>0</w:t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right"/>
            </w:pPr>
            <w:r w:rsidRPr="008C5CF5">
              <w:rPr>
                <w:b/>
              </w:rPr>
              <w:t>0</w:t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right"/>
            </w:pPr>
            <w:r w:rsidRPr="008C5CF5">
              <w:rPr>
                <w:b/>
              </w:rPr>
              <w:t>0</w:t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right"/>
            </w:pPr>
            <w:r w:rsidRPr="008C5CF5">
              <w:rPr>
                <w:b/>
              </w:rPr>
              <w:t>2.222.000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right"/>
            </w:pPr>
            <w:r w:rsidRPr="008C5CF5">
              <w:rPr>
                <w:b/>
              </w:rPr>
              <w:t>922.399.296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right"/>
            </w:pPr>
            <w:r w:rsidRPr="008C5CF5">
              <w:rPr>
                <w:b/>
              </w:rPr>
              <w:t>959.886.296</w:t>
            </w:r>
          </w:p>
        </w:tc>
      </w:tr>
      <w:tr w:rsidR="0008299B" w:rsidRPr="008C5CF5" w:rsidTr="0008299B">
        <w:trPr>
          <w:cantSplit/>
          <w:jc w:val="center"/>
        </w:trPr>
        <w:tc>
          <w:tcPr>
            <w:tcW w:w="5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center"/>
            </w:pPr>
            <w:r w:rsidRPr="008C5CF5">
              <w:t>9</w:t>
            </w:r>
          </w:p>
        </w:tc>
        <w:tc>
          <w:tcPr>
            <w:tcW w:w="7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center"/>
            </w:pPr>
            <w:r w:rsidRPr="008C5CF5">
              <w:t>421</w:t>
            </w:r>
          </w:p>
        </w:tc>
        <w:tc>
          <w:tcPr>
            <w:tcW w:w="33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r w:rsidRPr="008C5CF5">
              <w:t>Стални трошкови</w:t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right"/>
            </w:pPr>
            <w:r w:rsidRPr="008C5CF5">
              <w:t>183.330.000</w:t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right"/>
            </w:pPr>
            <w:r w:rsidRPr="008C5CF5">
              <w:t>169.177.000</w:t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right"/>
            </w:pPr>
            <w:r w:rsidRPr="008C5CF5">
              <w:t>0</w:t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right"/>
            </w:pPr>
            <w:r w:rsidRPr="008C5CF5">
              <w:t>0</w:t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right"/>
            </w:pPr>
            <w:r w:rsidRPr="008C5CF5">
              <w:t>0</w:t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right"/>
            </w:pPr>
            <w:r w:rsidRPr="008C5CF5">
              <w:t>0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right"/>
            </w:pPr>
            <w:r w:rsidRPr="008C5CF5">
              <w:t>185.770.000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right"/>
            </w:pPr>
            <w:r w:rsidRPr="008C5CF5">
              <w:t>171.817.000</w:t>
            </w:r>
          </w:p>
        </w:tc>
      </w:tr>
      <w:tr w:rsidR="0008299B" w:rsidRPr="008C5CF5" w:rsidTr="0008299B">
        <w:trPr>
          <w:cantSplit/>
          <w:jc w:val="center"/>
        </w:trPr>
        <w:tc>
          <w:tcPr>
            <w:tcW w:w="5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center"/>
            </w:pPr>
            <w:r w:rsidRPr="008C5CF5">
              <w:t>10</w:t>
            </w:r>
          </w:p>
        </w:tc>
        <w:tc>
          <w:tcPr>
            <w:tcW w:w="7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center"/>
            </w:pPr>
            <w:r w:rsidRPr="008C5CF5">
              <w:t>422</w:t>
            </w:r>
          </w:p>
        </w:tc>
        <w:tc>
          <w:tcPr>
            <w:tcW w:w="33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r w:rsidRPr="008C5CF5">
              <w:t>Трошкови путовања</w:t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right"/>
            </w:pPr>
            <w:r w:rsidRPr="008C5CF5">
              <w:t>4.560.000</w:t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right"/>
            </w:pPr>
            <w:r w:rsidRPr="008C5CF5">
              <w:t>3.700.000</w:t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right"/>
            </w:pPr>
            <w:r w:rsidRPr="008C5CF5">
              <w:t>0</w:t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right"/>
            </w:pPr>
            <w:r w:rsidRPr="008C5CF5">
              <w:t>0</w:t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right"/>
            </w:pPr>
            <w:r w:rsidRPr="008C5CF5">
              <w:t>0</w:t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right"/>
            </w:pPr>
            <w:r w:rsidRPr="008C5CF5">
              <w:t>0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right"/>
            </w:pPr>
            <w:r w:rsidRPr="008C5CF5">
              <w:t>6.590.000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right"/>
            </w:pPr>
            <w:r w:rsidRPr="008C5CF5">
              <w:t>5.480.000</w:t>
            </w:r>
          </w:p>
        </w:tc>
      </w:tr>
      <w:tr w:rsidR="0008299B" w:rsidRPr="008C5CF5" w:rsidTr="0008299B">
        <w:trPr>
          <w:cantSplit/>
          <w:jc w:val="center"/>
        </w:trPr>
        <w:tc>
          <w:tcPr>
            <w:tcW w:w="5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center"/>
            </w:pPr>
            <w:r w:rsidRPr="008C5CF5">
              <w:t>11</w:t>
            </w:r>
          </w:p>
        </w:tc>
        <w:tc>
          <w:tcPr>
            <w:tcW w:w="7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center"/>
            </w:pPr>
            <w:r w:rsidRPr="008C5CF5">
              <w:t>423</w:t>
            </w:r>
          </w:p>
        </w:tc>
        <w:tc>
          <w:tcPr>
            <w:tcW w:w="33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r w:rsidRPr="008C5CF5">
              <w:t>Услуге по уговору</w:t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right"/>
            </w:pPr>
            <w:r w:rsidRPr="008C5CF5">
              <w:t>321.257.000</w:t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right"/>
            </w:pPr>
            <w:r w:rsidRPr="008C5CF5">
              <w:t>324.592.000</w:t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right"/>
            </w:pPr>
            <w:r w:rsidRPr="008C5CF5">
              <w:t>0</w:t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right"/>
            </w:pPr>
            <w:r w:rsidRPr="008C5CF5">
              <w:t>0</w:t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right"/>
            </w:pPr>
            <w:r w:rsidRPr="008C5CF5">
              <w:t>0</w:t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right"/>
            </w:pPr>
            <w:r w:rsidRPr="008C5CF5">
              <w:t>0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right"/>
            </w:pPr>
            <w:r w:rsidRPr="008C5CF5">
              <w:t>325.647.000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right"/>
            </w:pPr>
            <w:r w:rsidRPr="008C5CF5">
              <w:t>328.632.000</w:t>
            </w:r>
          </w:p>
        </w:tc>
      </w:tr>
      <w:tr w:rsidR="0008299B" w:rsidRPr="008C5CF5" w:rsidTr="0008299B">
        <w:trPr>
          <w:cantSplit/>
          <w:jc w:val="center"/>
        </w:trPr>
        <w:tc>
          <w:tcPr>
            <w:tcW w:w="5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center"/>
            </w:pPr>
            <w:r w:rsidRPr="008C5CF5">
              <w:t>12</w:t>
            </w:r>
          </w:p>
        </w:tc>
        <w:tc>
          <w:tcPr>
            <w:tcW w:w="7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center"/>
            </w:pPr>
            <w:r w:rsidRPr="008C5CF5">
              <w:t>424</w:t>
            </w:r>
          </w:p>
        </w:tc>
        <w:tc>
          <w:tcPr>
            <w:tcW w:w="33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r w:rsidRPr="008C5CF5">
              <w:t>Специјализоване услуге</w:t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right"/>
            </w:pPr>
            <w:r w:rsidRPr="008C5CF5">
              <w:t>204.580.000</w:t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right"/>
            </w:pPr>
            <w:r w:rsidRPr="008C5CF5">
              <w:t>251.770.000</w:t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right"/>
            </w:pPr>
            <w:r w:rsidRPr="008C5CF5">
              <w:t>0</w:t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right"/>
            </w:pPr>
            <w:r w:rsidRPr="008C5CF5">
              <w:t>0</w:t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right"/>
            </w:pPr>
            <w:r w:rsidRPr="008C5CF5">
              <w:t>0</w:t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right"/>
            </w:pPr>
            <w:r w:rsidRPr="008C5CF5">
              <w:t>2.222.000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right"/>
            </w:pPr>
            <w:r w:rsidRPr="008C5CF5">
              <w:t>213.616.322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right"/>
            </w:pPr>
            <w:r w:rsidRPr="008C5CF5">
              <w:t>262.978.322</w:t>
            </w:r>
          </w:p>
        </w:tc>
      </w:tr>
      <w:tr w:rsidR="0008299B" w:rsidRPr="008C5CF5" w:rsidTr="0008299B">
        <w:trPr>
          <w:cantSplit/>
          <w:jc w:val="center"/>
        </w:trPr>
        <w:tc>
          <w:tcPr>
            <w:tcW w:w="5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center"/>
            </w:pPr>
            <w:r w:rsidRPr="008C5CF5">
              <w:t>13</w:t>
            </w:r>
          </w:p>
        </w:tc>
        <w:tc>
          <w:tcPr>
            <w:tcW w:w="7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center"/>
            </w:pPr>
            <w:r w:rsidRPr="008C5CF5">
              <w:t>425</w:t>
            </w:r>
          </w:p>
        </w:tc>
        <w:tc>
          <w:tcPr>
            <w:tcW w:w="33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r w:rsidRPr="008C5CF5">
              <w:t>Текуће поправке и одржавање</w:t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right"/>
            </w:pPr>
            <w:r w:rsidRPr="008C5CF5">
              <w:t>132.180.000</w:t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right"/>
            </w:pPr>
            <w:r w:rsidRPr="008C5CF5">
              <w:t>134.255.000</w:t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right"/>
            </w:pPr>
            <w:r w:rsidRPr="008C5CF5">
              <w:t>0</w:t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right"/>
            </w:pPr>
            <w:r w:rsidRPr="008C5CF5">
              <w:t>0</w:t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right"/>
            </w:pPr>
            <w:r w:rsidRPr="008C5CF5">
              <w:t>0</w:t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right"/>
            </w:pPr>
            <w:r w:rsidRPr="008C5CF5">
              <w:t>0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right"/>
            </w:pPr>
            <w:r w:rsidRPr="008C5CF5">
              <w:t>135.020.000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right"/>
            </w:pPr>
            <w:r w:rsidRPr="008C5CF5">
              <w:t>137.995.000</w:t>
            </w:r>
          </w:p>
        </w:tc>
      </w:tr>
      <w:tr w:rsidR="0008299B" w:rsidRPr="008C5CF5" w:rsidTr="0008299B">
        <w:trPr>
          <w:cantSplit/>
          <w:jc w:val="center"/>
        </w:trPr>
        <w:tc>
          <w:tcPr>
            <w:tcW w:w="5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center"/>
            </w:pPr>
            <w:r w:rsidRPr="008C5CF5">
              <w:t>14</w:t>
            </w:r>
          </w:p>
        </w:tc>
        <w:tc>
          <w:tcPr>
            <w:tcW w:w="7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center"/>
            </w:pPr>
            <w:r w:rsidRPr="008C5CF5">
              <w:t>426</w:t>
            </w:r>
          </w:p>
        </w:tc>
        <w:tc>
          <w:tcPr>
            <w:tcW w:w="33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r w:rsidRPr="008C5CF5">
              <w:t>Материјал</w:t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right"/>
            </w:pPr>
            <w:r w:rsidRPr="008C5CF5">
              <w:t>51.778.000</w:t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right"/>
            </w:pPr>
            <w:r w:rsidRPr="008C5CF5">
              <w:t>49.060.000</w:t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right"/>
            </w:pPr>
            <w:r w:rsidRPr="008C5CF5">
              <w:t>0</w:t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right"/>
            </w:pPr>
            <w:r w:rsidRPr="008C5CF5">
              <w:t>0</w:t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right"/>
            </w:pPr>
            <w:r w:rsidRPr="008C5CF5">
              <w:t>0</w:t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right"/>
            </w:pPr>
            <w:r w:rsidRPr="008C5CF5">
              <w:t>0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right"/>
            </w:pPr>
            <w:r w:rsidRPr="008C5CF5">
              <w:t>55.755.974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right"/>
            </w:pPr>
            <w:r w:rsidRPr="008C5CF5">
              <w:t>52.983.974</w:t>
            </w:r>
          </w:p>
        </w:tc>
      </w:tr>
      <w:tr w:rsidR="0008299B" w:rsidRPr="008C5CF5" w:rsidTr="0008299B">
        <w:trPr>
          <w:cantSplit/>
          <w:jc w:val="center"/>
        </w:trPr>
        <w:tc>
          <w:tcPr>
            <w:tcW w:w="5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center"/>
            </w:pPr>
            <w:r w:rsidRPr="008C5CF5">
              <w:rPr>
                <w:b/>
              </w:rPr>
              <w:t>15</w:t>
            </w:r>
          </w:p>
        </w:tc>
        <w:tc>
          <w:tcPr>
            <w:tcW w:w="7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center"/>
            </w:pPr>
            <w:r w:rsidRPr="008C5CF5">
              <w:rPr>
                <w:b/>
              </w:rPr>
              <w:t>440</w:t>
            </w:r>
          </w:p>
        </w:tc>
        <w:tc>
          <w:tcPr>
            <w:tcW w:w="33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r w:rsidRPr="008C5CF5">
              <w:rPr>
                <w:b/>
              </w:rPr>
              <w:t>Отплате камата и пратећи трошкови задуживања</w:t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right"/>
            </w:pPr>
            <w:r w:rsidRPr="008C5CF5">
              <w:rPr>
                <w:b/>
              </w:rPr>
              <w:t>11.600.000</w:t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right"/>
            </w:pPr>
            <w:r w:rsidRPr="008C5CF5">
              <w:rPr>
                <w:b/>
              </w:rPr>
              <w:t>9.600.000</w:t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right"/>
            </w:pPr>
            <w:r w:rsidRPr="008C5CF5">
              <w:rPr>
                <w:b/>
              </w:rPr>
              <w:t>0</w:t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right"/>
            </w:pPr>
            <w:r w:rsidRPr="008C5CF5">
              <w:rPr>
                <w:b/>
              </w:rPr>
              <w:t>0</w:t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right"/>
            </w:pPr>
            <w:r w:rsidRPr="008C5CF5">
              <w:rPr>
                <w:b/>
              </w:rPr>
              <w:t>0</w:t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right"/>
            </w:pPr>
            <w:r w:rsidRPr="008C5CF5">
              <w:rPr>
                <w:b/>
              </w:rPr>
              <w:t>0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right"/>
            </w:pPr>
            <w:r w:rsidRPr="008C5CF5">
              <w:rPr>
                <w:b/>
              </w:rPr>
              <w:t>11.600.000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right"/>
            </w:pPr>
            <w:r w:rsidRPr="008C5CF5">
              <w:rPr>
                <w:b/>
              </w:rPr>
              <w:t>9.600.000</w:t>
            </w:r>
          </w:p>
        </w:tc>
      </w:tr>
      <w:tr w:rsidR="0008299B" w:rsidRPr="008C5CF5" w:rsidTr="0008299B">
        <w:trPr>
          <w:cantSplit/>
          <w:jc w:val="center"/>
        </w:trPr>
        <w:tc>
          <w:tcPr>
            <w:tcW w:w="5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center"/>
            </w:pPr>
            <w:r w:rsidRPr="008C5CF5">
              <w:t>16</w:t>
            </w:r>
          </w:p>
        </w:tc>
        <w:tc>
          <w:tcPr>
            <w:tcW w:w="7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center"/>
            </w:pPr>
            <w:r w:rsidRPr="008C5CF5">
              <w:t>441</w:t>
            </w:r>
          </w:p>
        </w:tc>
        <w:tc>
          <w:tcPr>
            <w:tcW w:w="33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r w:rsidRPr="008C5CF5">
              <w:t>Отплате домаћих камата</w:t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right"/>
            </w:pPr>
            <w:r w:rsidRPr="008C5CF5">
              <w:t>11.000.000</w:t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right"/>
            </w:pPr>
            <w:r w:rsidRPr="008C5CF5">
              <w:t>9.000.000</w:t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right"/>
            </w:pPr>
            <w:r w:rsidRPr="008C5CF5">
              <w:t>0</w:t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right"/>
            </w:pPr>
            <w:r w:rsidRPr="008C5CF5">
              <w:t>0</w:t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right"/>
            </w:pPr>
            <w:r w:rsidRPr="008C5CF5">
              <w:t>0</w:t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right"/>
            </w:pPr>
            <w:r w:rsidRPr="008C5CF5">
              <w:t>0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right"/>
            </w:pPr>
            <w:r w:rsidRPr="008C5CF5">
              <w:t>11.000.000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right"/>
            </w:pPr>
            <w:r w:rsidRPr="008C5CF5">
              <w:t>9.000.000</w:t>
            </w:r>
          </w:p>
        </w:tc>
      </w:tr>
      <w:tr w:rsidR="0008299B" w:rsidRPr="008C5CF5" w:rsidTr="0008299B">
        <w:trPr>
          <w:cantSplit/>
          <w:jc w:val="center"/>
        </w:trPr>
        <w:tc>
          <w:tcPr>
            <w:tcW w:w="5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center"/>
            </w:pPr>
            <w:r w:rsidRPr="008C5CF5">
              <w:rPr>
                <w:b/>
              </w:rPr>
              <w:t>21</w:t>
            </w:r>
          </w:p>
        </w:tc>
        <w:tc>
          <w:tcPr>
            <w:tcW w:w="7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center"/>
            </w:pPr>
            <w:r w:rsidRPr="008C5CF5">
              <w:rPr>
                <w:b/>
              </w:rPr>
              <w:t>460</w:t>
            </w:r>
          </w:p>
        </w:tc>
        <w:tc>
          <w:tcPr>
            <w:tcW w:w="33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r w:rsidRPr="008C5CF5">
              <w:rPr>
                <w:b/>
              </w:rPr>
              <w:t>Донације, дотације и трансфери</w:t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right"/>
            </w:pPr>
            <w:r w:rsidRPr="008C5CF5">
              <w:rPr>
                <w:b/>
              </w:rPr>
              <w:t>175.768.000</w:t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right"/>
            </w:pPr>
            <w:r w:rsidRPr="008C5CF5">
              <w:rPr>
                <w:b/>
              </w:rPr>
              <w:t>177.968.000</w:t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right"/>
            </w:pPr>
            <w:r w:rsidRPr="008C5CF5">
              <w:rPr>
                <w:b/>
              </w:rPr>
              <w:t>25.000.000</w:t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right"/>
            </w:pPr>
            <w:r w:rsidRPr="008C5CF5">
              <w:rPr>
                <w:b/>
              </w:rPr>
              <w:t>25.000.000</w:t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right"/>
            </w:pPr>
            <w:r w:rsidRPr="008C5CF5">
              <w:rPr>
                <w:b/>
              </w:rPr>
              <w:t>0</w:t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right"/>
            </w:pPr>
            <w:r w:rsidRPr="008C5CF5">
              <w:rPr>
                <w:b/>
              </w:rPr>
              <w:t>2.700.000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right"/>
            </w:pPr>
            <w:r w:rsidRPr="008C5CF5">
              <w:rPr>
                <w:b/>
              </w:rPr>
              <w:t>200.768.000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right"/>
            </w:pPr>
            <w:r w:rsidRPr="008C5CF5">
              <w:rPr>
                <w:b/>
              </w:rPr>
              <w:t>205.668.000</w:t>
            </w:r>
          </w:p>
        </w:tc>
      </w:tr>
      <w:tr w:rsidR="0008299B" w:rsidRPr="008C5CF5" w:rsidTr="0008299B">
        <w:trPr>
          <w:cantSplit/>
          <w:jc w:val="center"/>
        </w:trPr>
        <w:tc>
          <w:tcPr>
            <w:tcW w:w="5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center"/>
            </w:pPr>
            <w:r w:rsidRPr="008C5CF5">
              <w:t>22</w:t>
            </w:r>
          </w:p>
        </w:tc>
        <w:tc>
          <w:tcPr>
            <w:tcW w:w="7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center"/>
            </w:pPr>
            <w:r w:rsidRPr="008C5CF5">
              <w:t>463</w:t>
            </w:r>
          </w:p>
        </w:tc>
        <w:tc>
          <w:tcPr>
            <w:tcW w:w="33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r w:rsidRPr="008C5CF5">
              <w:t>Трансфери осталим нивоима власти</w:t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right"/>
            </w:pPr>
            <w:r w:rsidRPr="008C5CF5">
              <w:t>146.568.000</w:t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right"/>
            </w:pPr>
            <w:r w:rsidRPr="008C5CF5">
              <w:t>149.068.000</w:t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right"/>
            </w:pPr>
            <w:r w:rsidRPr="008C5CF5">
              <w:t>25.000.000</w:t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right"/>
            </w:pPr>
            <w:r w:rsidRPr="008C5CF5">
              <w:t>25.000.000</w:t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right"/>
            </w:pPr>
            <w:r w:rsidRPr="008C5CF5">
              <w:t>0</w:t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right"/>
            </w:pPr>
            <w:r w:rsidRPr="008C5CF5">
              <w:t>2.700.000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right"/>
            </w:pPr>
            <w:r w:rsidRPr="008C5CF5">
              <w:t>171.568.000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right"/>
            </w:pPr>
            <w:r w:rsidRPr="008C5CF5">
              <w:t>176.768.000</w:t>
            </w:r>
          </w:p>
        </w:tc>
      </w:tr>
      <w:tr w:rsidR="0008299B" w:rsidRPr="008C5CF5" w:rsidTr="0008299B">
        <w:trPr>
          <w:cantSplit/>
          <w:jc w:val="center"/>
        </w:trPr>
        <w:tc>
          <w:tcPr>
            <w:tcW w:w="5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center"/>
            </w:pPr>
            <w:r w:rsidRPr="008C5CF5">
              <w:t>23</w:t>
            </w:r>
          </w:p>
        </w:tc>
        <w:tc>
          <w:tcPr>
            <w:tcW w:w="7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center"/>
            </w:pPr>
            <w:r w:rsidRPr="008C5CF5">
              <w:t>464</w:t>
            </w:r>
          </w:p>
        </w:tc>
        <w:tc>
          <w:tcPr>
            <w:tcW w:w="33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r w:rsidRPr="008C5CF5">
              <w:t>Дотације организацијама за обавезно социјално осигурање</w:t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right"/>
            </w:pPr>
            <w:r w:rsidRPr="008C5CF5">
              <w:t>29.200.000</w:t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right"/>
            </w:pPr>
            <w:r w:rsidRPr="008C5CF5">
              <w:t>28.900.000</w:t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right"/>
            </w:pPr>
            <w:r w:rsidRPr="008C5CF5">
              <w:t>0</w:t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right"/>
            </w:pPr>
            <w:r w:rsidRPr="008C5CF5">
              <w:t>0</w:t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right"/>
            </w:pPr>
            <w:r w:rsidRPr="008C5CF5">
              <w:t>0</w:t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right"/>
            </w:pPr>
            <w:r w:rsidRPr="008C5CF5">
              <w:t>0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right"/>
            </w:pPr>
            <w:r w:rsidRPr="008C5CF5">
              <w:t>29.200.000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right"/>
            </w:pPr>
            <w:r w:rsidRPr="008C5CF5">
              <w:t>28.900.000</w:t>
            </w:r>
          </w:p>
        </w:tc>
      </w:tr>
      <w:tr w:rsidR="0008299B" w:rsidRPr="008C5CF5" w:rsidTr="0008299B">
        <w:trPr>
          <w:cantSplit/>
          <w:jc w:val="center"/>
        </w:trPr>
        <w:tc>
          <w:tcPr>
            <w:tcW w:w="5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center"/>
            </w:pPr>
            <w:r w:rsidRPr="008C5CF5">
              <w:t>24</w:t>
            </w:r>
          </w:p>
        </w:tc>
        <w:tc>
          <w:tcPr>
            <w:tcW w:w="7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center"/>
            </w:pPr>
            <w:r w:rsidRPr="008C5CF5">
              <w:t>472</w:t>
            </w:r>
          </w:p>
        </w:tc>
        <w:tc>
          <w:tcPr>
            <w:tcW w:w="33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r w:rsidRPr="008C5CF5">
              <w:t>Накнаде за социјалну заштиту из буџета</w:t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right"/>
            </w:pPr>
            <w:r w:rsidRPr="008C5CF5">
              <w:t>140.845.000</w:t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right"/>
            </w:pPr>
            <w:r w:rsidRPr="008C5CF5">
              <w:t>114.226.000</w:t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right"/>
            </w:pPr>
            <w:r w:rsidRPr="008C5CF5">
              <w:t>0</w:t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right"/>
            </w:pPr>
            <w:r w:rsidRPr="008C5CF5">
              <w:t>0</w:t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right"/>
            </w:pPr>
            <w:r w:rsidRPr="008C5CF5">
              <w:t>0</w:t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right"/>
            </w:pPr>
            <w:r w:rsidRPr="008C5CF5">
              <w:t>0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right"/>
            </w:pPr>
            <w:r w:rsidRPr="008C5CF5">
              <w:t>147.575.000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right"/>
            </w:pPr>
            <w:r w:rsidRPr="008C5CF5">
              <w:t>120.956.000</w:t>
            </w:r>
          </w:p>
        </w:tc>
      </w:tr>
      <w:tr w:rsidR="0008299B" w:rsidRPr="008C5CF5" w:rsidTr="0008299B">
        <w:trPr>
          <w:cantSplit/>
          <w:jc w:val="center"/>
        </w:trPr>
        <w:tc>
          <w:tcPr>
            <w:tcW w:w="5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center"/>
            </w:pPr>
            <w:r w:rsidRPr="008C5CF5">
              <w:rPr>
                <w:b/>
              </w:rPr>
              <w:t>25</w:t>
            </w:r>
          </w:p>
        </w:tc>
        <w:tc>
          <w:tcPr>
            <w:tcW w:w="7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center"/>
            </w:pPr>
            <w:r w:rsidRPr="008C5CF5">
              <w:rPr>
                <w:b/>
              </w:rPr>
              <w:t>480</w:t>
            </w:r>
          </w:p>
        </w:tc>
        <w:tc>
          <w:tcPr>
            <w:tcW w:w="33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r w:rsidRPr="008C5CF5">
              <w:rPr>
                <w:b/>
              </w:rPr>
              <w:t>Остали расходи</w:t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right"/>
            </w:pPr>
            <w:r w:rsidRPr="008C5CF5">
              <w:rPr>
                <w:b/>
              </w:rPr>
              <w:t>117.121.000</w:t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right"/>
            </w:pPr>
            <w:r w:rsidRPr="008C5CF5">
              <w:rPr>
                <w:b/>
              </w:rPr>
              <w:t>118.704.000</w:t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right"/>
            </w:pPr>
            <w:r w:rsidRPr="008C5CF5">
              <w:rPr>
                <w:b/>
              </w:rPr>
              <w:t>0</w:t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right"/>
            </w:pPr>
            <w:r w:rsidRPr="008C5CF5">
              <w:rPr>
                <w:b/>
              </w:rPr>
              <w:t>0</w:t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right"/>
            </w:pPr>
            <w:r w:rsidRPr="008C5CF5">
              <w:rPr>
                <w:b/>
              </w:rPr>
              <w:t>0</w:t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right"/>
            </w:pPr>
            <w:r w:rsidRPr="008C5CF5">
              <w:rPr>
                <w:b/>
              </w:rPr>
              <w:t>0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right"/>
            </w:pPr>
            <w:r w:rsidRPr="008C5CF5">
              <w:rPr>
                <w:b/>
              </w:rPr>
              <w:t>118.161.000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right"/>
            </w:pPr>
            <w:r w:rsidRPr="008C5CF5">
              <w:rPr>
                <w:b/>
              </w:rPr>
              <w:t>120.044.000</w:t>
            </w:r>
          </w:p>
        </w:tc>
      </w:tr>
      <w:tr w:rsidR="0008299B" w:rsidRPr="008C5CF5" w:rsidTr="0008299B">
        <w:trPr>
          <w:cantSplit/>
          <w:jc w:val="center"/>
        </w:trPr>
        <w:tc>
          <w:tcPr>
            <w:tcW w:w="5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center"/>
            </w:pPr>
            <w:r w:rsidRPr="008C5CF5">
              <w:t>26</w:t>
            </w:r>
          </w:p>
        </w:tc>
        <w:tc>
          <w:tcPr>
            <w:tcW w:w="7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center"/>
            </w:pPr>
            <w:r w:rsidRPr="008C5CF5">
              <w:t>481</w:t>
            </w:r>
          </w:p>
        </w:tc>
        <w:tc>
          <w:tcPr>
            <w:tcW w:w="33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r w:rsidRPr="008C5CF5">
              <w:t>Дотације невладиним организацијама</w:t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right"/>
            </w:pPr>
            <w:r w:rsidRPr="008C5CF5">
              <w:t>101.316.000</w:t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right"/>
            </w:pPr>
            <w:r w:rsidRPr="008C5CF5">
              <w:t>103.707.000</w:t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right"/>
            </w:pPr>
            <w:r w:rsidRPr="008C5CF5">
              <w:t>0</w:t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right"/>
            </w:pPr>
            <w:r w:rsidRPr="008C5CF5">
              <w:t>0</w:t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right"/>
            </w:pPr>
            <w:r w:rsidRPr="008C5CF5">
              <w:t>0</w:t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right"/>
            </w:pPr>
            <w:r w:rsidRPr="008C5CF5">
              <w:t>0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right"/>
            </w:pPr>
            <w:r w:rsidRPr="008C5CF5">
              <w:t>101.316.000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right"/>
            </w:pPr>
            <w:r w:rsidRPr="008C5CF5">
              <w:t>103.707.000</w:t>
            </w:r>
          </w:p>
        </w:tc>
      </w:tr>
      <w:tr w:rsidR="0008299B" w:rsidRPr="008C5CF5" w:rsidTr="0008299B">
        <w:trPr>
          <w:cantSplit/>
          <w:jc w:val="center"/>
        </w:trPr>
        <w:tc>
          <w:tcPr>
            <w:tcW w:w="5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center"/>
            </w:pPr>
            <w:r w:rsidRPr="008C5CF5">
              <w:t>27</w:t>
            </w:r>
          </w:p>
        </w:tc>
        <w:tc>
          <w:tcPr>
            <w:tcW w:w="7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center"/>
            </w:pPr>
            <w:r w:rsidRPr="008C5CF5">
              <w:t>482</w:t>
            </w:r>
          </w:p>
        </w:tc>
        <w:tc>
          <w:tcPr>
            <w:tcW w:w="33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r w:rsidRPr="008C5CF5">
              <w:t>Порези, обавезне таксе, казне, пенали и камате</w:t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right"/>
            </w:pPr>
            <w:r w:rsidRPr="008C5CF5">
              <w:t>8.655.000</w:t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right"/>
            </w:pPr>
            <w:r w:rsidRPr="008C5CF5">
              <w:t>8.755.000</w:t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right"/>
            </w:pPr>
            <w:r w:rsidRPr="008C5CF5">
              <w:t>0</w:t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right"/>
            </w:pPr>
            <w:r w:rsidRPr="008C5CF5">
              <w:t>0</w:t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right"/>
            </w:pPr>
            <w:r w:rsidRPr="008C5CF5">
              <w:t>0</w:t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right"/>
            </w:pPr>
            <w:r w:rsidRPr="008C5CF5">
              <w:t>0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right"/>
            </w:pPr>
            <w:r w:rsidRPr="008C5CF5">
              <w:t>9.635.000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right"/>
            </w:pPr>
            <w:r w:rsidRPr="008C5CF5">
              <w:t>10.035.000</w:t>
            </w:r>
          </w:p>
        </w:tc>
      </w:tr>
      <w:tr w:rsidR="0008299B" w:rsidRPr="008C5CF5" w:rsidTr="0008299B">
        <w:trPr>
          <w:cantSplit/>
          <w:jc w:val="center"/>
        </w:trPr>
        <w:tc>
          <w:tcPr>
            <w:tcW w:w="5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center"/>
            </w:pPr>
            <w:r w:rsidRPr="008C5CF5">
              <w:lastRenderedPageBreak/>
              <w:t>30</w:t>
            </w:r>
          </w:p>
        </w:tc>
        <w:tc>
          <w:tcPr>
            <w:tcW w:w="7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center"/>
            </w:pPr>
            <w:r w:rsidRPr="008C5CF5">
              <w:t>485</w:t>
            </w:r>
          </w:p>
        </w:tc>
        <w:tc>
          <w:tcPr>
            <w:tcW w:w="33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r w:rsidRPr="008C5CF5">
              <w:t>Накнада штете за повреде или штету нанету од стране државних органа</w:t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right"/>
            </w:pPr>
            <w:r w:rsidRPr="008C5CF5">
              <w:t>6.500.000</w:t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right"/>
            </w:pPr>
            <w:r w:rsidRPr="008C5CF5">
              <w:t>5.592.000</w:t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right"/>
            </w:pPr>
            <w:r w:rsidRPr="008C5CF5">
              <w:t>0</w:t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right"/>
            </w:pPr>
            <w:r w:rsidRPr="008C5CF5">
              <w:t>0</w:t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right"/>
            </w:pPr>
            <w:r w:rsidRPr="008C5CF5">
              <w:t>0</w:t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right"/>
            </w:pPr>
            <w:r w:rsidRPr="008C5CF5">
              <w:t>0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right"/>
            </w:pPr>
            <w:r w:rsidRPr="008C5CF5">
              <w:t>6.500.000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right"/>
            </w:pPr>
            <w:r w:rsidRPr="008C5CF5">
              <w:t>5.592.000</w:t>
            </w:r>
          </w:p>
        </w:tc>
      </w:tr>
      <w:tr w:rsidR="0008299B" w:rsidRPr="008C5CF5" w:rsidTr="0008299B">
        <w:trPr>
          <w:cantSplit/>
          <w:jc w:val="center"/>
        </w:trPr>
        <w:tc>
          <w:tcPr>
            <w:tcW w:w="5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center"/>
            </w:pPr>
            <w:r w:rsidRPr="008C5CF5">
              <w:t>31</w:t>
            </w:r>
          </w:p>
        </w:tc>
        <w:tc>
          <w:tcPr>
            <w:tcW w:w="7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center"/>
            </w:pPr>
            <w:r w:rsidRPr="008C5CF5">
              <w:t>499</w:t>
            </w:r>
          </w:p>
        </w:tc>
        <w:tc>
          <w:tcPr>
            <w:tcW w:w="33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r w:rsidRPr="008C5CF5">
              <w:t>Средства резерве</w:t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right"/>
            </w:pPr>
            <w:r w:rsidRPr="008C5CF5">
              <w:t>42.000.000</w:t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right"/>
            </w:pPr>
            <w:r w:rsidRPr="008C5CF5">
              <w:t>6.222.000</w:t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right"/>
            </w:pPr>
            <w:r w:rsidRPr="008C5CF5">
              <w:t>0</w:t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right"/>
            </w:pPr>
            <w:r w:rsidRPr="008C5CF5">
              <w:t>0</w:t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right"/>
            </w:pPr>
            <w:r w:rsidRPr="008C5CF5">
              <w:t>0</w:t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right"/>
            </w:pPr>
            <w:r w:rsidRPr="008C5CF5">
              <w:t>0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right"/>
            </w:pPr>
            <w:r w:rsidRPr="008C5CF5">
              <w:t>42.000.000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right"/>
            </w:pPr>
            <w:r w:rsidRPr="008C5CF5">
              <w:t>6.222.000</w:t>
            </w:r>
          </w:p>
        </w:tc>
      </w:tr>
      <w:tr w:rsidR="0008299B" w:rsidRPr="008C5CF5" w:rsidTr="0008299B">
        <w:trPr>
          <w:cantSplit/>
          <w:jc w:val="center"/>
        </w:trPr>
        <w:tc>
          <w:tcPr>
            <w:tcW w:w="5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center"/>
            </w:pPr>
            <w:r w:rsidRPr="008C5CF5">
              <w:rPr>
                <w:b/>
              </w:rPr>
              <w:t>32</w:t>
            </w:r>
          </w:p>
        </w:tc>
        <w:tc>
          <w:tcPr>
            <w:tcW w:w="7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center"/>
            </w:pPr>
            <w:r w:rsidRPr="008C5CF5">
              <w:rPr>
                <w:b/>
              </w:rPr>
              <w:t>510</w:t>
            </w:r>
          </w:p>
        </w:tc>
        <w:tc>
          <w:tcPr>
            <w:tcW w:w="33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r w:rsidRPr="008C5CF5">
              <w:rPr>
                <w:b/>
              </w:rPr>
              <w:t>Основна средства</w:t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right"/>
            </w:pPr>
            <w:r w:rsidRPr="008C5CF5">
              <w:rPr>
                <w:b/>
              </w:rPr>
              <w:t>137.955.000</w:t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right"/>
            </w:pPr>
            <w:r w:rsidRPr="008C5CF5">
              <w:rPr>
                <w:b/>
              </w:rPr>
              <w:t>169.400.000</w:t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right"/>
            </w:pPr>
            <w:r w:rsidRPr="008C5CF5">
              <w:rPr>
                <w:b/>
              </w:rPr>
              <w:t>86.230.000</w:t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right"/>
            </w:pPr>
            <w:r w:rsidRPr="008C5CF5">
              <w:rPr>
                <w:b/>
              </w:rPr>
              <w:t>94.573.672</w:t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right"/>
            </w:pPr>
            <w:r w:rsidRPr="008C5CF5">
              <w:rPr>
                <w:b/>
              </w:rPr>
              <w:t>0</w:t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right"/>
            </w:pPr>
            <w:r w:rsidRPr="008C5CF5">
              <w:rPr>
                <w:b/>
              </w:rPr>
              <w:t>0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right"/>
            </w:pPr>
            <w:r w:rsidRPr="008C5CF5">
              <w:rPr>
                <w:b/>
              </w:rPr>
              <w:t>276.811.532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right"/>
            </w:pPr>
            <w:r w:rsidRPr="008C5CF5">
              <w:rPr>
                <w:b/>
              </w:rPr>
              <w:t>316.300.204</w:t>
            </w:r>
          </w:p>
        </w:tc>
      </w:tr>
      <w:tr w:rsidR="0008299B" w:rsidRPr="008C5CF5" w:rsidTr="0008299B">
        <w:trPr>
          <w:cantSplit/>
          <w:jc w:val="center"/>
        </w:trPr>
        <w:tc>
          <w:tcPr>
            <w:tcW w:w="5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center"/>
            </w:pPr>
            <w:r w:rsidRPr="008C5CF5">
              <w:t>33</w:t>
            </w:r>
          </w:p>
        </w:tc>
        <w:tc>
          <w:tcPr>
            <w:tcW w:w="7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center"/>
            </w:pPr>
            <w:r w:rsidRPr="008C5CF5">
              <w:t>511</w:t>
            </w:r>
          </w:p>
        </w:tc>
        <w:tc>
          <w:tcPr>
            <w:tcW w:w="33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r w:rsidRPr="008C5CF5">
              <w:t>Зграде и грађевински објекти</w:t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right"/>
            </w:pPr>
            <w:r w:rsidRPr="008C5CF5">
              <w:t>114.570.000</w:t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right"/>
            </w:pPr>
            <w:r w:rsidRPr="008C5CF5">
              <w:t>139.491.000</w:t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right"/>
            </w:pPr>
            <w:r w:rsidRPr="008C5CF5">
              <w:t>86.230.000</w:t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right"/>
            </w:pPr>
            <w:r w:rsidRPr="008C5CF5">
              <w:t>94.573.672</w:t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right"/>
            </w:pPr>
            <w:r w:rsidRPr="008C5CF5">
              <w:t>0</w:t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right"/>
            </w:pPr>
            <w:r w:rsidRPr="008C5CF5">
              <w:t>0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right"/>
            </w:pPr>
            <w:r w:rsidRPr="008C5CF5">
              <w:t>236.910.000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right"/>
            </w:pPr>
            <w:r w:rsidRPr="008C5CF5">
              <w:t>270.474.672</w:t>
            </w:r>
          </w:p>
        </w:tc>
      </w:tr>
      <w:tr w:rsidR="0008299B" w:rsidRPr="008C5CF5" w:rsidTr="0008299B">
        <w:trPr>
          <w:cantSplit/>
          <w:jc w:val="center"/>
        </w:trPr>
        <w:tc>
          <w:tcPr>
            <w:tcW w:w="5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center"/>
            </w:pPr>
            <w:r w:rsidRPr="008C5CF5">
              <w:t>34</w:t>
            </w:r>
          </w:p>
        </w:tc>
        <w:tc>
          <w:tcPr>
            <w:tcW w:w="7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center"/>
            </w:pPr>
            <w:r w:rsidRPr="008C5CF5">
              <w:t>512</w:t>
            </w:r>
          </w:p>
        </w:tc>
        <w:tc>
          <w:tcPr>
            <w:tcW w:w="33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r w:rsidRPr="008C5CF5">
              <w:t>Машине и опрема</w:t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right"/>
            </w:pPr>
            <w:r w:rsidRPr="008C5CF5">
              <w:t>14.885.000</w:t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right"/>
            </w:pPr>
            <w:r w:rsidRPr="008C5CF5">
              <w:t>15.208.000</w:t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right"/>
            </w:pPr>
            <w:r w:rsidRPr="008C5CF5">
              <w:t>0</w:t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right"/>
            </w:pPr>
            <w:r w:rsidRPr="008C5CF5">
              <w:t>0</w:t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right"/>
            </w:pPr>
            <w:r w:rsidRPr="008C5CF5">
              <w:t>0</w:t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right"/>
            </w:pPr>
            <w:r w:rsidRPr="008C5CF5">
              <w:t>0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right"/>
            </w:pPr>
            <w:r w:rsidRPr="008C5CF5">
              <w:t>17.095.000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right"/>
            </w:pPr>
            <w:r w:rsidRPr="008C5CF5">
              <w:t>16.818.000</w:t>
            </w:r>
          </w:p>
        </w:tc>
      </w:tr>
      <w:tr w:rsidR="0008299B" w:rsidRPr="008C5CF5" w:rsidTr="0008299B">
        <w:trPr>
          <w:cantSplit/>
          <w:jc w:val="center"/>
        </w:trPr>
        <w:tc>
          <w:tcPr>
            <w:tcW w:w="5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center"/>
            </w:pPr>
            <w:r w:rsidRPr="008C5CF5">
              <w:t>35</w:t>
            </w:r>
          </w:p>
        </w:tc>
        <w:tc>
          <w:tcPr>
            <w:tcW w:w="7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center"/>
            </w:pPr>
            <w:r w:rsidRPr="008C5CF5">
              <w:t>513</w:t>
            </w:r>
          </w:p>
        </w:tc>
        <w:tc>
          <w:tcPr>
            <w:tcW w:w="33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r w:rsidRPr="008C5CF5">
              <w:t>Остале некретнине и опрема</w:t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right"/>
            </w:pPr>
            <w:r w:rsidRPr="008C5CF5">
              <w:t>5.800.000</w:t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right"/>
            </w:pPr>
            <w:r w:rsidRPr="008C5CF5">
              <w:t>11.902.000</w:t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right"/>
            </w:pPr>
            <w:r w:rsidRPr="008C5CF5">
              <w:t>0</w:t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right"/>
            </w:pPr>
            <w:r w:rsidRPr="008C5CF5">
              <w:t>0</w:t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right"/>
            </w:pPr>
            <w:r w:rsidRPr="008C5CF5">
              <w:t>0</w:t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right"/>
            </w:pPr>
            <w:r w:rsidRPr="008C5CF5">
              <w:t>0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right"/>
            </w:pPr>
            <w:r w:rsidRPr="008C5CF5">
              <w:t>20.026.532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right"/>
            </w:pPr>
            <w:r w:rsidRPr="008C5CF5">
              <w:t>26.128.532</w:t>
            </w:r>
          </w:p>
        </w:tc>
      </w:tr>
      <w:tr w:rsidR="0008299B" w:rsidRPr="008C5CF5" w:rsidTr="0008299B">
        <w:trPr>
          <w:cantSplit/>
          <w:jc w:val="center"/>
        </w:trPr>
        <w:tc>
          <w:tcPr>
            <w:tcW w:w="5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center"/>
            </w:pPr>
            <w:r w:rsidRPr="008C5CF5">
              <w:t>36</w:t>
            </w:r>
          </w:p>
        </w:tc>
        <w:tc>
          <w:tcPr>
            <w:tcW w:w="7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center"/>
            </w:pPr>
            <w:r w:rsidRPr="008C5CF5">
              <w:t>515</w:t>
            </w:r>
          </w:p>
        </w:tc>
        <w:tc>
          <w:tcPr>
            <w:tcW w:w="33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r w:rsidRPr="008C5CF5">
              <w:t>Нематеријална имовина</w:t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right"/>
            </w:pPr>
            <w:r w:rsidRPr="008C5CF5">
              <w:t>2.700.000</w:t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right"/>
            </w:pPr>
            <w:r w:rsidRPr="008C5CF5">
              <w:t>2.799.000</w:t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right"/>
            </w:pPr>
            <w:r w:rsidRPr="008C5CF5">
              <w:t>0</w:t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right"/>
            </w:pPr>
            <w:r w:rsidRPr="008C5CF5">
              <w:t>0</w:t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right"/>
            </w:pPr>
            <w:r w:rsidRPr="008C5CF5">
              <w:t>0</w:t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right"/>
            </w:pPr>
            <w:r w:rsidRPr="008C5CF5">
              <w:t>0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right"/>
            </w:pPr>
            <w:r w:rsidRPr="008C5CF5">
              <w:t>2.780.000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right"/>
            </w:pPr>
            <w:r w:rsidRPr="008C5CF5">
              <w:t>2.879.000</w:t>
            </w:r>
          </w:p>
        </w:tc>
      </w:tr>
      <w:tr w:rsidR="0008299B" w:rsidRPr="008C5CF5" w:rsidTr="0008299B">
        <w:trPr>
          <w:cantSplit/>
          <w:jc w:val="center"/>
        </w:trPr>
        <w:tc>
          <w:tcPr>
            <w:tcW w:w="5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center"/>
            </w:pPr>
            <w:r w:rsidRPr="008C5CF5">
              <w:t>38</w:t>
            </w:r>
          </w:p>
        </w:tc>
        <w:tc>
          <w:tcPr>
            <w:tcW w:w="7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center"/>
            </w:pPr>
            <w:r w:rsidRPr="008C5CF5">
              <w:t>541</w:t>
            </w:r>
          </w:p>
        </w:tc>
        <w:tc>
          <w:tcPr>
            <w:tcW w:w="33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r w:rsidRPr="008C5CF5">
              <w:t>Земљиште</w:t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right"/>
            </w:pPr>
            <w:r w:rsidRPr="008C5CF5">
              <w:t>16.000.000</w:t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right"/>
            </w:pPr>
            <w:r w:rsidRPr="008C5CF5">
              <w:t>15.000.000</w:t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right"/>
            </w:pPr>
            <w:r w:rsidRPr="008C5CF5">
              <w:t>0</w:t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right"/>
            </w:pPr>
            <w:r w:rsidRPr="008C5CF5">
              <w:t>0</w:t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right"/>
            </w:pPr>
            <w:r w:rsidRPr="008C5CF5">
              <w:t>0</w:t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right"/>
            </w:pPr>
            <w:r w:rsidRPr="008C5CF5">
              <w:t>0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right"/>
            </w:pPr>
            <w:r w:rsidRPr="008C5CF5">
              <w:t>16.000.000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right"/>
            </w:pPr>
            <w:r w:rsidRPr="008C5CF5">
              <w:t>15.000.000</w:t>
            </w:r>
          </w:p>
        </w:tc>
      </w:tr>
      <w:tr w:rsidR="0008299B" w:rsidRPr="008C5CF5" w:rsidTr="0008299B">
        <w:trPr>
          <w:cantSplit/>
          <w:jc w:val="center"/>
        </w:trPr>
        <w:tc>
          <w:tcPr>
            <w:tcW w:w="5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center"/>
            </w:pPr>
            <w:r w:rsidRPr="008C5CF5">
              <w:t>40</w:t>
            </w:r>
          </w:p>
        </w:tc>
        <w:tc>
          <w:tcPr>
            <w:tcW w:w="7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center"/>
            </w:pPr>
            <w:r w:rsidRPr="008C5CF5">
              <w:t>611</w:t>
            </w:r>
          </w:p>
        </w:tc>
        <w:tc>
          <w:tcPr>
            <w:tcW w:w="33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r w:rsidRPr="008C5CF5">
              <w:t>Отплата главнице домаћим кредиторима</w:t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right"/>
            </w:pPr>
            <w:r w:rsidRPr="008C5CF5">
              <w:t>45.654.000</w:t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right"/>
            </w:pPr>
            <w:r w:rsidRPr="008C5CF5">
              <w:t>41.654.000</w:t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right"/>
            </w:pPr>
            <w:r w:rsidRPr="008C5CF5">
              <w:t>0</w:t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right"/>
            </w:pPr>
            <w:r w:rsidRPr="008C5CF5">
              <w:t>0</w:t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right"/>
            </w:pPr>
            <w:r w:rsidRPr="008C5CF5">
              <w:t>0</w:t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right"/>
            </w:pPr>
            <w:r w:rsidRPr="008C5CF5">
              <w:t>0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right"/>
            </w:pPr>
            <w:r w:rsidRPr="008C5CF5">
              <w:t>45.654.000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right"/>
            </w:pPr>
            <w:r w:rsidRPr="008C5CF5">
              <w:t>41.654.000</w:t>
            </w:r>
          </w:p>
        </w:tc>
      </w:tr>
      <w:tr w:rsidR="0008299B" w:rsidRPr="008C5CF5" w:rsidTr="0008299B">
        <w:trPr>
          <w:cantSplit/>
          <w:jc w:val="center"/>
        </w:trPr>
        <w:tc>
          <w:tcPr>
            <w:tcW w:w="5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center"/>
            </w:pPr>
            <w:r w:rsidRPr="008C5CF5">
              <w:t>41</w:t>
            </w:r>
          </w:p>
        </w:tc>
        <w:tc>
          <w:tcPr>
            <w:tcW w:w="7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center"/>
            </w:pPr>
            <w:r w:rsidRPr="008C5CF5">
              <w:t>621</w:t>
            </w:r>
          </w:p>
        </w:tc>
        <w:tc>
          <w:tcPr>
            <w:tcW w:w="33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r w:rsidRPr="008C5CF5">
              <w:t>Набавка домаће финансијске имовине</w:t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right"/>
            </w:pPr>
            <w:r w:rsidRPr="008C5CF5">
              <w:t>65.000.000</w:t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right"/>
            </w:pPr>
            <w:r w:rsidRPr="008C5CF5">
              <w:t>65.000.000</w:t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right"/>
            </w:pPr>
            <w:r w:rsidRPr="008C5CF5">
              <w:t>0</w:t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right"/>
            </w:pPr>
            <w:r w:rsidRPr="008C5CF5">
              <w:t>0</w:t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right"/>
            </w:pPr>
            <w:r w:rsidRPr="008C5CF5">
              <w:t>0</w:t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right"/>
            </w:pPr>
            <w:r w:rsidRPr="008C5CF5">
              <w:t>33.600.000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right"/>
            </w:pPr>
            <w:r w:rsidRPr="008C5CF5">
              <w:t>65.000.000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right"/>
            </w:pPr>
            <w:r w:rsidRPr="008C5CF5">
              <w:t>98.600.000</w:t>
            </w:r>
          </w:p>
        </w:tc>
      </w:tr>
      <w:tr w:rsidR="0008299B" w:rsidRPr="008C5CF5" w:rsidTr="0008299B">
        <w:trPr>
          <w:cantSplit/>
          <w:jc w:val="center"/>
        </w:trPr>
        <w:tc>
          <w:tcPr>
            <w:tcW w:w="4723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r w:rsidRPr="008C5CF5">
              <w:rPr>
                <w:b/>
              </w:rPr>
              <w:t>УКУПНИ РАСХОДИ И ИЗДАЦИ:</w:t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right"/>
            </w:pPr>
            <w:r w:rsidRPr="008C5CF5">
              <w:rPr>
                <w:b/>
              </w:rPr>
              <w:t>2.402.796.000</w:t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right"/>
            </w:pPr>
            <w:r w:rsidRPr="008C5CF5">
              <w:rPr>
                <w:b/>
              </w:rPr>
              <w:t>2.402.796.000</w:t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right"/>
            </w:pPr>
            <w:r w:rsidRPr="008C5CF5">
              <w:rPr>
                <w:b/>
              </w:rPr>
              <w:t>111.230.000</w:t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right"/>
            </w:pPr>
            <w:r w:rsidRPr="008C5CF5">
              <w:rPr>
                <w:b/>
              </w:rPr>
              <w:t>119.573.672</w:t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right"/>
            </w:pPr>
            <w:r w:rsidRPr="008C5CF5">
              <w:rPr>
                <w:b/>
              </w:rPr>
              <w:t>0</w:t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right"/>
            </w:pPr>
            <w:r w:rsidRPr="008C5CF5">
              <w:rPr>
                <w:b/>
              </w:rPr>
              <w:t>38.522.000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right"/>
            </w:pPr>
            <w:r w:rsidRPr="008C5CF5">
              <w:rPr>
                <w:b/>
              </w:rPr>
              <w:t>2.603.165.328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6" w:type="dxa"/>
              <w:left w:w="20" w:type="dxa"/>
              <w:bottom w:w="16" w:type="dxa"/>
              <w:right w:w="20" w:type="dxa"/>
            </w:tcMar>
            <w:vAlign w:val="center"/>
          </w:tcPr>
          <w:p w:rsidR="0008299B" w:rsidRPr="008C5CF5" w:rsidRDefault="0008299B" w:rsidP="0008299B">
            <w:pPr>
              <w:jc w:val="right"/>
            </w:pPr>
            <w:r w:rsidRPr="008C5CF5">
              <w:rPr>
                <w:b/>
              </w:rPr>
              <w:t>2.650.031.000</w:t>
            </w:r>
          </w:p>
        </w:tc>
      </w:tr>
    </w:tbl>
    <w:p w:rsidR="00A70CA4" w:rsidRPr="008C5CF5" w:rsidRDefault="00A70CA4" w:rsidP="00E6294E">
      <w:pPr>
        <w:jc w:val="both"/>
        <w:rPr>
          <w:sz w:val="22"/>
          <w:szCs w:val="22"/>
          <w:lang w:val="sr-Latn-CS"/>
        </w:rPr>
      </w:pPr>
    </w:p>
    <w:p w:rsidR="00164B4E" w:rsidRPr="008C5CF5" w:rsidRDefault="00164B4E" w:rsidP="00E6294E">
      <w:pPr>
        <w:jc w:val="both"/>
        <w:rPr>
          <w:sz w:val="22"/>
          <w:lang w:val="sr-Latn-CS"/>
        </w:rPr>
      </w:pPr>
    </w:p>
    <w:p w:rsidR="00705B05" w:rsidRPr="008C5CF5" w:rsidRDefault="00705B05" w:rsidP="00705B05">
      <w:pPr>
        <w:jc w:val="center"/>
        <w:rPr>
          <w:sz w:val="22"/>
          <w:szCs w:val="22"/>
          <w:lang w:val="sr-Latn-CS"/>
        </w:rPr>
      </w:pPr>
      <w:r w:rsidRPr="008C5CF5">
        <w:rPr>
          <w:sz w:val="22"/>
          <w:szCs w:val="22"/>
          <w:lang w:val="sr-Latn-CS"/>
        </w:rPr>
        <w:t xml:space="preserve">Члан </w:t>
      </w:r>
      <w:r w:rsidR="00290FBB" w:rsidRPr="008C5CF5">
        <w:rPr>
          <w:sz w:val="22"/>
          <w:szCs w:val="22"/>
          <w:lang w:val="sr-Latn-CS"/>
        </w:rPr>
        <w:t>7</w:t>
      </w:r>
      <w:r w:rsidRPr="008C5CF5">
        <w:rPr>
          <w:sz w:val="22"/>
          <w:szCs w:val="22"/>
          <w:lang w:val="sr-Latn-CS"/>
        </w:rPr>
        <w:t>.</w:t>
      </w:r>
    </w:p>
    <w:p w:rsidR="00CF1DEC" w:rsidRPr="008C5CF5" w:rsidRDefault="00CF1DEC" w:rsidP="00705B05">
      <w:pPr>
        <w:jc w:val="center"/>
        <w:rPr>
          <w:sz w:val="22"/>
          <w:szCs w:val="22"/>
          <w:lang w:val="sr-Latn-CS"/>
        </w:rPr>
      </w:pPr>
    </w:p>
    <w:p w:rsidR="00CF1DEC" w:rsidRPr="008C5CF5" w:rsidRDefault="00CF1DEC" w:rsidP="00CF1DEC">
      <w:pPr>
        <w:spacing w:after="100"/>
        <w:ind w:firstLine="706"/>
        <w:jc w:val="both"/>
      </w:pPr>
      <w:r w:rsidRPr="008C5CF5">
        <w:rPr>
          <w:sz w:val="21"/>
        </w:rPr>
        <w:t>У члану 52. мења се став 1. и гласи:</w:t>
      </w:r>
    </w:p>
    <w:p w:rsidR="00CF1DEC" w:rsidRPr="008C5CF5" w:rsidRDefault="00CF1DEC" w:rsidP="00CF1DEC">
      <w:pPr>
        <w:spacing w:after="100"/>
        <w:ind w:firstLine="706"/>
        <w:jc w:val="both"/>
      </w:pPr>
      <w:r w:rsidRPr="008C5CF5">
        <w:rPr>
          <w:sz w:val="21"/>
        </w:rPr>
        <w:t>„Средства из буџета у износу од 2.402.796.000 динара (извор финансирања 01), средства прихода од изворних активности индиректних корисника буџета у укупном износу од 25.606.000 динара (извор финансирања 04), средства из осталих извора финансирања, и то: средства из извора финансирања 10 – Примања од домаћих задуживања у износу од 119.573.672 динара, средства из извора финансирања 13 – Нераспоређени вишак прихода из ранијих година у износу од 38.522.000 динара, средства из извора финансирања 15 – Неутрошена средства донација, помоћи и трансфера из ранијих година у износу од 1.198.896 динара, средства из извора финансирања 16 – Родитељски динар за ваннаставне активности у износу од 300.000 динара и средства из извора финансирања 17 – Неутрошена средства трансфера од других нивоа власти у износу од 62.034.432 динара, распоређују се по принципу поделе власти:“</w:t>
      </w:r>
    </w:p>
    <w:p w:rsidR="00CF1DEC" w:rsidRPr="008C5CF5" w:rsidRDefault="00CF1DEC" w:rsidP="00CF1DEC">
      <w:pPr>
        <w:spacing w:after="100"/>
        <w:ind w:firstLine="706"/>
        <w:jc w:val="both"/>
        <w:rPr>
          <w:sz w:val="21"/>
        </w:rPr>
      </w:pPr>
      <w:r w:rsidRPr="008C5CF5">
        <w:rPr>
          <w:sz w:val="21"/>
        </w:rPr>
        <w:t>У члану 52. Буџета, у табеларном делу, износи исказани у колонама 4, 6, 8 и 10 замењују се новим износима исказаним у колонама 5, 7, 9 и 11, и то:</w:t>
      </w:r>
    </w:p>
    <w:p w:rsidR="00CF1DEC" w:rsidRPr="008C5CF5" w:rsidRDefault="00CF1DEC" w:rsidP="00CF1DEC">
      <w:pPr>
        <w:spacing w:after="100"/>
        <w:ind w:firstLine="706"/>
        <w:jc w:val="both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619"/>
        <w:gridCol w:w="720"/>
        <w:gridCol w:w="3168"/>
        <w:gridCol w:w="1195"/>
        <w:gridCol w:w="1195"/>
        <w:gridCol w:w="1195"/>
        <w:gridCol w:w="1195"/>
        <w:gridCol w:w="1195"/>
        <w:gridCol w:w="1195"/>
        <w:gridCol w:w="1483"/>
        <w:gridCol w:w="1483"/>
      </w:tblGrid>
      <w:tr w:rsidR="00CF1DEC" w:rsidRPr="008C5CF5" w:rsidTr="00CF1DEC">
        <w:trPr>
          <w:cantSplit/>
          <w:tblHeader/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8" w:type="dxa"/>
              <w:left w:w="22" w:type="dxa"/>
              <w:bottom w:w="18" w:type="dxa"/>
              <w:right w:w="22" w:type="dxa"/>
            </w:tcMar>
            <w:vAlign w:val="center"/>
          </w:tcPr>
          <w:p w:rsidR="00CF1DEC" w:rsidRPr="008C5CF5" w:rsidRDefault="00CF1DEC" w:rsidP="00D55D5F">
            <w:pPr>
              <w:jc w:val="center"/>
            </w:pPr>
            <w:r w:rsidRPr="008C5CF5">
              <w:t>Број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8" w:type="dxa"/>
              <w:left w:w="22" w:type="dxa"/>
              <w:bottom w:w="18" w:type="dxa"/>
              <w:right w:w="22" w:type="dxa"/>
            </w:tcMar>
            <w:vAlign w:val="center"/>
          </w:tcPr>
          <w:p w:rsidR="00CF1DEC" w:rsidRPr="008C5CF5" w:rsidRDefault="00CF1DEC" w:rsidP="00D55D5F">
            <w:pPr>
              <w:jc w:val="center"/>
            </w:pPr>
            <w:r w:rsidRPr="008C5CF5">
              <w:t>Раздео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8" w:type="dxa"/>
              <w:left w:w="22" w:type="dxa"/>
              <w:bottom w:w="18" w:type="dxa"/>
              <w:right w:w="22" w:type="dxa"/>
            </w:tcMar>
            <w:vAlign w:val="center"/>
          </w:tcPr>
          <w:p w:rsidR="00CF1DEC" w:rsidRPr="008C5CF5" w:rsidRDefault="00CF1DEC" w:rsidP="00D55D5F">
            <w:pPr>
              <w:jc w:val="center"/>
            </w:pPr>
            <w:r w:rsidRPr="008C5CF5">
              <w:t>О п и с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8" w:type="dxa"/>
              <w:left w:w="22" w:type="dxa"/>
              <w:bottom w:w="18" w:type="dxa"/>
              <w:right w:w="22" w:type="dxa"/>
            </w:tcMar>
            <w:vAlign w:val="center"/>
          </w:tcPr>
          <w:p w:rsidR="00CF1DEC" w:rsidRPr="008C5CF5" w:rsidRDefault="00CF1DEC" w:rsidP="00D55D5F">
            <w:pPr>
              <w:jc w:val="center"/>
            </w:pPr>
            <w:r w:rsidRPr="008C5CF5">
              <w:t>Буџет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8" w:type="dxa"/>
              <w:left w:w="22" w:type="dxa"/>
              <w:bottom w:w="18" w:type="dxa"/>
              <w:right w:w="22" w:type="dxa"/>
            </w:tcMar>
            <w:vAlign w:val="center"/>
          </w:tcPr>
          <w:p w:rsidR="00CF1DEC" w:rsidRPr="008C5CF5" w:rsidRDefault="00CF1DEC" w:rsidP="00D55D5F">
            <w:pPr>
              <w:jc w:val="center"/>
            </w:pPr>
            <w:r w:rsidRPr="008C5CF5">
              <w:t>Ребаланс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8" w:type="dxa"/>
              <w:left w:w="22" w:type="dxa"/>
              <w:bottom w:w="18" w:type="dxa"/>
              <w:right w:w="22" w:type="dxa"/>
            </w:tcMar>
            <w:vAlign w:val="center"/>
          </w:tcPr>
          <w:p w:rsidR="00CF1DEC" w:rsidRPr="008C5CF5" w:rsidRDefault="00CF1DEC" w:rsidP="00D55D5F">
            <w:pPr>
              <w:jc w:val="center"/>
            </w:pPr>
            <w:r w:rsidRPr="008C5CF5">
              <w:t>Буџет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8" w:type="dxa"/>
              <w:left w:w="22" w:type="dxa"/>
              <w:bottom w:w="18" w:type="dxa"/>
              <w:right w:w="22" w:type="dxa"/>
            </w:tcMar>
            <w:vAlign w:val="center"/>
          </w:tcPr>
          <w:p w:rsidR="00CF1DEC" w:rsidRPr="008C5CF5" w:rsidRDefault="00CF1DEC" w:rsidP="00D55D5F">
            <w:pPr>
              <w:jc w:val="center"/>
            </w:pPr>
            <w:r w:rsidRPr="008C5CF5">
              <w:t>Ребаланс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8" w:type="dxa"/>
              <w:left w:w="22" w:type="dxa"/>
              <w:bottom w:w="18" w:type="dxa"/>
              <w:right w:w="22" w:type="dxa"/>
            </w:tcMar>
            <w:vAlign w:val="center"/>
          </w:tcPr>
          <w:p w:rsidR="00CF1DEC" w:rsidRPr="008C5CF5" w:rsidRDefault="00CF1DEC" w:rsidP="00D55D5F">
            <w:pPr>
              <w:jc w:val="center"/>
            </w:pPr>
            <w:r w:rsidRPr="008C5CF5">
              <w:t>Буџет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8" w:type="dxa"/>
              <w:left w:w="22" w:type="dxa"/>
              <w:bottom w:w="18" w:type="dxa"/>
              <w:right w:w="22" w:type="dxa"/>
            </w:tcMar>
            <w:vAlign w:val="center"/>
          </w:tcPr>
          <w:p w:rsidR="00CF1DEC" w:rsidRPr="008C5CF5" w:rsidRDefault="00CF1DEC" w:rsidP="00D55D5F">
            <w:pPr>
              <w:jc w:val="center"/>
            </w:pPr>
            <w:r w:rsidRPr="008C5CF5">
              <w:t>Ребаланс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8" w:type="dxa"/>
              <w:left w:w="22" w:type="dxa"/>
              <w:bottom w:w="18" w:type="dxa"/>
              <w:right w:w="22" w:type="dxa"/>
            </w:tcMar>
            <w:vAlign w:val="center"/>
          </w:tcPr>
          <w:p w:rsidR="00CF1DEC" w:rsidRPr="008C5CF5" w:rsidRDefault="00CF1DEC" w:rsidP="00D55D5F">
            <w:pPr>
              <w:jc w:val="center"/>
            </w:pPr>
            <w:r w:rsidRPr="008C5CF5">
              <w:t>Укупно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8" w:type="dxa"/>
              <w:left w:w="22" w:type="dxa"/>
              <w:bottom w:w="18" w:type="dxa"/>
              <w:right w:w="22" w:type="dxa"/>
            </w:tcMar>
            <w:vAlign w:val="center"/>
          </w:tcPr>
          <w:p w:rsidR="00CF1DEC" w:rsidRPr="008C5CF5" w:rsidRDefault="00CF1DEC" w:rsidP="00D55D5F">
            <w:pPr>
              <w:jc w:val="center"/>
            </w:pPr>
            <w:r w:rsidRPr="008C5CF5">
              <w:t>Укупно</w:t>
            </w:r>
          </w:p>
        </w:tc>
      </w:tr>
      <w:tr w:rsidR="00CF1DEC" w:rsidRPr="008C5CF5" w:rsidTr="00CF1DEC">
        <w:trPr>
          <w:cantSplit/>
          <w:tblHeader/>
          <w:jc w:val="center"/>
        </w:trPr>
        <w:tc>
          <w:tcPr>
            <w:tcW w:w="61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8" w:type="dxa"/>
              <w:left w:w="22" w:type="dxa"/>
              <w:bottom w:w="18" w:type="dxa"/>
              <w:right w:w="22" w:type="dxa"/>
            </w:tcMar>
            <w:vAlign w:val="center"/>
          </w:tcPr>
          <w:p w:rsidR="00CF1DEC" w:rsidRPr="008C5CF5" w:rsidRDefault="00CF1DEC" w:rsidP="00D55D5F">
            <w:pPr>
              <w:jc w:val="center"/>
            </w:pPr>
            <w:r w:rsidRPr="008C5CF5">
              <w:t>позиц.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8" w:type="dxa"/>
              <w:left w:w="22" w:type="dxa"/>
              <w:bottom w:w="18" w:type="dxa"/>
              <w:right w:w="22" w:type="dxa"/>
            </w:tcMar>
            <w:vAlign w:val="center"/>
          </w:tcPr>
          <w:p w:rsidR="00CF1DEC" w:rsidRPr="008C5CF5" w:rsidRDefault="00CF1DEC" w:rsidP="00D55D5F">
            <w:pPr>
              <w:jc w:val="center"/>
            </w:pPr>
          </w:p>
        </w:tc>
        <w:tc>
          <w:tcPr>
            <w:tcW w:w="31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8" w:type="dxa"/>
              <w:left w:w="22" w:type="dxa"/>
              <w:bottom w:w="18" w:type="dxa"/>
              <w:right w:w="22" w:type="dxa"/>
            </w:tcMar>
            <w:vAlign w:val="center"/>
          </w:tcPr>
          <w:p w:rsidR="00CF1DEC" w:rsidRPr="008C5CF5" w:rsidRDefault="00CF1DEC" w:rsidP="00D55D5F">
            <w:pPr>
              <w:jc w:val="center"/>
            </w:pP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8" w:type="dxa"/>
              <w:left w:w="22" w:type="dxa"/>
              <w:bottom w:w="18" w:type="dxa"/>
              <w:right w:w="22" w:type="dxa"/>
            </w:tcMar>
            <w:vAlign w:val="center"/>
          </w:tcPr>
          <w:p w:rsidR="00CF1DEC" w:rsidRPr="008C5CF5" w:rsidRDefault="00CF1DEC" w:rsidP="00D55D5F">
            <w:pPr>
              <w:jc w:val="center"/>
            </w:pPr>
            <w:r w:rsidRPr="008C5CF5">
              <w:t>2026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8" w:type="dxa"/>
              <w:left w:w="22" w:type="dxa"/>
              <w:bottom w:w="18" w:type="dxa"/>
              <w:right w:w="22" w:type="dxa"/>
            </w:tcMar>
            <w:vAlign w:val="center"/>
          </w:tcPr>
          <w:p w:rsidR="00CF1DEC" w:rsidRPr="008C5CF5" w:rsidRDefault="00CF1DEC" w:rsidP="00D55D5F">
            <w:pPr>
              <w:jc w:val="center"/>
            </w:pPr>
            <w:r w:rsidRPr="008C5CF5">
              <w:t>2026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8" w:type="dxa"/>
              <w:left w:w="22" w:type="dxa"/>
              <w:bottom w:w="18" w:type="dxa"/>
              <w:right w:w="22" w:type="dxa"/>
            </w:tcMar>
            <w:vAlign w:val="center"/>
          </w:tcPr>
          <w:p w:rsidR="00CF1DEC" w:rsidRPr="008C5CF5" w:rsidRDefault="00CF1DEC" w:rsidP="00D55D5F">
            <w:pPr>
              <w:jc w:val="center"/>
            </w:pPr>
            <w:r w:rsidRPr="008C5CF5">
              <w:t>2026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8" w:type="dxa"/>
              <w:left w:w="22" w:type="dxa"/>
              <w:bottom w:w="18" w:type="dxa"/>
              <w:right w:w="22" w:type="dxa"/>
            </w:tcMar>
            <w:vAlign w:val="center"/>
          </w:tcPr>
          <w:p w:rsidR="00CF1DEC" w:rsidRPr="008C5CF5" w:rsidRDefault="00CF1DEC" w:rsidP="00D55D5F">
            <w:pPr>
              <w:jc w:val="center"/>
            </w:pPr>
            <w:r w:rsidRPr="008C5CF5">
              <w:t>2026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8" w:type="dxa"/>
              <w:left w:w="22" w:type="dxa"/>
              <w:bottom w:w="18" w:type="dxa"/>
              <w:right w:w="22" w:type="dxa"/>
            </w:tcMar>
            <w:vAlign w:val="center"/>
          </w:tcPr>
          <w:p w:rsidR="00CF1DEC" w:rsidRPr="008C5CF5" w:rsidRDefault="00CF1DEC" w:rsidP="00D55D5F">
            <w:pPr>
              <w:jc w:val="center"/>
            </w:pPr>
            <w:r w:rsidRPr="008C5CF5">
              <w:t>2026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8" w:type="dxa"/>
              <w:left w:w="22" w:type="dxa"/>
              <w:bottom w:w="18" w:type="dxa"/>
              <w:right w:w="22" w:type="dxa"/>
            </w:tcMar>
            <w:vAlign w:val="center"/>
          </w:tcPr>
          <w:p w:rsidR="00CF1DEC" w:rsidRPr="008C5CF5" w:rsidRDefault="00CF1DEC" w:rsidP="00D55D5F">
            <w:pPr>
              <w:jc w:val="center"/>
            </w:pPr>
            <w:r w:rsidRPr="008C5CF5">
              <w:t>2026</w:t>
            </w:r>
          </w:p>
        </w:tc>
        <w:tc>
          <w:tcPr>
            <w:tcW w:w="148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8" w:type="dxa"/>
              <w:left w:w="22" w:type="dxa"/>
              <w:bottom w:w="18" w:type="dxa"/>
              <w:right w:w="22" w:type="dxa"/>
            </w:tcMar>
            <w:vAlign w:val="center"/>
          </w:tcPr>
          <w:p w:rsidR="00CF1DEC" w:rsidRPr="008C5CF5" w:rsidRDefault="00CF1DEC" w:rsidP="00D55D5F">
            <w:pPr>
              <w:jc w:val="center"/>
            </w:pPr>
            <w:r w:rsidRPr="008C5CF5">
              <w:t>Буџет</w:t>
            </w:r>
          </w:p>
        </w:tc>
        <w:tc>
          <w:tcPr>
            <w:tcW w:w="148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8" w:type="dxa"/>
              <w:left w:w="22" w:type="dxa"/>
              <w:bottom w:w="18" w:type="dxa"/>
              <w:right w:w="22" w:type="dxa"/>
            </w:tcMar>
            <w:vAlign w:val="center"/>
          </w:tcPr>
          <w:p w:rsidR="00CF1DEC" w:rsidRPr="008C5CF5" w:rsidRDefault="00CF1DEC" w:rsidP="00D55D5F">
            <w:pPr>
              <w:jc w:val="center"/>
            </w:pPr>
            <w:r w:rsidRPr="008C5CF5">
              <w:t>Ребаланс</w:t>
            </w:r>
          </w:p>
        </w:tc>
      </w:tr>
      <w:tr w:rsidR="00CF1DEC" w:rsidRPr="008C5CF5" w:rsidTr="00CF1DEC">
        <w:trPr>
          <w:cantSplit/>
          <w:tblHeader/>
          <w:jc w:val="center"/>
        </w:trPr>
        <w:tc>
          <w:tcPr>
            <w:tcW w:w="6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8" w:type="dxa"/>
              <w:left w:w="22" w:type="dxa"/>
              <w:bottom w:w="18" w:type="dxa"/>
              <w:right w:w="22" w:type="dxa"/>
            </w:tcMar>
            <w:vAlign w:val="center"/>
          </w:tcPr>
          <w:p w:rsidR="00CF1DEC" w:rsidRPr="008C5CF5" w:rsidRDefault="00CF1DEC" w:rsidP="00D55D5F">
            <w:pPr>
              <w:jc w:val="center"/>
            </w:pPr>
          </w:p>
        </w:tc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8" w:type="dxa"/>
              <w:left w:w="22" w:type="dxa"/>
              <w:bottom w:w="18" w:type="dxa"/>
              <w:right w:w="22" w:type="dxa"/>
            </w:tcMar>
            <w:vAlign w:val="center"/>
          </w:tcPr>
          <w:p w:rsidR="00CF1DEC" w:rsidRPr="008C5CF5" w:rsidRDefault="00CF1DEC" w:rsidP="00D55D5F">
            <w:pPr>
              <w:jc w:val="center"/>
            </w:pPr>
          </w:p>
        </w:tc>
        <w:tc>
          <w:tcPr>
            <w:tcW w:w="31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8" w:type="dxa"/>
              <w:left w:w="22" w:type="dxa"/>
              <w:bottom w:w="18" w:type="dxa"/>
              <w:right w:w="22" w:type="dxa"/>
            </w:tcMar>
            <w:vAlign w:val="center"/>
          </w:tcPr>
          <w:p w:rsidR="00CF1DEC" w:rsidRPr="008C5CF5" w:rsidRDefault="00CF1DEC" w:rsidP="00D55D5F">
            <w:pPr>
              <w:jc w:val="center"/>
            </w:pPr>
          </w:p>
        </w:tc>
        <w:tc>
          <w:tcPr>
            <w:tcW w:w="11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8" w:type="dxa"/>
              <w:left w:w="22" w:type="dxa"/>
              <w:bottom w:w="18" w:type="dxa"/>
              <w:right w:w="22" w:type="dxa"/>
            </w:tcMar>
            <w:vAlign w:val="center"/>
          </w:tcPr>
          <w:p w:rsidR="00CF1DEC" w:rsidRPr="008C5CF5" w:rsidRDefault="00CF1DEC" w:rsidP="00D55D5F">
            <w:pPr>
              <w:jc w:val="center"/>
            </w:pPr>
            <w:r w:rsidRPr="008C5CF5">
              <w:t>01</w:t>
            </w:r>
          </w:p>
        </w:tc>
        <w:tc>
          <w:tcPr>
            <w:tcW w:w="11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8" w:type="dxa"/>
              <w:left w:w="22" w:type="dxa"/>
              <w:bottom w:w="18" w:type="dxa"/>
              <w:right w:w="22" w:type="dxa"/>
            </w:tcMar>
            <w:vAlign w:val="center"/>
          </w:tcPr>
          <w:p w:rsidR="00CF1DEC" w:rsidRPr="008C5CF5" w:rsidRDefault="00CF1DEC" w:rsidP="00D55D5F">
            <w:pPr>
              <w:jc w:val="center"/>
            </w:pPr>
            <w:r w:rsidRPr="008C5CF5">
              <w:t>01</w:t>
            </w:r>
          </w:p>
        </w:tc>
        <w:tc>
          <w:tcPr>
            <w:tcW w:w="11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8" w:type="dxa"/>
              <w:left w:w="22" w:type="dxa"/>
              <w:bottom w:w="18" w:type="dxa"/>
              <w:right w:w="22" w:type="dxa"/>
            </w:tcMar>
            <w:vAlign w:val="center"/>
          </w:tcPr>
          <w:p w:rsidR="00CF1DEC" w:rsidRPr="008C5CF5" w:rsidRDefault="00CF1DEC" w:rsidP="00D55D5F">
            <w:pPr>
              <w:jc w:val="center"/>
            </w:pPr>
            <w:r w:rsidRPr="008C5CF5">
              <w:t>10</w:t>
            </w:r>
          </w:p>
        </w:tc>
        <w:tc>
          <w:tcPr>
            <w:tcW w:w="11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8" w:type="dxa"/>
              <w:left w:w="22" w:type="dxa"/>
              <w:bottom w:w="18" w:type="dxa"/>
              <w:right w:w="22" w:type="dxa"/>
            </w:tcMar>
            <w:vAlign w:val="center"/>
          </w:tcPr>
          <w:p w:rsidR="00CF1DEC" w:rsidRPr="008C5CF5" w:rsidRDefault="00CF1DEC" w:rsidP="00D55D5F">
            <w:pPr>
              <w:jc w:val="center"/>
            </w:pPr>
            <w:r w:rsidRPr="008C5CF5">
              <w:t>10</w:t>
            </w:r>
          </w:p>
        </w:tc>
        <w:tc>
          <w:tcPr>
            <w:tcW w:w="11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8" w:type="dxa"/>
              <w:left w:w="22" w:type="dxa"/>
              <w:bottom w:w="18" w:type="dxa"/>
              <w:right w:w="22" w:type="dxa"/>
            </w:tcMar>
            <w:vAlign w:val="center"/>
          </w:tcPr>
          <w:p w:rsidR="00CF1DEC" w:rsidRPr="008C5CF5" w:rsidRDefault="00CF1DEC" w:rsidP="00D55D5F">
            <w:pPr>
              <w:jc w:val="center"/>
            </w:pPr>
            <w:r w:rsidRPr="008C5CF5">
              <w:t>13</w:t>
            </w:r>
          </w:p>
        </w:tc>
        <w:tc>
          <w:tcPr>
            <w:tcW w:w="11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8" w:type="dxa"/>
              <w:left w:w="22" w:type="dxa"/>
              <w:bottom w:w="18" w:type="dxa"/>
              <w:right w:w="22" w:type="dxa"/>
            </w:tcMar>
            <w:vAlign w:val="center"/>
          </w:tcPr>
          <w:p w:rsidR="00CF1DEC" w:rsidRPr="008C5CF5" w:rsidRDefault="00CF1DEC" w:rsidP="00D55D5F">
            <w:pPr>
              <w:jc w:val="center"/>
            </w:pPr>
            <w:r w:rsidRPr="008C5CF5">
              <w:t>13</w:t>
            </w:r>
          </w:p>
        </w:tc>
        <w:tc>
          <w:tcPr>
            <w:tcW w:w="14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8" w:type="dxa"/>
              <w:left w:w="22" w:type="dxa"/>
              <w:bottom w:w="18" w:type="dxa"/>
              <w:right w:w="22" w:type="dxa"/>
            </w:tcMar>
            <w:vAlign w:val="center"/>
          </w:tcPr>
          <w:p w:rsidR="00CF1DEC" w:rsidRPr="008C5CF5" w:rsidRDefault="00CF1DEC" w:rsidP="00D55D5F">
            <w:pPr>
              <w:jc w:val="center"/>
            </w:pPr>
            <w:r w:rsidRPr="008C5CF5">
              <w:t>из свих извора</w:t>
            </w:r>
          </w:p>
        </w:tc>
        <w:tc>
          <w:tcPr>
            <w:tcW w:w="14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8" w:type="dxa"/>
              <w:left w:w="22" w:type="dxa"/>
              <w:bottom w:w="18" w:type="dxa"/>
              <w:right w:w="22" w:type="dxa"/>
            </w:tcMar>
            <w:vAlign w:val="center"/>
          </w:tcPr>
          <w:p w:rsidR="00CF1DEC" w:rsidRPr="008C5CF5" w:rsidRDefault="00CF1DEC" w:rsidP="00D55D5F">
            <w:pPr>
              <w:jc w:val="center"/>
            </w:pPr>
            <w:r w:rsidRPr="008C5CF5">
              <w:t>из свих извора</w:t>
            </w:r>
          </w:p>
        </w:tc>
      </w:tr>
      <w:tr w:rsidR="00CF1DEC" w:rsidRPr="008C5CF5" w:rsidTr="00CF1DEC">
        <w:trPr>
          <w:cantSplit/>
          <w:tblHeader/>
          <w:jc w:val="center"/>
        </w:trPr>
        <w:tc>
          <w:tcPr>
            <w:tcW w:w="619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8" w:type="dxa"/>
              <w:left w:w="22" w:type="dxa"/>
              <w:bottom w:w="18" w:type="dxa"/>
              <w:right w:w="22" w:type="dxa"/>
            </w:tcMar>
            <w:vAlign w:val="center"/>
          </w:tcPr>
          <w:p w:rsidR="00CF1DEC" w:rsidRPr="008C5CF5" w:rsidRDefault="00CF1DEC" w:rsidP="00D55D5F">
            <w:pPr>
              <w:jc w:val="center"/>
            </w:pPr>
            <w:r w:rsidRPr="008C5CF5"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8" w:type="dxa"/>
              <w:left w:w="22" w:type="dxa"/>
              <w:bottom w:w="18" w:type="dxa"/>
              <w:right w:w="22" w:type="dxa"/>
            </w:tcMar>
            <w:vAlign w:val="center"/>
          </w:tcPr>
          <w:p w:rsidR="00CF1DEC" w:rsidRPr="008C5CF5" w:rsidRDefault="00CF1DEC" w:rsidP="00D55D5F">
            <w:pPr>
              <w:jc w:val="center"/>
            </w:pPr>
            <w:r w:rsidRPr="008C5CF5">
              <w:t>2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8" w:type="dxa"/>
              <w:left w:w="22" w:type="dxa"/>
              <w:bottom w:w="18" w:type="dxa"/>
              <w:right w:w="22" w:type="dxa"/>
            </w:tcMar>
            <w:vAlign w:val="center"/>
          </w:tcPr>
          <w:p w:rsidR="00CF1DEC" w:rsidRPr="008C5CF5" w:rsidRDefault="00CF1DEC" w:rsidP="00D55D5F">
            <w:pPr>
              <w:jc w:val="center"/>
            </w:pPr>
            <w:r w:rsidRPr="008C5CF5">
              <w:t>3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8" w:type="dxa"/>
              <w:left w:w="22" w:type="dxa"/>
              <w:bottom w:w="18" w:type="dxa"/>
              <w:right w:w="22" w:type="dxa"/>
            </w:tcMar>
            <w:vAlign w:val="center"/>
          </w:tcPr>
          <w:p w:rsidR="00CF1DEC" w:rsidRPr="008C5CF5" w:rsidRDefault="00CF1DEC" w:rsidP="00D55D5F">
            <w:pPr>
              <w:jc w:val="center"/>
            </w:pPr>
            <w:r w:rsidRPr="008C5CF5">
              <w:t>4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8" w:type="dxa"/>
              <w:left w:w="22" w:type="dxa"/>
              <w:bottom w:w="18" w:type="dxa"/>
              <w:right w:w="22" w:type="dxa"/>
            </w:tcMar>
            <w:vAlign w:val="center"/>
          </w:tcPr>
          <w:p w:rsidR="00CF1DEC" w:rsidRPr="008C5CF5" w:rsidRDefault="00CF1DEC" w:rsidP="00D55D5F">
            <w:pPr>
              <w:jc w:val="center"/>
            </w:pPr>
            <w:r w:rsidRPr="008C5CF5">
              <w:t>5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8" w:type="dxa"/>
              <w:left w:w="22" w:type="dxa"/>
              <w:bottom w:w="18" w:type="dxa"/>
              <w:right w:w="22" w:type="dxa"/>
            </w:tcMar>
            <w:vAlign w:val="center"/>
          </w:tcPr>
          <w:p w:rsidR="00CF1DEC" w:rsidRPr="008C5CF5" w:rsidRDefault="00CF1DEC" w:rsidP="00D55D5F">
            <w:pPr>
              <w:jc w:val="center"/>
            </w:pPr>
            <w:r w:rsidRPr="008C5CF5">
              <w:t>6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8" w:type="dxa"/>
              <w:left w:w="22" w:type="dxa"/>
              <w:bottom w:w="18" w:type="dxa"/>
              <w:right w:w="22" w:type="dxa"/>
            </w:tcMar>
            <w:vAlign w:val="center"/>
          </w:tcPr>
          <w:p w:rsidR="00CF1DEC" w:rsidRPr="008C5CF5" w:rsidRDefault="00CF1DEC" w:rsidP="00D55D5F">
            <w:pPr>
              <w:jc w:val="center"/>
            </w:pPr>
            <w:r w:rsidRPr="008C5CF5">
              <w:t>7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8" w:type="dxa"/>
              <w:left w:w="22" w:type="dxa"/>
              <w:bottom w:w="18" w:type="dxa"/>
              <w:right w:w="22" w:type="dxa"/>
            </w:tcMar>
            <w:vAlign w:val="center"/>
          </w:tcPr>
          <w:p w:rsidR="00CF1DEC" w:rsidRPr="008C5CF5" w:rsidRDefault="00CF1DEC" w:rsidP="00D55D5F">
            <w:pPr>
              <w:jc w:val="center"/>
            </w:pPr>
            <w:r w:rsidRPr="008C5CF5">
              <w:t>8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8" w:type="dxa"/>
              <w:left w:w="22" w:type="dxa"/>
              <w:bottom w:w="18" w:type="dxa"/>
              <w:right w:w="22" w:type="dxa"/>
            </w:tcMar>
            <w:vAlign w:val="center"/>
          </w:tcPr>
          <w:p w:rsidR="00CF1DEC" w:rsidRPr="008C5CF5" w:rsidRDefault="00CF1DEC" w:rsidP="00D55D5F">
            <w:pPr>
              <w:jc w:val="center"/>
            </w:pPr>
            <w:r w:rsidRPr="008C5CF5">
              <w:t>9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8" w:type="dxa"/>
              <w:left w:w="22" w:type="dxa"/>
              <w:bottom w:w="18" w:type="dxa"/>
              <w:right w:w="22" w:type="dxa"/>
            </w:tcMar>
            <w:vAlign w:val="center"/>
          </w:tcPr>
          <w:p w:rsidR="00CF1DEC" w:rsidRPr="008C5CF5" w:rsidRDefault="00CF1DEC" w:rsidP="00D55D5F">
            <w:pPr>
              <w:jc w:val="center"/>
            </w:pPr>
            <w:r w:rsidRPr="008C5CF5">
              <w:t>10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8" w:type="dxa"/>
              <w:left w:w="22" w:type="dxa"/>
              <w:bottom w:w="18" w:type="dxa"/>
              <w:right w:w="22" w:type="dxa"/>
            </w:tcMar>
            <w:vAlign w:val="center"/>
          </w:tcPr>
          <w:p w:rsidR="00CF1DEC" w:rsidRPr="008C5CF5" w:rsidRDefault="00CF1DEC" w:rsidP="00D55D5F">
            <w:pPr>
              <w:jc w:val="center"/>
            </w:pPr>
            <w:r w:rsidRPr="008C5CF5">
              <w:t>11</w:t>
            </w:r>
          </w:p>
        </w:tc>
      </w:tr>
      <w:tr w:rsidR="00CF1DEC" w:rsidRPr="008C5CF5" w:rsidTr="00CF1DEC">
        <w:trPr>
          <w:cantSplit/>
          <w:jc w:val="center"/>
        </w:trPr>
        <w:tc>
          <w:tcPr>
            <w:tcW w:w="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8" w:type="dxa"/>
              <w:left w:w="22" w:type="dxa"/>
              <w:bottom w:w="18" w:type="dxa"/>
              <w:right w:w="22" w:type="dxa"/>
            </w:tcMar>
            <w:vAlign w:val="center"/>
          </w:tcPr>
          <w:p w:rsidR="00CF1DEC" w:rsidRPr="008C5CF5" w:rsidRDefault="00CF1DEC" w:rsidP="00D55D5F">
            <w:pPr>
              <w:jc w:val="center"/>
            </w:pPr>
            <w:r w:rsidRPr="008C5CF5">
              <w:t>1</w:t>
            </w: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8" w:type="dxa"/>
              <w:left w:w="22" w:type="dxa"/>
              <w:bottom w:w="18" w:type="dxa"/>
              <w:right w:w="22" w:type="dxa"/>
            </w:tcMar>
            <w:vAlign w:val="center"/>
          </w:tcPr>
          <w:p w:rsidR="00CF1DEC" w:rsidRPr="008C5CF5" w:rsidRDefault="00CF1DEC" w:rsidP="00D55D5F">
            <w:pPr>
              <w:jc w:val="center"/>
            </w:pPr>
            <w:r w:rsidRPr="008C5CF5">
              <w:t>1</w:t>
            </w:r>
          </w:p>
        </w:tc>
        <w:tc>
          <w:tcPr>
            <w:tcW w:w="31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8" w:type="dxa"/>
              <w:left w:w="22" w:type="dxa"/>
              <w:bottom w:w="18" w:type="dxa"/>
              <w:right w:w="22" w:type="dxa"/>
            </w:tcMar>
            <w:vAlign w:val="center"/>
          </w:tcPr>
          <w:p w:rsidR="00CF1DEC" w:rsidRPr="008C5CF5" w:rsidRDefault="00CF1DEC" w:rsidP="00D55D5F">
            <w:r w:rsidRPr="008C5CF5">
              <w:t>СКУПШТИНА ОПШТИНЕ</w:t>
            </w:r>
          </w:p>
        </w:tc>
        <w:tc>
          <w:tcPr>
            <w:tcW w:w="11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8" w:type="dxa"/>
              <w:left w:w="22" w:type="dxa"/>
              <w:bottom w:w="18" w:type="dxa"/>
              <w:right w:w="22" w:type="dxa"/>
            </w:tcMar>
            <w:vAlign w:val="center"/>
          </w:tcPr>
          <w:p w:rsidR="00CF1DEC" w:rsidRPr="008C5CF5" w:rsidRDefault="00CF1DEC" w:rsidP="00D55D5F">
            <w:pPr>
              <w:jc w:val="right"/>
            </w:pPr>
            <w:r w:rsidRPr="008C5CF5">
              <w:t>46.469.000</w:t>
            </w:r>
          </w:p>
        </w:tc>
        <w:tc>
          <w:tcPr>
            <w:tcW w:w="11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8" w:type="dxa"/>
              <w:left w:w="22" w:type="dxa"/>
              <w:bottom w:w="18" w:type="dxa"/>
              <w:right w:w="22" w:type="dxa"/>
            </w:tcMar>
            <w:vAlign w:val="center"/>
          </w:tcPr>
          <w:p w:rsidR="00CF1DEC" w:rsidRPr="008C5CF5" w:rsidRDefault="00CF1DEC" w:rsidP="00D55D5F">
            <w:pPr>
              <w:jc w:val="right"/>
            </w:pPr>
            <w:r w:rsidRPr="008C5CF5">
              <w:t>46.919.000</w:t>
            </w:r>
          </w:p>
        </w:tc>
        <w:tc>
          <w:tcPr>
            <w:tcW w:w="11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8" w:type="dxa"/>
              <w:left w:w="22" w:type="dxa"/>
              <w:bottom w:w="18" w:type="dxa"/>
              <w:right w:w="22" w:type="dxa"/>
            </w:tcMar>
            <w:vAlign w:val="center"/>
          </w:tcPr>
          <w:p w:rsidR="00CF1DEC" w:rsidRPr="008C5CF5" w:rsidRDefault="00CF1DEC" w:rsidP="00D55D5F">
            <w:pPr>
              <w:jc w:val="right"/>
            </w:pPr>
            <w:r w:rsidRPr="008C5CF5">
              <w:t>0</w:t>
            </w:r>
          </w:p>
        </w:tc>
        <w:tc>
          <w:tcPr>
            <w:tcW w:w="11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8" w:type="dxa"/>
              <w:left w:w="22" w:type="dxa"/>
              <w:bottom w:w="18" w:type="dxa"/>
              <w:right w:w="22" w:type="dxa"/>
            </w:tcMar>
            <w:vAlign w:val="center"/>
          </w:tcPr>
          <w:p w:rsidR="00CF1DEC" w:rsidRPr="008C5CF5" w:rsidRDefault="00CF1DEC" w:rsidP="00D55D5F">
            <w:pPr>
              <w:jc w:val="right"/>
            </w:pPr>
            <w:r w:rsidRPr="008C5CF5">
              <w:t>0</w:t>
            </w:r>
          </w:p>
        </w:tc>
        <w:tc>
          <w:tcPr>
            <w:tcW w:w="11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8" w:type="dxa"/>
              <w:left w:w="22" w:type="dxa"/>
              <w:bottom w:w="18" w:type="dxa"/>
              <w:right w:w="22" w:type="dxa"/>
            </w:tcMar>
            <w:vAlign w:val="center"/>
          </w:tcPr>
          <w:p w:rsidR="00CF1DEC" w:rsidRPr="008C5CF5" w:rsidRDefault="00CF1DEC" w:rsidP="00D55D5F">
            <w:pPr>
              <w:jc w:val="right"/>
            </w:pPr>
            <w:r w:rsidRPr="008C5CF5">
              <w:t>0</w:t>
            </w:r>
          </w:p>
        </w:tc>
        <w:tc>
          <w:tcPr>
            <w:tcW w:w="11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8" w:type="dxa"/>
              <w:left w:w="22" w:type="dxa"/>
              <w:bottom w:w="18" w:type="dxa"/>
              <w:right w:w="22" w:type="dxa"/>
            </w:tcMar>
            <w:vAlign w:val="center"/>
          </w:tcPr>
          <w:p w:rsidR="00CF1DEC" w:rsidRPr="008C5CF5" w:rsidRDefault="00CF1DEC" w:rsidP="00D55D5F">
            <w:pPr>
              <w:jc w:val="right"/>
            </w:pPr>
            <w:r w:rsidRPr="008C5CF5">
              <w:t>0</w:t>
            </w:r>
          </w:p>
        </w:tc>
        <w:tc>
          <w:tcPr>
            <w:tcW w:w="14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8" w:type="dxa"/>
              <w:left w:w="22" w:type="dxa"/>
              <w:bottom w:w="18" w:type="dxa"/>
              <w:right w:w="22" w:type="dxa"/>
            </w:tcMar>
            <w:vAlign w:val="center"/>
          </w:tcPr>
          <w:p w:rsidR="00CF1DEC" w:rsidRPr="008C5CF5" w:rsidRDefault="00CF1DEC" w:rsidP="00D55D5F">
            <w:pPr>
              <w:jc w:val="right"/>
            </w:pPr>
            <w:r w:rsidRPr="008C5CF5">
              <w:t>46.469.000</w:t>
            </w:r>
          </w:p>
        </w:tc>
        <w:tc>
          <w:tcPr>
            <w:tcW w:w="14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8" w:type="dxa"/>
              <w:left w:w="22" w:type="dxa"/>
              <w:bottom w:w="18" w:type="dxa"/>
              <w:right w:w="22" w:type="dxa"/>
            </w:tcMar>
            <w:vAlign w:val="center"/>
          </w:tcPr>
          <w:p w:rsidR="00CF1DEC" w:rsidRPr="008C5CF5" w:rsidRDefault="00CF1DEC" w:rsidP="00D55D5F">
            <w:pPr>
              <w:jc w:val="right"/>
            </w:pPr>
            <w:r w:rsidRPr="008C5CF5">
              <w:t>46.919.000</w:t>
            </w:r>
          </w:p>
        </w:tc>
      </w:tr>
      <w:tr w:rsidR="00CF1DEC" w:rsidRPr="008C5CF5" w:rsidTr="00CF1DEC">
        <w:trPr>
          <w:cantSplit/>
          <w:jc w:val="center"/>
        </w:trPr>
        <w:tc>
          <w:tcPr>
            <w:tcW w:w="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8" w:type="dxa"/>
              <w:left w:w="22" w:type="dxa"/>
              <w:bottom w:w="18" w:type="dxa"/>
              <w:right w:w="22" w:type="dxa"/>
            </w:tcMar>
            <w:vAlign w:val="center"/>
          </w:tcPr>
          <w:p w:rsidR="00CF1DEC" w:rsidRPr="008C5CF5" w:rsidRDefault="00CF1DEC" w:rsidP="00D55D5F">
            <w:pPr>
              <w:jc w:val="center"/>
            </w:pPr>
            <w:r w:rsidRPr="008C5CF5">
              <w:t>2</w:t>
            </w: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8" w:type="dxa"/>
              <w:left w:w="22" w:type="dxa"/>
              <w:bottom w:w="18" w:type="dxa"/>
              <w:right w:w="22" w:type="dxa"/>
            </w:tcMar>
            <w:vAlign w:val="center"/>
          </w:tcPr>
          <w:p w:rsidR="00CF1DEC" w:rsidRPr="008C5CF5" w:rsidRDefault="00CF1DEC" w:rsidP="00D55D5F">
            <w:pPr>
              <w:jc w:val="center"/>
            </w:pPr>
            <w:r w:rsidRPr="008C5CF5">
              <w:t>2</w:t>
            </w:r>
          </w:p>
        </w:tc>
        <w:tc>
          <w:tcPr>
            <w:tcW w:w="31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8" w:type="dxa"/>
              <w:left w:w="22" w:type="dxa"/>
              <w:bottom w:w="18" w:type="dxa"/>
              <w:right w:w="22" w:type="dxa"/>
            </w:tcMar>
            <w:vAlign w:val="center"/>
          </w:tcPr>
          <w:p w:rsidR="00CF1DEC" w:rsidRPr="008C5CF5" w:rsidRDefault="00CF1DEC" w:rsidP="00D55D5F">
            <w:r w:rsidRPr="008C5CF5">
              <w:t>ПРЕДСЕДНИК ОПШТИНЕ</w:t>
            </w:r>
          </w:p>
        </w:tc>
        <w:tc>
          <w:tcPr>
            <w:tcW w:w="11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8" w:type="dxa"/>
              <w:left w:w="22" w:type="dxa"/>
              <w:bottom w:w="18" w:type="dxa"/>
              <w:right w:w="22" w:type="dxa"/>
            </w:tcMar>
            <w:vAlign w:val="center"/>
          </w:tcPr>
          <w:p w:rsidR="00CF1DEC" w:rsidRPr="008C5CF5" w:rsidRDefault="00CF1DEC" w:rsidP="00D55D5F">
            <w:pPr>
              <w:jc w:val="right"/>
            </w:pPr>
            <w:r w:rsidRPr="008C5CF5">
              <w:t>35.246.000</w:t>
            </w:r>
          </w:p>
        </w:tc>
        <w:tc>
          <w:tcPr>
            <w:tcW w:w="11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8" w:type="dxa"/>
              <w:left w:w="22" w:type="dxa"/>
              <w:bottom w:w="18" w:type="dxa"/>
              <w:right w:w="22" w:type="dxa"/>
            </w:tcMar>
            <w:vAlign w:val="center"/>
          </w:tcPr>
          <w:p w:rsidR="00CF1DEC" w:rsidRPr="008C5CF5" w:rsidRDefault="00CF1DEC" w:rsidP="00D55D5F">
            <w:pPr>
              <w:jc w:val="right"/>
            </w:pPr>
            <w:r w:rsidRPr="008C5CF5">
              <w:t>35.346.000</w:t>
            </w:r>
          </w:p>
        </w:tc>
        <w:tc>
          <w:tcPr>
            <w:tcW w:w="11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8" w:type="dxa"/>
              <w:left w:w="22" w:type="dxa"/>
              <w:bottom w:w="18" w:type="dxa"/>
              <w:right w:w="22" w:type="dxa"/>
            </w:tcMar>
            <w:vAlign w:val="center"/>
          </w:tcPr>
          <w:p w:rsidR="00CF1DEC" w:rsidRPr="008C5CF5" w:rsidRDefault="00CF1DEC" w:rsidP="00D55D5F">
            <w:pPr>
              <w:jc w:val="right"/>
            </w:pPr>
            <w:r w:rsidRPr="008C5CF5">
              <w:t>0</w:t>
            </w:r>
          </w:p>
        </w:tc>
        <w:tc>
          <w:tcPr>
            <w:tcW w:w="11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8" w:type="dxa"/>
              <w:left w:w="22" w:type="dxa"/>
              <w:bottom w:w="18" w:type="dxa"/>
              <w:right w:w="22" w:type="dxa"/>
            </w:tcMar>
            <w:vAlign w:val="center"/>
          </w:tcPr>
          <w:p w:rsidR="00CF1DEC" w:rsidRPr="008C5CF5" w:rsidRDefault="00CF1DEC" w:rsidP="00D55D5F">
            <w:pPr>
              <w:jc w:val="right"/>
            </w:pPr>
            <w:r w:rsidRPr="008C5CF5">
              <w:t>0</w:t>
            </w:r>
          </w:p>
        </w:tc>
        <w:tc>
          <w:tcPr>
            <w:tcW w:w="11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8" w:type="dxa"/>
              <w:left w:w="22" w:type="dxa"/>
              <w:bottom w:w="18" w:type="dxa"/>
              <w:right w:w="22" w:type="dxa"/>
            </w:tcMar>
            <w:vAlign w:val="center"/>
          </w:tcPr>
          <w:p w:rsidR="00CF1DEC" w:rsidRPr="008C5CF5" w:rsidRDefault="00CF1DEC" w:rsidP="00D55D5F">
            <w:pPr>
              <w:jc w:val="right"/>
            </w:pPr>
            <w:r w:rsidRPr="008C5CF5">
              <w:t>0</w:t>
            </w:r>
          </w:p>
        </w:tc>
        <w:tc>
          <w:tcPr>
            <w:tcW w:w="11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8" w:type="dxa"/>
              <w:left w:w="22" w:type="dxa"/>
              <w:bottom w:w="18" w:type="dxa"/>
              <w:right w:w="22" w:type="dxa"/>
            </w:tcMar>
            <w:vAlign w:val="center"/>
          </w:tcPr>
          <w:p w:rsidR="00CF1DEC" w:rsidRPr="008C5CF5" w:rsidRDefault="00CF1DEC" w:rsidP="00D55D5F">
            <w:pPr>
              <w:jc w:val="right"/>
            </w:pPr>
            <w:r w:rsidRPr="008C5CF5">
              <w:t>0</w:t>
            </w:r>
          </w:p>
        </w:tc>
        <w:tc>
          <w:tcPr>
            <w:tcW w:w="14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8" w:type="dxa"/>
              <w:left w:w="22" w:type="dxa"/>
              <w:bottom w:w="18" w:type="dxa"/>
              <w:right w:w="22" w:type="dxa"/>
            </w:tcMar>
            <w:vAlign w:val="center"/>
          </w:tcPr>
          <w:p w:rsidR="00CF1DEC" w:rsidRPr="008C5CF5" w:rsidRDefault="00CF1DEC" w:rsidP="00D55D5F">
            <w:pPr>
              <w:jc w:val="right"/>
            </w:pPr>
            <w:r w:rsidRPr="008C5CF5">
              <w:t>35.246.000</w:t>
            </w:r>
          </w:p>
        </w:tc>
        <w:tc>
          <w:tcPr>
            <w:tcW w:w="14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8" w:type="dxa"/>
              <w:left w:w="22" w:type="dxa"/>
              <w:bottom w:w="18" w:type="dxa"/>
              <w:right w:w="22" w:type="dxa"/>
            </w:tcMar>
            <w:vAlign w:val="center"/>
          </w:tcPr>
          <w:p w:rsidR="00CF1DEC" w:rsidRPr="008C5CF5" w:rsidRDefault="00CF1DEC" w:rsidP="00D55D5F">
            <w:pPr>
              <w:jc w:val="right"/>
            </w:pPr>
            <w:r w:rsidRPr="008C5CF5">
              <w:t>35.346.000</w:t>
            </w:r>
          </w:p>
        </w:tc>
      </w:tr>
      <w:tr w:rsidR="00CF1DEC" w:rsidRPr="008C5CF5" w:rsidTr="00CF1DEC">
        <w:trPr>
          <w:cantSplit/>
          <w:jc w:val="center"/>
        </w:trPr>
        <w:tc>
          <w:tcPr>
            <w:tcW w:w="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8" w:type="dxa"/>
              <w:left w:w="22" w:type="dxa"/>
              <w:bottom w:w="18" w:type="dxa"/>
              <w:right w:w="22" w:type="dxa"/>
            </w:tcMar>
            <w:vAlign w:val="center"/>
          </w:tcPr>
          <w:p w:rsidR="00CF1DEC" w:rsidRPr="008C5CF5" w:rsidRDefault="00CF1DEC" w:rsidP="00D55D5F">
            <w:pPr>
              <w:jc w:val="center"/>
            </w:pPr>
            <w:r w:rsidRPr="008C5CF5">
              <w:t>3</w:t>
            </w: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8" w:type="dxa"/>
              <w:left w:w="22" w:type="dxa"/>
              <w:bottom w:w="18" w:type="dxa"/>
              <w:right w:w="22" w:type="dxa"/>
            </w:tcMar>
            <w:vAlign w:val="center"/>
          </w:tcPr>
          <w:p w:rsidR="00CF1DEC" w:rsidRPr="008C5CF5" w:rsidRDefault="00CF1DEC" w:rsidP="00D55D5F">
            <w:pPr>
              <w:jc w:val="center"/>
            </w:pPr>
            <w:r w:rsidRPr="008C5CF5">
              <w:t>3</w:t>
            </w:r>
          </w:p>
        </w:tc>
        <w:tc>
          <w:tcPr>
            <w:tcW w:w="31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8" w:type="dxa"/>
              <w:left w:w="22" w:type="dxa"/>
              <w:bottom w:w="18" w:type="dxa"/>
              <w:right w:w="22" w:type="dxa"/>
            </w:tcMar>
            <w:vAlign w:val="center"/>
          </w:tcPr>
          <w:p w:rsidR="00CF1DEC" w:rsidRPr="008C5CF5" w:rsidRDefault="00CF1DEC" w:rsidP="00D55D5F">
            <w:r w:rsidRPr="008C5CF5">
              <w:t>ОПШТИНСКО ВЕЋЕ</w:t>
            </w:r>
          </w:p>
        </w:tc>
        <w:tc>
          <w:tcPr>
            <w:tcW w:w="11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8" w:type="dxa"/>
              <w:left w:w="22" w:type="dxa"/>
              <w:bottom w:w="18" w:type="dxa"/>
              <w:right w:w="22" w:type="dxa"/>
            </w:tcMar>
            <w:vAlign w:val="center"/>
          </w:tcPr>
          <w:p w:rsidR="00CF1DEC" w:rsidRPr="008C5CF5" w:rsidRDefault="00CF1DEC" w:rsidP="00D55D5F">
            <w:pPr>
              <w:jc w:val="right"/>
            </w:pPr>
            <w:r w:rsidRPr="008C5CF5">
              <w:t>16.134.000</w:t>
            </w:r>
          </w:p>
        </w:tc>
        <w:tc>
          <w:tcPr>
            <w:tcW w:w="11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8" w:type="dxa"/>
              <w:left w:w="22" w:type="dxa"/>
              <w:bottom w:w="18" w:type="dxa"/>
              <w:right w:w="22" w:type="dxa"/>
            </w:tcMar>
            <w:vAlign w:val="center"/>
          </w:tcPr>
          <w:p w:rsidR="00CF1DEC" w:rsidRPr="008C5CF5" w:rsidRDefault="00CF1DEC" w:rsidP="00D55D5F">
            <w:pPr>
              <w:jc w:val="right"/>
            </w:pPr>
            <w:r w:rsidRPr="008C5CF5">
              <w:t>17.384.000</w:t>
            </w:r>
          </w:p>
        </w:tc>
        <w:tc>
          <w:tcPr>
            <w:tcW w:w="11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8" w:type="dxa"/>
              <w:left w:w="22" w:type="dxa"/>
              <w:bottom w:w="18" w:type="dxa"/>
              <w:right w:w="22" w:type="dxa"/>
            </w:tcMar>
            <w:vAlign w:val="center"/>
          </w:tcPr>
          <w:p w:rsidR="00CF1DEC" w:rsidRPr="008C5CF5" w:rsidRDefault="00CF1DEC" w:rsidP="00D55D5F">
            <w:pPr>
              <w:jc w:val="right"/>
            </w:pPr>
            <w:r w:rsidRPr="008C5CF5">
              <w:t>0</w:t>
            </w:r>
          </w:p>
        </w:tc>
        <w:tc>
          <w:tcPr>
            <w:tcW w:w="11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8" w:type="dxa"/>
              <w:left w:w="22" w:type="dxa"/>
              <w:bottom w:w="18" w:type="dxa"/>
              <w:right w:w="22" w:type="dxa"/>
            </w:tcMar>
            <w:vAlign w:val="center"/>
          </w:tcPr>
          <w:p w:rsidR="00CF1DEC" w:rsidRPr="008C5CF5" w:rsidRDefault="00CF1DEC" w:rsidP="00D55D5F">
            <w:pPr>
              <w:jc w:val="right"/>
            </w:pPr>
            <w:r w:rsidRPr="008C5CF5">
              <w:t>0</w:t>
            </w:r>
          </w:p>
        </w:tc>
        <w:tc>
          <w:tcPr>
            <w:tcW w:w="11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8" w:type="dxa"/>
              <w:left w:w="22" w:type="dxa"/>
              <w:bottom w:w="18" w:type="dxa"/>
              <w:right w:w="22" w:type="dxa"/>
            </w:tcMar>
            <w:vAlign w:val="center"/>
          </w:tcPr>
          <w:p w:rsidR="00CF1DEC" w:rsidRPr="008C5CF5" w:rsidRDefault="00CF1DEC" w:rsidP="00D55D5F">
            <w:pPr>
              <w:jc w:val="right"/>
            </w:pPr>
            <w:r w:rsidRPr="008C5CF5">
              <w:t>0</w:t>
            </w:r>
          </w:p>
        </w:tc>
        <w:tc>
          <w:tcPr>
            <w:tcW w:w="11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8" w:type="dxa"/>
              <w:left w:w="22" w:type="dxa"/>
              <w:bottom w:w="18" w:type="dxa"/>
              <w:right w:w="22" w:type="dxa"/>
            </w:tcMar>
            <w:vAlign w:val="center"/>
          </w:tcPr>
          <w:p w:rsidR="00CF1DEC" w:rsidRPr="008C5CF5" w:rsidRDefault="00CF1DEC" w:rsidP="00D55D5F">
            <w:pPr>
              <w:jc w:val="right"/>
            </w:pPr>
            <w:r w:rsidRPr="008C5CF5">
              <w:t>0</w:t>
            </w:r>
          </w:p>
        </w:tc>
        <w:tc>
          <w:tcPr>
            <w:tcW w:w="14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8" w:type="dxa"/>
              <w:left w:w="22" w:type="dxa"/>
              <w:bottom w:w="18" w:type="dxa"/>
              <w:right w:w="22" w:type="dxa"/>
            </w:tcMar>
            <w:vAlign w:val="center"/>
          </w:tcPr>
          <w:p w:rsidR="00CF1DEC" w:rsidRPr="008C5CF5" w:rsidRDefault="00CF1DEC" w:rsidP="00D55D5F">
            <w:pPr>
              <w:jc w:val="right"/>
            </w:pPr>
            <w:r w:rsidRPr="008C5CF5">
              <w:t>16.134.000</w:t>
            </w:r>
          </w:p>
        </w:tc>
        <w:tc>
          <w:tcPr>
            <w:tcW w:w="14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8" w:type="dxa"/>
              <w:left w:w="22" w:type="dxa"/>
              <w:bottom w:w="18" w:type="dxa"/>
              <w:right w:w="22" w:type="dxa"/>
            </w:tcMar>
            <w:vAlign w:val="center"/>
          </w:tcPr>
          <w:p w:rsidR="00CF1DEC" w:rsidRPr="008C5CF5" w:rsidRDefault="00CF1DEC" w:rsidP="00D55D5F">
            <w:pPr>
              <w:jc w:val="right"/>
            </w:pPr>
            <w:r w:rsidRPr="008C5CF5">
              <w:t>17.384.000</w:t>
            </w:r>
          </w:p>
        </w:tc>
      </w:tr>
      <w:tr w:rsidR="00CF1DEC" w:rsidRPr="008C5CF5" w:rsidTr="00CF1DEC">
        <w:trPr>
          <w:cantSplit/>
          <w:jc w:val="center"/>
        </w:trPr>
        <w:tc>
          <w:tcPr>
            <w:tcW w:w="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8" w:type="dxa"/>
              <w:left w:w="22" w:type="dxa"/>
              <w:bottom w:w="18" w:type="dxa"/>
              <w:right w:w="22" w:type="dxa"/>
            </w:tcMar>
            <w:vAlign w:val="center"/>
          </w:tcPr>
          <w:p w:rsidR="00CF1DEC" w:rsidRPr="008C5CF5" w:rsidRDefault="00CF1DEC" w:rsidP="00D55D5F">
            <w:pPr>
              <w:jc w:val="center"/>
            </w:pPr>
            <w:r w:rsidRPr="008C5CF5">
              <w:t>4</w:t>
            </w: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8" w:type="dxa"/>
              <w:left w:w="22" w:type="dxa"/>
              <w:bottom w:w="18" w:type="dxa"/>
              <w:right w:w="22" w:type="dxa"/>
            </w:tcMar>
            <w:vAlign w:val="center"/>
          </w:tcPr>
          <w:p w:rsidR="00CF1DEC" w:rsidRPr="008C5CF5" w:rsidRDefault="00CF1DEC" w:rsidP="00D55D5F">
            <w:pPr>
              <w:jc w:val="center"/>
            </w:pPr>
            <w:r w:rsidRPr="008C5CF5">
              <w:t>4</w:t>
            </w:r>
          </w:p>
        </w:tc>
        <w:tc>
          <w:tcPr>
            <w:tcW w:w="31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8" w:type="dxa"/>
              <w:left w:w="22" w:type="dxa"/>
              <w:bottom w:w="18" w:type="dxa"/>
              <w:right w:w="22" w:type="dxa"/>
            </w:tcMar>
            <w:vAlign w:val="center"/>
          </w:tcPr>
          <w:p w:rsidR="00CF1DEC" w:rsidRPr="008C5CF5" w:rsidRDefault="00CF1DEC" w:rsidP="00D55D5F">
            <w:r w:rsidRPr="008C5CF5">
              <w:t>ОПШТИНСКО ЈАВНО ПРАВОБРАНИЛАШТВО</w:t>
            </w:r>
          </w:p>
        </w:tc>
        <w:tc>
          <w:tcPr>
            <w:tcW w:w="11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8" w:type="dxa"/>
              <w:left w:w="22" w:type="dxa"/>
              <w:bottom w:w="18" w:type="dxa"/>
              <w:right w:w="22" w:type="dxa"/>
            </w:tcMar>
            <w:vAlign w:val="center"/>
          </w:tcPr>
          <w:p w:rsidR="00CF1DEC" w:rsidRPr="008C5CF5" w:rsidRDefault="00CF1DEC" w:rsidP="00D55D5F">
            <w:pPr>
              <w:jc w:val="right"/>
            </w:pPr>
            <w:r w:rsidRPr="008C5CF5">
              <w:t>21.399.000</w:t>
            </w:r>
          </w:p>
        </w:tc>
        <w:tc>
          <w:tcPr>
            <w:tcW w:w="11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8" w:type="dxa"/>
              <w:left w:w="22" w:type="dxa"/>
              <w:bottom w:w="18" w:type="dxa"/>
              <w:right w:w="22" w:type="dxa"/>
            </w:tcMar>
            <w:vAlign w:val="center"/>
          </w:tcPr>
          <w:p w:rsidR="00CF1DEC" w:rsidRPr="008C5CF5" w:rsidRDefault="00CF1DEC" w:rsidP="00D55D5F">
            <w:pPr>
              <w:jc w:val="right"/>
            </w:pPr>
            <w:r w:rsidRPr="008C5CF5">
              <w:t>21.249.000</w:t>
            </w:r>
          </w:p>
        </w:tc>
        <w:tc>
          <w:tcPr>
            <w:tcW w:w="11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8" w:type="dxa"/>
              <w:left w:w="22" w:type="dxa"/>
              <w:bottom w:w="18" w:type="dxa"/>
              <w:right w:w="22" w:type="dxa"/>
            </w:tcMar>
            <w:vAlign w:val="center"/>
          </w:tcPr>
          <w:p w:rsidR="00CF1DEC" w:rsidRPr="008C5CF5" w:rsidRDefault="00CF1DEC" w:rsidP="00D55D5F">
            <w:pPr>
              <w:jc w:val="right"/>
            </w:pPr>
            <w:r w:rsidRPr="008C5CF5">
              <w:t>0</w:t>
            </w:r>
          </w:p>
        </w:tc>
        <w:tc>
          <w:tcPr>
            <w:tcW w:w="11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8" w:type="dxa"/>
              <w:left w:w="22" w:type="dxa"/>
              <w:bottom w:w="18" w:type="dxa"/>
              <w:right w:w="22" w:type="dxa"/>
            </w:tcMar>
            <w:vAlign w:val="center"/>
          </w:tcPr>
          <w:p w:rsidR="00CF1DEC" w:rsidRPr="008C5CF5" w:rsidRDefault="00CF1DEC" w:rsidP="00D55D5F">
            <w:pPr>
              <w:jc w:val="right"/>
            </w:pPr>
            <w:r w:rsidRPr="008C5CF5">
              <w:t>0</w:t>
            </w:r>
          </w:p>
        </w:tc>
        <w:tc>
          <w:tcPr>
            <w:tcW w:w="11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8" w:type="dxa"/>
              <w:left w:w="22" w:type="dxa"/>
              <w:bottom w:w="18" w:type="dxa"/>
              <w:right w:w="22" w:type="dxa"/>
            </w:tcMar>
            <w:vAlign w:val="center"/>
          </w:tcPr>
          <w:p w:rsidR="00CF1DEC" w:rsidRPr="008C5CF5" w:rsidRDefault="00CF1DEC" w:rsidP="00D55D5F">
            <w:pPr>
              <w:jc w:val="right"/>
            </w:pPr>
            <w:r w:rsidRPr="008C5CF5">
              <w:t>0</w:t>
            </w:r>
          </w:p>
        </w:tc>
        <w:tc>
          <w:tcPr>
            <w:tcW w:w="11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8" w:type="dxa"/>
              <w:left w:w="22" w:type="dxa"/>
              <w:bottom w:w="18" w:type="dxa"/>
              <w:right w:w="22" w:type="dxa"/>
            </w:tcMar>
            <w:vAlign w:val="center"/>
          </w:tcPr>
          <w:p w:rsidR="00CF1DEC" w:rsidRPr="008C5CF5" w:rsidRDefault="00CF1DEC" w:rsidP="00D55D5F">
            <w:pPr>
              <w:jc w:val="right"/>
            </w:pPr>
            <w:r w:rsidRPr="008C5CF5">
              <w:t>0</w:t>
            </w:r>
          </w:p>
        </w:tc>
        <w:tc>
          <w:tcPr>
            <w:tcW w:w="14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8" w:type="dxa"/>
              <w:left w:w="22" w:type="dxa"/>
              <w:bottom w:w="18" w:type="dxa"/>
              <w:right w:w="22" w:type="dxa"/>
            </w:tcMar>
            <w:vAlign w:val="center"/>
          </w:tcPr>
          <w:p w:rsidR="00CF1DEC" w:rsidRPr="008C5CF5" w:rsidRDefault="00CF1DEC" w:rsidP="00D55D5F">
            <w:pPr>
              <w:jc w:val="right"/>
            </w:pPr>
            <w:r w:rsidRPr="008C5CF5">
              <w:t>21.399.000</w:t>
            </w:r>
          </w:p>
        </w:tc>
        <w:tc>
          <w:tcPr>
            <w:tcW w:w="14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8" w:type="dxa"/>
              <w:left w:w="22" w:type="dxa"/>
              <w:bottom w:w="18" w:type="dxa"/>
              <w:right w:w="22" w:type="dxa"/>
            </w:tcMar>
            <w:vAlign w:val="center"/>
          </w:tcPr>
          <w:p w:rsidR="00CF1DEC" w:rsidRPr="008C5CF5" w:rsidRDefault="00CF1DEC" w:rsidP="00D55D5F">
            <w:pPr>
              <w:jc w:val="right"/>
            </w:pPr>
            <w:r w:rsidRPr="008C5CF5">
              <w:t>21.249.000</w:t>
            </w:r>
          </w:p>
        </w:tc>
      </w:tr>
      <w:tr w:rsidR="00CF1DEC" w:rsidRPr="008C5CF5" w:rsidTr="00CF1DEC">
        <w:trPr>
          <w:cantSplit/>
          <w:jc w:val="center"/>
        </w:trPr>
        <w:tc>
          <w:tcPr>
            <w:tcW w:w="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8" w:type="dxa"/>
              <w:left w:w="22" w:type="dxa"/>
              <w:bottom w:w="18" w:type="dxa"/>
              <w:right w:w="22" w:type="dxa"/>
            </w:tcMar>
            <w:vAlign w:val="center"/>
          </w:tcPr>
          <w:p w:rsidR="00CF1DEC" w:rsidRPr="008C5CF5" w:rsidRDefault="00CF1DEC" w:rsidP="00D55D5F">
            <w:pPr>
              <w:jc w:val="center"/>
            </w:pPr>
            <w:r w:rsidRPr="008C5CF5">
              <w:lastRenderedPageBreak/>
              <w:t>5</w:t>
            </w: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8" w:type="dxa"/>
              <w:left w:w="22" w:type="dxa"/>
              <w:bottom w:w="18" w:type="dxa"/>
              <w:right w:w="22" w:type="dxa"/>
            </w:tcMar>
            <w:vAlign w:val="center"/>
          </w:tcPr>
          <w:p w:rsidR="00CF1DEC" w:rsidRPr="008C5CF5" w:rsidRDefault="00CF1DEC" w:rsidP="00D55D5F">
            <w:pPr>
              <w:jc w:val="center"/>
            </w:pPr>
            <w:r w:rsidRPr="008C5CF5">
              <w:t>5</w:t>
            </w:r>
          </w:p>
        </w:tc>
        <w:tc>
          <w:tcPr>
            <w:tcW w:w="31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8" w:type="dxa"/>
              <w:left w:w="22" w:type="dxa"/>
              <w:bottom w:w="18" w:type="dxa"/>
              <w:right w:w="22" w:type="dxa"/>
            </w:tcMar>
            <w:vAlign w:val="center"/>
          </w:tcPr>
          <w:p w:rsidR="00CF1DEC" w:rsidRPr="008C5CF5" w:rsidRDefault="00CF1DEC" w:rsidP="00D55D5F">
            <w:r w:rsidRPr="008C5CF5">
              <w:t>ОПШТИНСКА УПРАВА</w:t>
            </w:r>
          </w:p>
        </w:tc>
        <w:tc>
          <w:tcPr>
            <w:tcW w:w="11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8" w:type="dxa"/>
              <w:left w:w="22" w:type="dxa"/>
              <w:bottom w:w="18" w:type="dxa"/>
              <w:right w:w="22" w:type="dxa"/>
            </w:tcMar>
            <w:vAlign w:val="center"/>
          </w:tcPr>
          <w:p w:rsidR="00CF1DEC" w:rsidRPr="008C5CF5" w:rsidRDefault="00CF1DEC" w:rsidP="00D55D5F">
            <w:pPr>
              <w:jc w:val="right"/>
            </w:pPr>
            <w:r w:rsidRPr="008C5CF5">
              <w:t>2.283.548.000</w:t>
            </w:r>
          </w:p>
        </w:tc>
        <w:tc>
          <w:tcPr>
            <w:tcW w:w="11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8" w:type="dxa"/>
              <w:left w:w="22" w:type="dxa"/>
              <w:bottom w:w="18" w:type="dxa"/>
              <w:right w:w="22" w:type="dxa"/>
            </w:tcMar>
            <w:vAlign w:val="center"/>
          </w:tcPr>
          <w:p w:rsidR="00CF1DEC" w:rsidRPr="008C5CF5" w:rsidRDefault="00CF1DEC" w:rsidP="00D55D5F">
            <w:pPr>
              <w:jc w:val="right"/>
            </w:pPr>
            <w:r w:rsidRPr="008C5CF5">
              <w:t>2.281.898.000</w:t>
            </w:r>
          </w:p>
        </w:tc>
        <w:tc>
          <w:tcPr>
            <w:tcW w:w="11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8" w:type="dxa"/>
              <w:left w:w="22" w:type="dxa"/>
              <w:bottom w:w="18" w:type="dxa"/>
              <w:right w:w="22" w:type="dxa"/>
            </w:tcMar>
            <w:vAlign w:val="center"/>
          </w:tcPr>
          <w:p w:rsidR="00CF1DEC" w:rsidRPr="008C5CF5" w:rsidRDefault="00CF1DEC" w:rsidP="00D55D5F">
            <w:pPr>
              <w:jc w:val="right"/>
            </w:pPr>
            <w:r w:rsidRPr="008C5CF5">
              <w:t>111.230.000</w:t>
            </w:r>
          </w:p>
        </w:tc>
        <w:tc>
          <w:tcPr>
            <w:tcW w:w="11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8" w:type="dxa"/>
              <w:left w:w="22" w:type="dxa"/>
              <w:bottom w:w="18" w:type="dxa"/>
              <w:right w:w="22" w:type="dxa"/>
            </w:tcMar>
            <w:vAlign w:val="center"/>
          </w:tcPr>
          <w:p w:rsidR="00CF1DEC" w:rsidRPr="008C5CF5" w:rsidRDefault="00CF1DEC" w:rsidP="00D55D5F">
            <w:pPr>
              <w:jc w:val="right"/>
            </w:pPr>
            <w:r w:rsidRPr="008C5CF5">
              <w:t>119.573.672</w:t>
            </w:r>
          </w:p>
        </w:tc>
        <w:tc>
          <w:tcPr>
            <w:tcW w:w="11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8" w:type="dxa"/>
              <w:left w:w="22" w:type="dxa"/>
              <w:bottom w:w="18" w:type="dxa"/>
              <w:right w:w="22" w:type="dxa"/>
            </w:tcMar>
            <w:vAlign w:val="center"/>
          </w:tcPr>
          <w:p w:rsidR="00CF1DEC" w:rsidRPr="008C5CF5" w:rsidRDefault="00CF1DEC" w:rsidP="00D55D5F">
            <w:pPr>
              <w:jc w:val="right"/>
            </w:pPr>
            <w:r w:rsidRPr="008C5CF5">
              <w:t>0</w:t>
            </w:r>
          </w:p>
        </w:tc>
        <w:tc>
          <w:tcPr>
            <w:tcW w:w="11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8" w:type="dxa"/>
              <w:left w:w="22" w:type="dxa"/>
              <w:bottom w:w="18" w:type="dxa"/>
              <w:right w:w="22" w:type="dxa"/>
            </w:tcMar>
            <w:vAlign w:val="center"/>
          </w:tcPr>
          <w:p w:rsidR="00CF1DEC" w:rsidRPr="008C5CF5" w:rsidRDefault="00CF1DEC" w:rsidP="00D55D5F">
            <w:pPr>
              <w:jc w:val="right"/>
            </w:pPr>
            <w:r w:rsidRPr="008C5CF5">
              <w:t>38.522.000</w:t>
            </w:r>
          </w:p>
        </w:tc>
        <w:tc>
          <w:tcPr>
            <w:tcW w:w="14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8" w:type="dxa"/>
              <w:left w:w="22" w:type="dxa"/>
              <w:bottom w:w="18" w:type="dxa"/>
              <w:right w:w="22" w:type="dxa"/>
            </w:tcMar>
            <w:vAlign w:val="center"/>
          </w:tcPr>
          <w:p w:rsidR="00CF1DEC" w:rsidRPr="008C5CF5" w:rsidRDefault="00CF1DEC" w:rsidP="00D55D5F">
            <w:pPr>
              <w:jc w:val="right"/>
            </w:pPr>
            <w:r w:rsidRPr="008C5CF5">
              <w:t>2.483.917.328</w:t>
            </w:r>
          </w:p>
        </w:tc>
        <w:tc>
          <w:tcPr>
            <w:tcW w:w="14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8" w:type="dxa"/>
              <w:left w:w="22" w:type="dxa"/>
              <w:bottom w:w="18" w:type="dxa"/>
              <w:right w:w="22" w:type="dxa"/>
            </w:tcMar>
            <w:vAlign w:val="center"/>
          </w:tcPr>
          <w:p w:rsidR="00CF1DEC" w:rsidRPr="008C5CF5" w:rsidRDefault="00CF1DEC" w:rsidP="00D55D5F">
            <w:pPr>
              <w:jc w:val="right"/>
            </w:pPr>
            <w:r w:rsidRPr="008C5CF5">
              <w:t>2.529.133.000</w:t>
            </w:r>
          </w:p>
        </w:tc>
      </w:tr>
      <w:tr w:rsidR="00CF1DEC" w:rsidRPr="008C5CF5" w:rsidTr="00CF1DEC">
        <w:trPr>
          <w:cantSplit/>
          <w:jc w:val="center"/>
        </w:trPr>
        <w:tc>
          <w:tcPr>
            <w:tcW w:w="4507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8" w:type="dxa"/>
              <w:left w:w="22" w:type="dxa"/>
              <w:bottom w:w="18" w:type="dxa"/>
              <w:right w:w="22" w:type="dxa"/>
            </w:tcMar>
            <w:vAlign w:val="center"/>
          </w:tcPr>
          <w:p w:rsidR="00CF1DEC" w:rsidRPr="008C5CF5" w:rsidRDefault="00CF1DEC" w:rsidP="00D55D5F">
            <w:r w:rsidRPr="008C5CF5">
              <w:rPr>
                <w:b/>
              </w:rPr>
              <w:t>Укупно раздео 1+2+3+4+5:</w:t>
            </w:r>
          </w:p>
        </w:tc>
        <w:tc>
          <w:tcPr>
            <w:tcW w:w="11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8" w:type="dxa"/>
              <w:left w:w="22" w:type="dxa"/>
              <w:bottom w:w="18" w:type="dxa"/>
              <w:right w:w="22" w:type="dxa"/>
            </w:tcMar>
            <w:vAlign w:val="center"/>
          </w:tcPr>
          <w:p w:rsidR="00CF1DEC" w:rsidRPr="008C5CF5" w:rsidRDefault="00CF1DEC" w:rsidP="00D55D5F">
            <w:pPr>
              <w:jc w:val="right"/>
            </w:pPr>
            <w:r w:rsidRPr="008C5CF5">
              <w:rPr>
                <w:b/>
              </w:rPr>
              <w:t>2.402.796.000</w:t>
            </w:r>
          </w:p>
        </w:tc>
        <w:tc>
          <w:tcPr>
            <w:tcW w:w="11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8" w:type="dxa"/>
              <w:left w:w="22" w:type="dxa"/>
              <w:bottom w:w="18" w:type="dxa"/>
              <w:right w:w="22" w:type="dxa"/>
            </w:tcMar>
            <w:vAlign w:val="center"/>
          </w:tcPr>
          <w:p w:rsidR="00CF1DEC" w:rsidRPr="008C5CF5" w:rsidRDefault="00CF1DEC" w:rsidP="00D55D5F">
            <w:pPr>
              <w:jc w:val="right"/>
            </w:pPr>
            <w:r w:rsidRPr="008C5CF5">
              <w:rPr>
                <w:b/>
              </w:rPr>
              <w:t>2.402.796.000</w:t>
            </w:r>
          </w:p>
        </w:tc>
        <w:tc>
          <w:tcPr>
            <w:tcW w:w="11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8" w:type="dxa"/>
              <w:left w:w="22" w:type="dxa"/>
              <w:bottom w:w="18" w:type="dxa"/>
              <w:right w:w="22" w:type="dxa"/>
            </w:tcMar>
            <w:vAlign w:val="center"/>
          </w:tcPr>
          <w:p w:rsidR="00CF1DEC" w:rsidRPr="008C5CF5" w:rsidRDefault="00CF1DEC" w:rsidP="00D55D5F">
            <w:pPr>
              <w:jc w:val="right"/>
            </w:pPr>
            <w:r w:rsidRPr="008C5CF5">
              <w:rPr>
                <w:b/>
              </w:rPr>
              <w:t>111.230.000</w:t>
            </w:r>
          </w:p>
        </w:tc>
        <w:tc>
          <w:tcPr>
            <w:tcW w:w="11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8" w:type="dxa"/>
              <w:left w:w="22" w:type="dxa"/>
              <w:bottom w:w="18" w:type="dxa"/>
              <w:right w:w="22" w:type="dxa"/>
            </w:tcMar>
            <w:vAlign w:val="center"/>
          </w:tcPr>
          <w:p w:rsidR="00CF1DEC" w:rsidRPr="008C5CF5" w:rsidRDefault="00CF1DEC" w:rsidP="00D55D5F">
            <w:pPr>
              <w:jc w:val="right"/>
            </w:pPr>
            <w:r w:rsidRPr="008C5CF5">
              <w:rPr>
                <w:b/>
              </w:rPr>
              <w:t>119.573.672</w:t>
            </w:r>
          </w:p>
        </w:tc>
        <w:tc>
          <w:tcPr>
            <w:tcW w:w="11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8" w:type="dxa"/>
              <w:left w:w="22" w:type="dxa"/>
              <w:bottom w:w="18" w:type="dxa"/>
              <w:right w:w="22" w:type="dxa"/>
            </w:tcMar>
            <w:vAlign w:val="center"/>
          </w:tcPr>
          <w:p w:rsidR="00CF1DEC" w:rsidRPr="008C5CF5" w:rsidRDefault="00CF1DEC" w:rsidP="00D55D5F">
            <w:pPr>
              <w:jc w:val="right"/>
            </w:pPr>
            <w:r w:rsidRPr="008C5CF5">
              <w:rPr>
                <w:b/>
              </w:rPr>
              <w:t>0</w:t>
            </w:r>
          </w:p>
        </w:tc>
        <w:tc>
          <w:tcPr>
            <w:tcW w:w="11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8" w:type="dxa"/>
              <w:left w:w="22" w:type="dxa"/>
              <w:bottom w:w="18" w:type="dxa"/>
              <w:right w:w="22" w:type="dxa"/>
            </w:tcMar>
            <w:vAlign w:val="center"/>
          </w:tcPr>
          <w:p w:rsidR="00CF1DEC" w:rsidRPr="008C5CF5" w:rsidRDefault="00CF1DEC" w:rsidP="00D55D5F">
            <w:pPr>
              <w:jc w:val="right"/>
            </w:pPr>
            <w:r w:rsidRPr="008C5CF5">
              <w:rPr>
                <w:b/>
              </w:rPr>
              <w:t>38.522.000</w:t>
            </w:r>
          </w:p>
        </w:tc>
        <w:tc>
          <w:tcPr>
            <w:tcW w:w="14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8" w:type="dxa"/>
              <w:left w:w="22" w:type="dxa"/>
              <w:bottom w:w="18" w:type="dxa"/>
              <w:right w:w="22" w:type="dxa"/>
            </w:tcMar>
            <w:vAlign w:val="center"/>
          </w:tcPr>
          <w:p w:rsidR="00CF1DEC" w:rsidRPr="008C5CF5" w:rsidRDefault="00CF1DEC" w:rsidP="00D55D5F">
            <w:pPr>
              <w:jc w:val="right"/>
            </w:pPr>
            <w:r w:rsidRPr="008C5CF5">
              <w:rPr>
                <w:b/>
              </w:rPr>
              <w:t>2.603.165.328</w:t>
            </w:r>
          </w:p>
        </w:tc>
        <w:tc>
          <w:tcPr>
            <w:tcW w:w="14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8" w:type="dxa"/>
              <w:left w:w="22" w:type="dxa"/>
              <w:bottom w:w="18" w:type="dxa"/>
              <w:right w:w="22" w:type="dxa"/>
            </w:tcMar>
            <w:vAlign w:val="center"/>
          </w:tcPr>
          <w:p w:rsidR="00CF1DEC" w:rsidRPr="008C5CF5" w:rsidRDefault="00CF1DEC" w:rsidP="00D55D5F">
            <w:pPr>
              <w:jc w:val="right"/>
            </w:pPr>
            <w:r w:rsidRPr="008C5CF5">
              <w:rPr>
                <w:b/>
              </w:rPr>
              <w:t>2.650.031.000</w:t>
            </w:r>
          </w:p>
        </w:tc>
      </w:tr>
    </w:tbl>
    <w:p w:rsidR="00CF1DEC" w:rsidRPr="008C5CF5" w:rsidRDefault="00CF1DEC" w:rsidP="00705B05">
      <w:pPr>
        <w:jc w:val="center"/>
        <w:rPr>
          <w:sz w:val="22"/>
          <w:szCs w:val="22"/>
          <w:lang w:val="sr-Latn-CS"/>
        </w:rPr>
      </w:pPr>
    </w:p>
    <w:p w:rsidR="00CF1DEC" w:rsidRPr="008C5CF5" w:rsidRDefault="00CF1DEC" w:rsidP="00705B05">
      <w:pPr>
        <w:jc w:val="center"/>
        <w:rPr>
          <w:sz w:val="22"/>
          <w:szCs w:val="22"/>
          <w:lang w:val="sr-Latn-CS"/>
        </w:rPr>
      </w:pPr>
    </w:p>
    <w:p w:rsidR="005C52EB" w:rsidRPr="008C5CF5" w:rsidRDefault="005C52EB" w:rsidP="004771C8">
      <w:pPr>
        <w:jc w:val="center"/>
        <w:rPr>
          <w:color w:val="000000"/>
          <w:sz w:val="22"/>
          <w:lang w:val="sr-Latn-CS"/>
        </w:rPr>
      </w:pPr>
    </w:p>
    <w:p w:rsidR="00705B05" w:rsidRPr="008C5CF5" w:rsidRDefault="00705B05" w:rsidP="00705B05">
      <w:pPr>
        <w:jc w:val="center"/>
        <w:rPr>
          <w:sz w:val="22"/>
          <w:szCs w:val="22"/>
          <w:lang w:val="sr-Latn-CS"/>
        </w:rPr>
      </w:pPr>
      <w:r w:rsidRPr="008C5CF5">
        <w:rPr>
          <w:sz w:val="22"/>
          <w:szCs w:val="22"/>
          <w:lang w:val="sr-Latn-CS"/>
        </w:rPr>
        <w:t xml:space="preserve">Члан </w:t>
      </w:r>
      <w:r w:rsidR="00290FBB" w:rsidRPr="008C5CF5">
        <w:rPr>
          <w:sz w:val="22"/>
          <w:szCs w:val="22"/>
          <w:lang w:val="sr-Latn-CS"/>
        </w:rPr>
        <w:t>8</w:t>
      </w:r>
      <w:r w:rsidRPr="008C5CF5">
        <w:rPr>
          <w:sz w:val="22"/>
          <w:szCs w:val="22"/>
          <w:lang w:val="sr-Latn-CS"/>
        </w:rPr>
        <w:t>.</w:t>
      </w:r>
    </w:p>
    <w:p w:rsidR="00A962F7" w:rsidRPr="008C5CF5" w:rsidRDefault="00705B05" w:rsidP="00A962F7">
      <w:pPr>
        <w:pStyle w:val="xl24"/>
        <w:spacing w:before="0" w:beforeAutospacing="0" w:after="0" w:afterAutospacing="0"/>
        <w:ind w:firstLine="708"/>
        <w:jc w:val="left"/>
        <w:rPr>
          <w:lang w:val="sr-Latn-CS"/>
        </w:rPr>
      </w:pPr>
      <w:r w:rsidRPr="008C5CF5">
        <w:rPr>
          <w:lang w:val="sr-Latn-CS"/>
        </w:rPr>
        <w:tab/>
      </w:r>
    </w:p>
    <w:p w:rsidR="007779DE" w:rsidRPr="008C5CF5" w:rsidRDefault="00A962F7" w:rsidP="007779DE">
      <w:pPr>
        <w:keepLines/>
        <w:spacing w:after="80"/>
        <w:ind w:firstLine="706"/>
        <w:jc w:val="both"/>
        <w:rPr>
          <w:sz w:val="22"/>
          <w:szCs w:val="22"/>
        </w:rPr>
      </w:pPr>
      <w:r w:rsidRPr="008C5CF5">
        <w:rPr>
          <w:sz w:val="21"/>
        </w:rPr>
        <w:t>У члану 53. Буџета, у табеларном де</w:t>
      </w:r>
      <w:r w:rsidR="007779DE" w:rsidRPr="008C5CF5">
        <w:rPr>
          <w:sz w:val="21"/>
        </w:rPr>
        <w:t xml:space="preserve">лу, износи исказани у колонама </w:t>
      </w:r>
      <w:r w:rsidR="007779DE" w:rsidRPr="008C5CF5">
        <w:rPr>
          <w:sz w:val="21"/>
          <w:lang w:val="sr-Cyrl-RS"/>
        </w:rPr>
        <w:t>5</w:t>
      </w:r>
      <w:r w:rsidRPr="008C5CF5">
        <w:rPr>
          <w:sz w:val="21"/>
        </w:rPr>
        <w:t xml:space="preserve">, </w:t>
      </w:r>
      <w:r w:rsidR="007779DE" w:rsidRPr="008C5CF5">
        <w:rPr>
          <w:sz w:val="21"/>
        </w:rPr>
        <w:t>и</w:t>
      </w:r>
      <w:r w:rsidR="007779DE" w:rsidRPr="008C5CF5">
        <w:rPr>
          <w:sz w:val="21"/>
          <w:lang w:val="sr-Cyrl-RS"/>
        </w:rPr>
        <w:t xml:space="preserve"> 7 </w:t>
      </w:r>
      <w:r w:rsidRPr="008C5CF5">
        <w:rPr>
          <w:sz w:val="21"/>
        </w:rPr>
        <w:t>замењују се новим износи</w:t>
      </w:r>
      <w:r w:rsidR="007779DE" w:rsidRPr="008C5CF5">
        <w:rPr>
          <w:sz w:val="21"/>
        </w:rPr>
        <w:t xml:space="preserve">ма исказаним у колонама </w:t>
      </w:r>
      <w:r w:rsidR="007779DE" w:rsidRPr="008C5CF5">
        <w:rPr>
          <w:sz w:val="21"/>
          <w:lang w:val="sr-Cyrl-RS"/>
        </w:rPr>
        <w:t>6</w:t>
      </w:r>
      <w:r w:rsidR="007779DE" w:rsidRPr="008C5CF5">
        <w:rPr>
          <w:sz w:val="21"/>
        </w:rPr>
        <w:t xml:space="preserve"> и </w:t>
      </w:r>
      <w:r w:rsidR="007779DE" w:rsidRPr="008C5CF5">
        <w:rPr>
          <w:sz w:val="21"/>
          <w:lang w:val="sr-Cyrl-RS"/>
        </w:rPr>
        <w:t>8</w:t>
      </w:r>
      <w:r w:rsidRPr="008C5CF5">
        <w:rPr>
          <w:sz w:val="21"/>
        </w:rPr>
        <w:t xml:space="preserve">, </w:t>
      </w:r>
      <w:r w:rsidR="007779DE" w:rsidRPr="008C5CF5">
        <w:rPr>
          <w:sz w:val="22"/>
          <w:szCs w:val="22"/>
          <w:lang w:val="sr-Cyrl-RS"/>
        </w:rPr>
        <w:t xml:space="preserve">колона 9 је нова колона која се додаје (није је било у иницијалном буџету), колона 10 приказује укупна средства из свих извора након ребаланса, </w:t>
      </w:r>
      <w:r w:rsidR="007779DE" w:rsidRPr="008C5CF5">
        <w:rPr>
          <w:sz w:val="22"/>
          <w:szCs w:val="22"/>
        </w:rPr>
        <w:t>и то:</w:t>
      </w:r>
    </w:p>
    <w:p w:rsidR="00A962F7" w:rsidRPr="008C5CF5" w:rsidRDefault="00A962F7" w:rsidP="00A962F7">
      <w:pPr>
        <w:pStyle w:val="xl24"/>
        <w:spacing w:before="0" w:beforeAutospacing="0" w:after="0" w:afterAutospacing="0"/>
        <w:ind w:firstLine="708"/>
        <w:jc w:val="left"/>
        <w:rPr>
          <w:sz w:val="21"/>
        </w:rPr>
      </w:pPr>
      <w:r w:rsidRPr="008C5CF5">
        <w:rPr>
          <w:sz w:val="21"/>
        </w:rPr>
        <w:t>и то:</w:t>
      </w:r>
    </w:p>
    <w:p w:rsidR="007779DE" w:rsidRPr="008C5CF5" w:rsidRDefault="007779DE" w:rsidP="00A962F7">
      <w:pPr>
        <w:pStyle w:val="xl24"/>
        <w:spacing w:before="0" w:beforeAutospacing="0" w:after="0" w:afterAutospacing="0"/>
        <w:ind w:firstLine="708"/>
        <w:jc w:val="left"/>
        <w:rPr>
          <w:sz w:val="21"/>
        </w:rPr>
      </w:pPr>
    </w:p>
    <w:tbl>
      <w:tblPr>
        <w:tblW w:w="14428" w:type="dxa"/>
        <w:jc w:val="center"/>
        <w:tblLook w:val="04A0" w:firstRow="1" w:lastRow="0" w:firstColumn="1" w:lastColumn="0" w:noHBand="0" w:noVBand="1"/>
      </w:tblPr>
      <w:tblGrid>
        <w:gridCol w:w="960"/>
        <w:gridCol w:w="1691"/>
        <w:gridCol w:w="960"/>
        <w:gridCol w:w="3477"/>
        <w:gridCol w:w="1160"/>
        <w:gridCol w:w="1240"/>
        <w:gridCol w:w="1220"/>
        <w:gridCol w:w="1220"/>
        <w:gridCol w:w="1240"/>
        <w:gridCol w:w="1260"/>
      </w:tblGrid>
      <w:tr w:rsidR="007779DE" w:rsidRPr="008C5CF5" w:rsidTr="007779DE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34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Буџет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Ребаланс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Буџет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Ребаланс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Ребаланс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Укупна</w:t>
            </w:r>
          </w:p>
        </w:tc>
      </w:tr>
      <w:tr w:rsidR="007779DE" w:rsidRPr="008C5CF5" w:rsidTr="007779DE">
        <w:trPr>
          <w:trHeight w:val="30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Програм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Програмска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Конто</w:t>
            </w:r>
          </w:p>
        </w:tc>
        <w:tc>
          <w:tcPr>
            <w:tcW w:w="3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Опис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2026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2026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2026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2026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2026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средства</w:t>
            </w:r>
          </w:p>
        </w:tc>
      </w:tr>
      <w:tr w:rsidR="007779DE" w:rsidRPr="008C5CF5" w:rsidTr="007779DE">
        <w:trPr>
          <w:trHeight w:val="30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C92" w:rsidRDefault="007779DE" w:rsidP="007779DE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 xml:space="preserve"> активност/</w:t>
            </w:r>
          </w:p>
          <w:p w:rsidR="007779DE" w:rsidRPr="008C5CF5" w:rsidRDefault="007779DE" w:rsidP="007779DE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пројекат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center"/>
              <w:rPr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план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01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13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ребаланс</w:t>
            </w:r>
          </w:p>
        </w:tc>
      </w:tr>
      <w:tr w:rsidR="007779DE" w:rsidRPr="008C5CF5" w:rsidTr="007779DE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34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9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10</w:t>
            </w:r>
          </w:p>
        </w:tc>
      </w:tr>
      <w:tr w:rsidR="007779DE" w:rsidRPr="008C5CF5" w:rsidTr="007779DE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3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rPr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color w:val="000000"/>
                <w:sz w:val="18"/>
                <w:szCs w:val="18"/>
                <w:lang w:eastAsia="en-GB"/>
              </w:rPr>
              <w:t>Пројектно планирање и набавка имовине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7779DE" w:rsidRPr="008C5CF5" w:rsidTr="007779DE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1101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rPr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color w:val="000000"/>
                <w:sz w:val="18"/>
                <w:szCs w:val="18"/>
                <w:lang w:eastAsia="en-GB"/>
              </w:rPr>
              <w:t>Становање, урбанизам и просторно планирање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7779DE" w:rsidRPr="008C5CF5" w:rsidTr="007779DE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1101-0002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rPr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color w:val="000000"/>
                <w:sz w:val="18"/>
                <w:szCs w:val="18"/>
                <w:lang w:eastAsia="en-GB"/>
              </w:rPr>
              <w:t>Програмска активност 0002- Спровођење урбанистичких и просторних планова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7779DE" w:rsidRPr="008C5CF5" w:rsidTr="007779DE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511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Зграде и грађевинско земљиште (Пројектно планирање)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8.000.000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17.500.000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17.500.000</w:t>
            </w:r>
          </w:p>
        </w:tc>
      </w:tr>
      <w:tr w:rsidR="007779DE" w:rsidRPr="008C5CF5" w:rsidTr="007779DE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541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Земљиште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16.000.000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15.000.000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15.000.000</w:t>
            </w:r>
          </w:p>
        </w:tc>
      </w:tr>
      <w:tr w:rsidR="007779DE" w:rsidRPr="008C5CF5" w:rsidTr="007779DE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7779DE" w:rsidRPr="008C5CF5" w:rsidTr="007779DE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Трансфери основним школама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7779DE" w:rsidRPr="008C5CF5" w:rsidTr="007779DE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2003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Основно образовање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7779DE" w:rsidRPr="008C5CF5" w:rsidTr="007779DE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2003-0001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463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Трансфери осталим нивоима власти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25.000.000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25.000.000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2.700.000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27.700.000</w:t>
            </w:r>
          </w:p>
        </w:tc>
      </w:tr>
      <w:tr w:rsidR="007779DE" w:rsidRPr="008C5CF5" w:rsidTr="007779DE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7779DE" w:rsidRPr="008C5CF5" w:rsidTr="007779DE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7779DE" w:rsidRPr="008C5CF5" w:rsidTr="007779DE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Развој туризма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7779DE" w:rsidRPr="008C5CF5" w:rsidTr="007779DE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1502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Пројекат: Дечије игралиште у централном парку Врњачке Бање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7779DE" w:rsidRPr="008C5CF5" w:rsidTr="007779DE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1502-4009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511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Зграде и грађевински објекти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100.000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3.966.000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10.673.000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10.673.000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14.639.000</w:t>
            </w:r>
          </w:p>
        </w:tc>
      </w:tr>
      <w:tr w:rsidR="007779DE" w:rsidRPr="008C5CF5" w:rsidTr="007779DE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7779DE" w:rsidRPr="008C5CF5" w:rsidTr="007779DE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lastRenderedPageBreak/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rPr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7779DE" w:rsidRPr="008C5CF5" w:rsidTr="007779DE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0501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rPr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color w:val="000000"/>
                <w:sz w:val="18"/>
                <w:szCs w:val="18"/>
                <w:lang w:eastAsia="en-GB"/>
              </w:rPr>
              <w:t>Енергетска ефикасност и обновљиви извори енергије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7779DE" w:rsidRPr="008C5CF5" w:rsidTr="007779DE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0501-5001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rPr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color w:val="000000"/>
                <w:sz w:val="18"/>
                <w:szCs w:val="18"/>
                <w:lang w:eastAsia="en-GB"/>
              </w:rPr>
              <w:t>Пројекат: Унапређење енергетске ефикасности индивидуалних објеката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7779DE" w:rsidRPr="008C5CF5" w:rsidTr="007779DE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454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Субвенције приватним предузећима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10.000.000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10.000.000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11.562.500</w:t>
            </w:r>
          </w:p>
        </w:tc>
      </w:tr>
      <w:tr w:rsidR="007779DE" w:rsidRPr="008C5CF5" w:rsidTr="007779DE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7779DE" w:rsidRPr="008C5CF5" w:rsidTr="007779DE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1102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rPr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color w:val="000000"/>
                <w:sz w:val="18"/>
                <w:szCs w:val="18"/>
                <w:lang w:eastAsia="en-GB"/>
              </w:rPr>
              <w:t>Комуналне делатности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7779DE" w:rsidRPr="008C5CF5" w:rsidTr="007779DE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1102-5002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rPr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color w:val="000000"/>
                <w:sz w:val="18"/>
                <w:szCs w:val="18"/>
                <w:lang w:eastAsia="en-GB"/>
              </w:rPr>
              <w:t>Пројекат: „Санација постројења за пречишћавање воде и резервоара „Липова”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7779DE" w:rsidRPr="008C5CF5" w:rsidTr="007779DE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511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Зграде и грађевински објекти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5.000.000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15.950.000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20.557.000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28.900.672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44.850.672</w:t>
            </w:r>
          </w:p>
        </w:tc>
      </w:tr>
      <w:tr w:rsidR="007779DE" w:rsidRPr="008C5CF5" w:rsidTr="007779DE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7779DE" w:rsidRPr="008C5CF5" w:rsidTr="007779DE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rPr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7779DE" w:rsidRPr="008C5CF5" w:rsidTr="007779DE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1201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rPr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color w:val="000000"/>
                <w:sz w:val="18"/>
                <w:szCs w:val="18"/>
                <w:lang w:eastAsia="en-GB"/>
              </w:rPr>
              <w:t>Развој културе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7779DE" w:rsidRPr="008C5CF5" w:rsidTr="007779DE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1201-5002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Пројекат: Санација и конзерваторско-рестаураторски радови на делу објекта Дворац Белимарковић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7779DE" w:rsidRPr="008C5CF5" w:rsidTr="007779DE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511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Зграде и грађевински објекти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705.000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6.705.000</w:t>
            </w:r>
          </w:p>
        </w:tc>
      </w:tr>
      <w:tr w:rsidR="007779DE" w:rsidRPr="008C5CF5" w:rsidTr="007779DE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rPr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7779DE" w:rsidRPr="008C5CF5" w:rsidTr="007779DE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0401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Заштита животне средине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7779DE" w:rsidRPr="008C5CF5" w:rsidTr="007779DE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0401-5002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Пројекат: Ревитализација споменика природе Паркови Врњачке Бање, фаза III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7779DE" w:rsidRPr="008C5CF5" w:rsidTr="007779DE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424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Специјализоване услуге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3.515.400</w:t>
            </w:r>
          </w:p>
        </w:tc>
      </w:tr>
      <w:tr w:rsidR="007779DE" w:rsidRPr="008C5CF5" w:rsidTr="007779DE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rPr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7779DE" w:rsidRPr="008C5CF5" w:rsidTr="007779DE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1102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Комуналне делатности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7779DE" w:rsidRPr="008C5CF5" w:rsidTr="007779DE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1102-5004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Пројекат: Замена постојећих извора светлости јавне расвете, ЛЕД светиљкама, у делу Врњачке Бање и то: насељена места Грачац и Подунавци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7779DE" w:rsidRPr="008C5CF5" w:rsidTr="007779DE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513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Остале некретнине и опрема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4.501.000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15.001.532</w:t>
            </w:r>
          </w:p>
        </w:tc>
      </w:tr>
      <w:tr w:rsidR="007779DE" w:rsidRPr="008C5CF5" w:rsidTr="007779DE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rPr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7779DE" w:rsidRPr="008C5CF5" w:rsidTr="007779DE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0501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rPr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color w:val="000000"/>
                <w:sz w:val="18"/>
                <w:szCs w:val="18"/>
                <w:lang w:eastAsia="en-GB"/>
              </w:rPr>
              <w:t>Основно образовање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7779DE" w:rsidRPr="008C5CF5" w:rsidTr="007779DE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0501-5003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rPr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color w:val="000000"/>
                <w:sz w:val="18"/>
                <w:szCs w:val="18"/>
                <w:lang w:eastAsia="en-GB"/>
              </w:rPr>
              <w:t>Пројекат: Соларна електрана на сали ОШ "Попински борци"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7779DE" w:rsidRPr="008C5CF5" w:rsidTr="007779DE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513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Остале некретнине и опрема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1.920.000</w:t>
            </w:r>
          </w:p>
        </w:tc>
      </w:tr>
      <w:tr w:rsidR="007779DE" w:rsidRPr="008C5CF5" w:rsidTr="007779DE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rPr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7779DE" w:rsidRPr="008C5CF5" w:rsidTr="007779DE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0501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Енергетска ефикасност и обновљиви извори енергије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7779DE" w:rsidRPr="008C5CF5" w:rsidTr="007779DE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lastRenderedPageBreak/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0501-5002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Пројекта: Уградња соларних панела и пратеће инсталације за производњу електричне енергије за сопствене потребе зграде Општине Врњачка Бања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7779DE" w:rsidRPr="008C5CF5" w:rsidTr="007779DE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513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Остале некретнине и опрема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1.000.000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1.000.000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2.806.000</w:t>
            </w:r>
          </w:p>
        </w:tc>
      </w:tr>
      <w:tr w:rsidR="007779DE" w:rsidRPr="008C5CF5" w:rsidTr="007779DE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7779DE" w:rsidRPr="008C5CF5" w:rsidTr="007779DE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1502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rPr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color w:val="000000"/>
                <w:sz w:val="18"/>
                <w:szCs w:val="18"/>
                <w:lang w:eastAsia="en-GB"/>
              </w:rPr>
              <w:t>Развој туризма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7779DE" w:rsidRPr="008C5CF5" w:rsidTr="007779DE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1502-5001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rPr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color w:val="000000"/>
                <w:sz w:val="18"/>
                <w:szCs w:val="18"/>
                <w:lang w:eastAsia="en-GB"/>
              </w:rPr>
              <w:t>Пројекат: Видиковац на Гочу и уређење језера и спортксог комплекса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7779DE" w:rsidRPr="008C5CF5" w:rsidTr="007779DE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511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Зграде и грађевински објекти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6.000.000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6.000.000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36.000.000</w:t>
            </w:r>
          </w:p>
        </w:tc>
      </w:tr>
      <w:tr w:rsidR="007779DE" w:rsidRPr="008C5CF5" w:rsidTr="007779DE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7779DE" w:rsidRPr="008C5CF5" w:rsidTr="007779DE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0701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Организација саобраћаја и саобраћајна инфраструктура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7779DE" w:rsidRPr="008C5CF5" w:rsidTr="007779DE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0701-5002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Пројекат: Иновативни пројекти у општини Врњачка Бања у области саобраћаја и образовања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</w:p>
        </w:tc>
      </w:tr>
      <w:tr w:rsidR="007779DE" w:rsidRPr="008C5CF5" w:rsidTr="007779DE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511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Зграде и грађевински објекти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2.000.000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2.000.000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2.000.000</w:t>
            </w:r>
          </w:p>
        </w:tc>
      </w:tr>
      <w:tr w:rsidR="007779DE" w:rsidRPr="008C5CF5" w:rsidTr="007779DE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7779DE" w:rsidRPr="008C5CF5" w:rsidTr="007779DE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7779DE" w:rsidRPr="008C5CF5" w:rsidTr="007779DE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rPr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color w:val="000000"/>
                <w:sz w:val="18"/>
                <w:szCs w:val="18"/>
                <w:lang w:eastAsia="en-GB"/>
              </w:rPr>
              <w:t>Установа Спортски центар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7779DE" w:rsidRPr="008C5CF5" w:rsidTr="007779DE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1501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rPr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color w:val="000000"/>
                <w:sz w:val="18"/>
                <w:szCs w:val="18"/>
                <w:lang w:eastAsia="en-GB"/>
              </w:rPr>
              <w:t>Локални економски развој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7779DE" w:rsidRPr="008C5CF5" w:rsidTr="007779DE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1501-5001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Пројекат: Фудбалски терен у Врњцима фаза 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7779DE" w:rsidRPr="008C5CF5" w:rsidTr="007779DE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511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Зграде и грађевински објекти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1.500.000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1.500.000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1.500.000</w:t>
            </w:r>
          </w:p>
        </w:tc>
      </w:tr>
      <w:tr w:rsidR="007779DE" w:rsidRPr="008C5CF5" w:rsidTr="007779DE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7779DE" w:rsidRPr="008C5CF5" w:rsidTr="007779DE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1501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rPr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color w:val="000000"/>
                <w:sz w:val="18"/>
                <w:szCs w:val="18"/>
                <w:lang w:eastAsia="en-GB"/>
              </w:rPr>
              <w:t>Локални економски развој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7779DE" w:rsidRPr="008C5CF5" w:rsidTr="007779DE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1501-5002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rPr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color w:val="000000"/>
                <w:sz w:val="18"/>
                <w:szCs w:val="18"/>
                <w:lang w:eastAsia="en-GB"/>
              </w:rPr>
              <w:t>Пројекат: Балон сала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7779DE" w:rsidRPr="008C5CF5" w:rsidTr="007779DE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511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Зграде и грађевински објекти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22.850.000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22.850.000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22.850.000</w:t>
            </w:r>
          </w:p>
        </w:tc>
      </w:tr>
      <w:tr w:rsidR="007779DE" w:rsidRPr="008C5CF5" w:rsidTr="007779DE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7779DE" w:rsidRPr="008C5CF5" w:rsidTr="007779DE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rPr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color w:val="000000"/>
                <w:sz w:val="18"/>
                <w:szCs w:val="18"/>
                <w:lang w:eastAsia="en-GB"/>
              </w:rPr>
              <w:t>Управљање добрима од општег интереса и добрима у општој употреби у јавној својини (део за јавну расвету)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7779DE" w:rsidRPr="008C5CF5" w:rsidTr="007779DE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1102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rPr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color w:val="000000"/>
                <w:sz w:val="18"/>
                <w:szCs w:val="18"/>
                <w:lang w:eastAsia="en-GB"/>
              </w:rPr>
              <w:t>Комуналне делатности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7779DE" w:rsidRPr="008C5CF5" w:rsidTr="007779DE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1102-0001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Програмска активност 0001- Управљање/одржавање јавним осветљењем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7779DE" w:rsidRPr="008C5CF5" w:rsidTr="007779DE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425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 xml:space="preserve">Текуће поправке и одржавање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10.000.000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9.600.000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9.600.000</w:t>
            </w:r>
          </w:p>
        </w:tc>
      </w:tr>
      <w:tr w:rsidR="007779DE" w:rsidRPr="008C5CF5" w:rsidTr="007779DE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511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Зграде и грађевински објекти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4.000.000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4.000.000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4.000.000</w:t>
            </w:r>
          </w:p>
        </w:tc>
      </w:tr>
      <w:tr w:rsidR="007779DE" w:rsidRPr="008C5CF5" w:rsidTr="007779DE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7779DE" w:rsidRPr="008C5CF5" w:rsidTr="007779DE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rPr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color w:val="000000"/>
                <w:sz w:val="18"/>
                <w:szCs w:val="18"/>
                <w:lang w:eastAsia="en-GB"/>
              </w:rPr>
              <w:t xml:space="preserve">Управљање добрима од општег </w:t>
            </w:r>
            <w:r w:rsidRPr="008C5CF5">
              <w:rPr>
                <w:b/>
                <w:bCs/>
                <w:color w:val="000000"/>
                <w:sz w:val="18"/>
                <w:szCs w:val="18"/>
                <w:lang w:eastAsia="en-GB"/>
              </w:rPr>
              <w:lastRenderedPageBreak/>
              <w:t>интереса и добрима у општој употреби у јавној својини (део за путеве и површине јавне намене)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lastRenderedPageBreak/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7779DE" w:rsidRPr="008C5CF5" w:rsidTr="007779DE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1101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rPr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color w:val="000000"/>
                <w:sz w:val="18"/>
                <w:szCs w:val="18"/>
                <w:lang w:eastAsia="en-GB"/>
              </w:rPr>
              <w:t>Становање, урбанизам и просторно планирање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7779DE" w:rsidRPr="008C5CF5" w:rsidTr="007779DE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1101-0002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Програмска активност 0002- Спровођење урбанистичких и просторних планова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7779DE" w:rsidRPr="008C5CF5" w:rsidTr="007779DE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425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Текуће поправке и одржавање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78.000.000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78.000.000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78.000.000</w:t>
            </w:r>
          </w:p>
        </w:tc>
      </w:tr>
      <w:tr w:rsidR="007779DE" w:rsidRPr="008C5CF5" w:rsidTr="007779DE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511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 xml:space="preserve">Зграде и грађевински објекти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45.000.000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45.000.000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55.000.000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55.000.000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100.000.000</w:t>
            </w:r>
          </w:p>
        </w:tc>
      </w:tr>
      <w:tr w:rsidR="007779DE" w:rsidRPr="008C5CF5" w:rsidTr="007779DE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7779DE" w:rsidRPr="008C5CF5" w:rsidTr="007779DE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510</w:t>
            </w:r>
            <w:r w:rsidRPr="008C5CF5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*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Основна средства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39.460.000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44.428.000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46.538.000</w:t>
            </w:r>
          </w:p>
        </w:tc>
      </w:tr>
      <w:tr w:rsidR="007779DE" w:rsidRPr="008C5CF5" w:rsidTr="007779DE">
        <w:trPr>
          <w:trHeight w:val="300"/>
          <w:jc w:val="center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Укупно: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color w:val="000000"/>
                <w:sz w:val="18"/>
                <w:szCs w:val="18"/>
                <w:lang w:eastAsia="en-GB"/>
              </w:rPr>
              <w:t>248.910.000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color w:val="000000"/>
                <w:sz w:val="18"/>
                <w:szCs w:val="18"/>
                <w:lang w:eastAsia="en-GB"/>
              </w:rPr>
              <w:t>282.000.000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color w:val="000000"/>
                <w:sz w:val="18"/>
                <w:szCs w:val="18"/>
                <w:lang w:eastAsia="en-GB"/>
              </w:rPr>
              <w:t>111.230.000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color w:val="000000"/>
                <w:sz w:val="18"/>
                <w:szCs w:val="18"/>
                <w:lang w:eastAsia="en-GB"/>
              </w:rPr>
              <w:t>119.573.672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color w:val="000000"/>
                <w:sz w:val="18"/>
                <w:szCs w:val="18"/>
                <w:lang w:eastAsia="en-GB"/>
              </w:rPr>
              <w:t>2.700.000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9DE" w:rsidRPr="008C5CF5" w:rsidRDefault="007779DE" w:rsidP="007779DE">
            <w:pPr>
              <w:jc w:val="right"/>
              <w:rPr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color w:val="000000"/>
                <w:sz w:val="18"/>
                <w:szCs w:val="18"/>
                <w:lang w:eastAsia="en-GB"/>
              </w:rPr>
              <w:t>461.688.104</w:t>
            </w:r>
          </w:p>
        </w:tc>
      </w:tr>
    </w:tbl>
    <w:p w:rsidR="007779DE" w:rsidRPr="008C5CF5" w:rsidRDefault="007779DE" w:rsidP="00A962F7">
      <w:pPr>
        <w:pStyle w:val="xl24"/>
        <w:spacing w:before="0" w:beforeAutospacing="0" w:after="0" w:afterAutospacing="0"/>
        <w:ind w:firstLine="708"/>
        <w:jc w:val="left"/>
        <w:rPr>
          <w:sz w:val="21"/>
        </w:rPr>
      </w:pPr>
    </w:p>
    <w:p w:rsidR="007779DE" w:rsidRPr="008C5CF5" w:rsidRDefault="007779DE" w:rsidP="00A962F7">
      <w:pPr>
        <w:pStyle w:val="xl24"/>
        <w:spacing w:before="0" w:beforeAutospacing="0" w:after="0" w:afterAutospacing="0"/>
        <w:ind w:firstLine="708"/>
        <w:jc w:val="left"/>
        <w:rPr>
          <w:sz w:val="21"/>
        </w:rPr>
      </w:pPr>
    </w:p>
    <w:p w:rsidR="00B1152D" w:rsidRPr="008C5CF5" w:rsidRDefault="00B1152D" w:rsidP="00B1152D">
      <w:pPr>
        <w:jc w:val="right"/>
        <w:rPr>
          <w:color w:val="000000"/>
          <w:sz w:val="22"/>
          <w:lang w:val="sr-Latn-CS"/>
        </w:rPr>
      </w:pPr>
      <w:r w:rsidRPr="008C5CF5">
        <w:rPr>
          <w:color w:val="000000"/>
          <w:sz w:val="22"/>
          <w:lang w:val="sr-Latn-CS"/>
        </w:rPr>
        <w:t>„</w:t>
      </w:r>
    </w:p>
    <w:p w:rsidR="00B1152D" w:rsidRPr="008C5CF5" w:rsidRDefault="00B1152D" w:rsidP="00705B05">
      <w:pPr>
        <w:jc w:val="both"/>
        <w:rPr>
          <w:color w:val="000000"/>
          <w:sz w:val="22"/>
          <w:lang w:val="sr-Latn-CS"/>
        </w:rPr>
      </w:pPr>
    </w:p>
    <w:p w:rsidR="00D55D5F" w:rsidRPr="008C5CF5" w:rsidRDefault="00D55D5F" w:rsidP="00D55D5F">
      <w:pPr>
        <w:spacing w:after="100"/>
        <w:ind w:firstLine="706"/>
        <w:jc w:val="both"/>
      </w:pPr>
      <w:r w:rsidRPr="008C5CF5">
        <w:rPr>
          <w:sz w:val="21"/>
        </w:rPr>
        <w:t>План капиталних инвестиција за 2026. годину – аналитички, у делу пројеката код којих су измењени планирани износи, мења се и гласи: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605"/>
        <w:gridCol w:w="619"/>
        <w:gridCol w:w="907"/>
        <w:gridCol w:w="1469"/>
        <w:gridCol w:w="749"/>
        <w:gridCol w:w="1008"/>
        <w:gridCol w:w="3139"/>
        <w:gridCol w:w="1584"/>
        <w:gridCol w:w="1310"/>
        <w:gridCol w:w="1310"/>
        <w:gridCol w:w="1310"/>
      </w:tblGrid>
      <w:tr w:rsidR="00D55D5F" w:rsidRPr="008C5CF5" w:rsidTr="00D55D5F">
        <w:trPr>
          <w:cantSplit/>
          <w:tblHeader/>
          <w:jc w:val="center"/>
        </w:trPr>
        <w:tc>
          <w:tcPr>
            <w:tcW w:w="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:rsidR="00D55D5F" w:rsidRPr="008C5CF5" w:rsidRDefault="00D55D5F" w:rsidP="00D55D5F">
            <w:pPr>
              <w:jc w:val="center"/>
            </w:pPr>
            <w:r w:rsidRPr="008C5CF5">
              <w:t>Р.бр.</w:t>
            </w:r>
          </w:p>
        </w:tc>
        <w:tc>
          <w:tcPr>
            <w:tcW w:w="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:rsidR="00D55D5F" w:rsidRPr="008C5CF5" w:rsidRDefault="00D55D5F" w:rsidP="00D55D5F">
            <w:pPr>
              <w:jc w:val="center"/>
            </w:pPr>
            <w:r w:rsidRPr="008C5CF5">
              <w:t>Раздео</w:t>
            </w:r>
          </w:p>
        </w:tc>
        <w:tc>
          <w:tcPr>
            <w:tcW w:w="9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:rsidR="00D55D5F" w:rsidRPr="008C5CF5" w:rsidRDefault="00D55D5F" w:rsidP="00D55D5F">
            <w:pPr>
              <w:jc w:val="center"/>
            </w:pPr>
            <w:r w:rsidRPr="008C5CF5">
              <w:t>Глава</w:t>
            </w:r>
          </w:p>
        </w:tc>
        <w:tc>
          <w:tcPr>
            <w:tcW w:w="14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:rsidR="00D55D5F" w:rsidRPr="008C5CF5" w:rsidRDefault="00D55D5F" w:rsidP="00D55D5F">
            <w:pPr>
              <w:jc w:val="center"/>
            </w:pPr>
            <w:r w:rsidRPr="008C5CF5">
              <w:t>Назив буџетског корисника</w:t>
            </w:r>
          </w:p>
        </w:tc>
        <w:tc>
          <w:tcPr>
            <w:tcW w:w="7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:rsidR="00D55D5F" w:rsidRPr="008C5CF5" w:rsidRDefault="00D55D5F" w:rsidP="00D55D5F">
            <w:pPr>
              <w:jc w:val="center"/>
            </w:pPr>
            <w:r w:rsidRPr="008C5CF5">
              <w:t>Програм</w:t>
            </w:r>
          </w:p>
        </w:tc>
        <w:tc>
          <w:tcPr>
            <w:tcW w:w="1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:rsidR="00D55D5F" w:rsidRPr="008C5CF5" w:rsidRDefault="00D55D5F" w:rsidP="00D55D5F">
            <w:pPr>
              <w:jc w:val="center"/>
            </w:pPr>
            <w:r w:rsidRPr="008C5CF5">
              <w:t>Шифра пројекта</w:t>
            </w:r>
          </w:p>
        </w:tc>
        <w:tc>
          <w:tcPr>
            <w:tcW w:w="31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:rsidR="00D55D5F" w:rsidRPr="008C5CF5" w:rsidRDefault="00D55D5F" w:rsidP="00D55D5F">
            <w:pPr>
              <w:jc w:val="center"/>
            </w:pPr>
            <w:r w:rsidRPr="008C5CF5">
              <w:t>Назив капиталног пројекта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:rsidR="00D55D5F" w:rsidRPr="008C5CF5" w:rsidRDefault="00D55D5F" w:rsidP="00D55D5F">
            <w:pPr>
              <w:jc w:val="center"/>
            </w:pPr>
            <w:r w:rsidRPr="008C5CF5">
              <w:t>Назив капиталног пројекта</w:t>
            </w:r>
          </w:p>
        </w:tc>
        <w:tc>
          <w:tcPr>
            <w:tcW w:w="1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:rsidR="00D55D5F" w:rsidRPr="008C5CF5" w:rsidRDefault="00D55D5F" w:rsidP="00D55D5F">
            <w:pPr>
              <w:jc w:val="center"/>
            </w:pPr>
            <w:r w:rsidRPr="008C5CF5">
              <w:t>Планирана средства по годинама (у динарима)</w:t>
            </w:r>
          </w:p>
        </w:tc>
        <w:tc>
          <w:tcPr>
            <w:tcW w:w="1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:rsidR="00D55D5F" w:rsidRPr="008C5CF5" w:rsidRDefault="00D55D5F" w:rsidP="00D55D5F">
            <w:pPr>
              <w:jc w:val="center"/>
            </w:pPr>
            <w:r w:rsidRPr="008C5CF5">
              <w:t>Планирана средства по годинама (у динарима)</w:t>
            </w:r>
          </w:p>
        </w:tc>
        <w:tc>
          <w:tcPr>
            <w:tcW w:w="1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:rsidR="00D55D5F" w:rsidRPr="008C5CF5" w:rsidRDefault="00D55D5F" w:rsidP="00D55D5F">
            <w:pPr>
              <w:jc w:val="center"/>
            </w:pPr>
            <w:r w:rsidRPr="008C5CF5">
              <w:t>Планирана средства по годинама (у динарима)</w:t>
            </w:r>
          </w:p>
        </w:tc>
      </w:tr>
      <w:tr w:rsidR="00D55D5F" w:rsidRPr="008C5CF5" w:rsidTr="00D55D5F">
        <w:trPr>
          <w:cantSplit/>
          <w:tblHeader/>
          <w:jc w:val="center"/>
        </w:trPr>
        <w:tc>
          <w:tcPr>
            <w:tcW w:w="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:rsidR="00D55D5F" w:rsidRPr="008C5CF5" w:rsidRDefault="00D55D5F" w:rsidP="00D55D5F">
            <w:pPr>
              <w:jc w:val="center"/>
            </w:pPr>
          </w:p>
        </w:tc>
        <w:tc>
          <w:tcPr>
            <w:tcW w:w="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:rsidR="00D55D5F" w:rsidRPr="008C5CF5" w:rsidRDefault="00D55D5F" w:rsidP="00D55D5F">
            <w:pPr>
              <w:jc w:val="center"/>
            </w:pPr>
          </w:p>
        </w:tc>
        <w:tc>
          <w:tcPr>
            <w:tcW w:w="9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:rsidR="00D55D5F" w:rsidRPr="008C5CF5" w:rsidRDefault="00D55D5F" w:rsidP="00D55D5F">
            <w:pPr>
              <w:jc w:val="center"/>
            </w:pPr>
          </w:p>
        </w:tc>
        <w:tc>
          <w:tcPr>
            <w:tcW w:w="14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:rsidR="00D55D5F" w:rsidRPr="008C5CF5" w:rsidRDefault="00D55D5F" w:rsidP="00D55D5F">
            <w:pPr>
              <w:jc w:val="center"/>
            </w:pPr>
          </w:p>
        </w:tc>
        <w:tc>
          <w:tcPr>
            <w:tcW w:w="7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:rsidR="00D55D5F" w:rsidRPr="008C5CF5" w:rsidRDefault="00D55D5F" w:rsidP="00D55D5F">
            <w:pPr>
              <w:jc w:val="center"/>
            </w:pPr>
          </w:p>
        </w:tc>
        <w:tc>
          <w:tcPr>
            <w:tcW w:w="1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:rsidR="00D55D5F" w:rsidRPr="008C5CF5" w:rsidRDefault="00D55D5F" w:rsidP="00D55D5F">
            <w:pPr>
              <w:jc w:val="center"/>
            </w:pPr>
          </w:p>
        </w:tc>
        <w:tc>
          <w:tcPr>
            <w:tcW w:w="31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:rsidR="00D55D5F" w:rsidRPr="008C5CF5" w:rsidRDefault="00D55D5F" w:rsidP="00D55D5F">
            <w:pPr>
              <w:jc w:val="center"/>
            </w:pP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:rsidR="00D55D5F" w:rsidRPr="008C5CF5" w:rsidRDefault="00D55D5F" w:rsidP="00D55D5F">
            <w:pPr>
              <w:jc w:val="center"/>
            </w:pPr>
          </w:p>
        </w:tc>
        <w:tc>
          <w:tcPr>
            <w:tcW w:w="1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:rsidR="00D55D5F" w:rsidRPr="008C5CF5" w:rsidRDefault="00D55D5F" w:rsidP="00D55D5F">
            <w:pPr>
              <w:jc w:val="center"/>
            </w:pPr>
            <w:r w:rsidRPr="008C5CF5">
              <w:t>2026</w:t>
            </w:r>
          </w:p>
        </w:tc>
        <w:tc>
          <w:tcPr>
            <w:tcW w:w="1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:rsidR="00D55D5F" w:rsidRPr="008C5CF5" w:rsidRDefault="00D55D5F" w:rsidP="00D55D5F">
            <w:pPr>
              <w:jc w:val="center"/>
            </w:pPr>
            <w:r w:rsidRPr="008C5CF5">
              <w:t>2027</w:t>
            </w:r>
          </w:p>
        </w:tc>
        <w:tc>
          <w:tcPr>
            <w:tcW w:w="1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:rsidR="00D55D5F" w:rsidRPr="008C5CF5" w:rsidRDefault="00D55D5F" w:rsidP="00D55D5F">
            <w:pPr>
              <w:jc w:val="center"/>
            </w:pPr>
            <w:r w:rsidRPr="008C5CF5">
              <w:t>2028</w:t>
            </w:r>
          </w:p>
        </w:tc>
      </w:tr>
      <w:tr w:rsidR="00D55D5F" w:rsidRPr="008C5CF5" w:rsidTr="00D55D5F">
        <w:trPr>
          <w:cantSplit/>
          <w:jc w:val="center"/>
        </w:trPr>
        <w:tc>
          <w:tcPr>
            <w:tcW w:w="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:rsidR="00D55D5F" w:rsidRPr="008C5CF5" w:rsidRDefault="00D55D5F" w:rsidP="00D55D5F">
            <w:pPr>
              <w:jc w:val="center"/>
            </w:pPr>
            <w:r w:rsidRPr="008C5CF5">
              <w:rPr>
                <w:b/>
              </w:rPr>
              <w:t>3</w:t>
            </w:r>
          </w:p>
        </w:tc>
        <w:tc>
          <w:tcPr>
            <w:tcW w:w="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:rsidR="00D55D5F" w:rsidRPr="008C5CF5" w:rsidRDefault="00D55D5F" w:rsidP="00D55D5F">
            <w:pPr>
              <w:jc w:val="center"/>
            </w:pPr>
            <w:r w:rsidRPr="008C5CF5">
              <w:rPr>
                <w:b/>
              </w:rPr>
              <w:t>5</w:t>
            </w:r>
          </w:p>
        </w:tc>
        <w:tc>
          <w:tcPr>
            <w:tcW w:w="9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:rsidR="00D55D5F" w:rsidRPr="008C5CF5" w:rsidRDefault="00D55D5F" w:rsidP="00D55D5F">
            <w:pPr>
              <w:jc w:val="center"/>
            </w:pPr>
            <w:r w:rsidRPr="008C5CF5">
              <w:rPr>
                <w:b/>
              </w:rPr>
              <w:t>5.01.36.</w:t>
            </w:r>
          </w:p>
        </w:tc>
        <w:tc>
          <w:tcPr>
            <w:tcW w:w="14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:rsidR="00D55D5F" w:rsidRPr="008C5CF5" w:rsidRDefault="00D55D5F" w:rsidP="00D55D5F">
            <w:r w:rsidRPr="008C5CF5">
              <w:rPr>
                <w:b/>
              </w:rPr>
              <w:t>Општинска управа</w:t>
            </w:r>
          </w:p>
        </w:tc>
        <w:tc>
          <w:tcPr>
            <w:tcW w:w="7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:rsidR="00D55D5F" w:rsidRPr="008C5CF5" w:rsidRDefault="00D55D5F" w:rsidP="00D55D5F">
            <w:pPr>
              <w:jc w:val="center"/>
            </w:pPr>
            <w:r w:rsidRPr="008C5CF5">
              <w:rPr>
                <w:b/>
              </w:rPr>
              <w:t>1102</w:t>
            </w:r>
          </w:p>
        </w:tc>
        <w:tc>
          <w:tcPr>
            <w:tcW w:w="1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:rsidR="00D55D5F" w:rsidRPr="008C5CF5" w:rsidRDefault="00D55D5F" w:rsidP="00D55D5F">
            <w:pPr>
              <w:jc w:val="center"/>
            </w:pPr>
            <w:r w:rsidRPr="008C5CF5">
              <w:rPr>
                <w:b/>
              </w:rPr>
              <w:t>1102-5002</w:t>
            </w:r>
          </w:p>
        </w:tc>
        <w:tc>
          <w:tcPr>
            <w:tcW w:w="31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:rsidR="00D55D5F" w:rsidRPr="008C5CF5" w:rsidRDefault="00D55D5F" w:rsidP="00D55D5F">
            <w:r w:rsidRPr="008C5CF5">
              <w:rPr>
                <w:b/>
              </w:rPr>
              <w:t>Санација постројења за пречишћавање воде и резервоара „Липова“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:rsidR="00D55D5F" w:rsidRPr="008C5CF5" w:rsidRDefault="00D55D5F" w:rsidP="00D55D5F">
            <w:r w:rsidRPr="008C5CF5">
              <w:rPr>
                <w:b/>
              </w:rPr>
              <w:t>Санација постројења за пречишћавање воде и резервоара „Липова“</w:t>
            </w:r>
          </w:p>
        </w:tc>
        <w:tc>
          <w:tcPr>
            <w:tcW w:w="1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:rsidR="00D55D5F" w:rsidRPr="008C5CF5" w:rsidRDefault="00D55D5F" w:rsidP="00D55D5F">
            <w:pPr>
              <w:jc w:val="right"/>
            </w:pPr>
            <w:r w:rsidRPr="008C5CF5">
              <w:rPr>
                <w:b/>
              </w:rPr>
              <w:t>44.850.672</w:t>
            </w:r>
          </w:p>
        </w:tc>
        <w:tc>
          <w:tcPr>
            <w:tcW w:w="1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:rsidR="00D55D5F" w:rsidRPr="008C5CF5" w:rsidRDefault="00D55D5F" w:rsidP="00D55D5F">
            <w:pPr>
              <w:jc w:val="right"/>
            </w:pPr>
            <w:r w:rsidRPr="008C5CF5">
              <w:rPr>
                <w:b/>
              </w:rPr>
              <w:t>/</w:t>
            </w:r>
          </w:p>
        </w:tc>
        <w:tc>
          <w:tcPr>
            <w:tcW w:w="1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:rsidR="00D55D5F" w:rsidRPr="008C5CF5" w:rsidRDefault="00D55D5F" w:rsidP="00D55D5F">
            <w:pPr>
              <w:jc w:val="right"/>
            </w:pPr>
            <w:r w:rsidRPr="008C5CF5">
              <w:rPr>
                <w:b/>
              </w:rPr>
              <w:t>/</w:t>
            </w:r>
          </w:p>
        </w:tc>
      </w:tr>
      <w:tr w:rsidR="00D55D5F" w:rsidRPr="008C5CF5" w:rsidTr="00D55D5F">
        <w:trPr>
          <w:cantSplit/>
          <w:jc w:val="center"/>
        </w:trPr>
        <w:tc>
          <w:tcPr>
            <w:tcW w:w="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:rsidR="00D55D5F" w:rsidRPr="008C5CF5" w:rsidRDefault="00D55D5F" w:rsidP="00D55D5F">
            <w:pPr>
              <w:jc w:val="center"/>
            </w:pPr>
            <w:r w:rsidRPr="008C5CF5">
              <w:t>3</w:t>
            </w:r>
          </w:p>
        </w:tc>
        <w:tc>
          <w:tcPr>
            <w:tcW w:w="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:rsidR="00D55D5F" w:rsidRPr="008C5CF5" w:rsidRDefault="00D55D5F" w:rsidP="00D55D5F">
            <w:pPr>
              <w:jc w:val="center"/>
            </w:pPr>
            <w:r w:rsidRPr="008C5CF5">
              <w:t>5</w:t>
            </w:r>
          </w:p>
        </w:tc>
        <w:tc>
          <w:tcPr>
            <w:tcW w:w="9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:rsidR="00D55D5F" w:rsidRPr="008C5CF5" w:rsidRDefault="00D55D5F" w:rsidP="00D55D5F">
            <w:pPr>
              <w:jc w:val="center"/>
            </w:pPr>
            <w:r w:rsidRPr="008C5CF5">
              <w:t>5.01.36.</w:t>
            </w:r>
          </w:p>
        </w:tc>
        <w:tc>
          <w:tcPr>
            <w:tcW w:w="14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:rsidR="00D55D5F" w:rsidRPr="008C5CF5" w:rsidRDefault="00D55D5F" w:rsidP="00D55D5F">
            <w:r w:rsidRPr="008C5CF5">
              <w:t>Општинска управа</w:t>
            </w:r>
          </w:p>
        </w:tc>
        <w:tc>
          <w:tcPr>
            <w:tcW w:w="7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:rsidR="00D55D5F" w:rsidRPr="008C5CF5" w:rsidRDefault="00D55D5F" w:rsidP="00D55D5F">
            <w:pPr>
              <w:jc w:val="center"/>
            </w:pPr>
            <w:r w:rsidRPr="008C5CF5">
              <w:t>1102</w:t>
            </w:r>
          </w:p>
        </w:tc>
        <w:tc>
          <w:tcPr>
            <w:tcW w:w="1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:rsidR="00D55D5F" w:rsidRPr="008C5CF5" w:rsidRDefault="00D55D5F" w:rsidP="00D55D5F">
            <w:pPr>
              <w:jc w:val="center"/>
            </w:pPr>
            <w:r w:rsidRPr="008C5CF5">
              <w:t>1102-5002</w:t>
            </w:r>
          </w:p>
        </w:tc>
        <w:tc>
          <w:tcPr>
            <w:tcW w:w="31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:rsidR="00D55D5F" w:rsidRPr="008C5CF5" w:rsidRDefault="00D55D5F" w:rsidP="00D55D5F">
            <w:r w:rsidRPr="008C5CF5">
              <w:t>Година почетка финансирања пројекта: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:rsidR="00D55D5F" w:rsidRPr="008C5CF5" w:rsidRDefault="00D55D5F" w:rsidP="00D55D5F">
            <w:r w:rsidRPr="008C5CF5">
              <w:t>2024</w:t>
            </w:r>
          </w:p>
        </w:tc>
        <w:tc>
          <w:tcPr>
            <w:tcW w:w="1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:rsidR="00D55D5F" w:rsidRPr="008C5CF5" w:rsidRDefault="00D55D5F" w:rsidP="00D55D5F">
            <w:pPr>
              <w:jc w:val="right"/>
            </w:pPr>
          </w:p>
        </w:tc>
        <w:tc>
          <w:tcPr>
            <w:tcW w:w="1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:rsidR="00D55D5F" w:rsidRPr="008C5CF5" w:rsidRDefault="00D55D5F" w:rsidP="00D55D5F">
            <w:pPr>
              <w:jc w:val="right"/>
            </w:pPr>
          </w:p>
        </w:tc>
        <w:tc>
          <w:tcPr>
            <w:tcW w:w="1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:rsidR="00D55D5F" w:rsidRPr="008C5CF5" w:rsidRDefault="00D55D5F" w:rsidP="00D55D5F">
            <w:pPr>
              <w:jc w:val="right"/>
            </w:pPr>
          </w:p>
        </w:tc>
      </w:tr>
      <w:tr w:rsidR="00D55D5F" w:rsidRPr="008C5CF5" w:rsidTr="00D55D5F">
        <w:trPr>
          <w:cantSplit/>
          <w:jc w:val="center"/>
        </w:trPr>
        <w:tc>
          <w:tcPr>
            <w:tcW w:w="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:rsidR="00D55D5F" w:rsidRPr="008C5CF5" w:rsidRDefault="00D55D5F" w:rsidP="00D55D5F">
            <w:pPr>
              <w:jc w:val="center"/>
            </w:pPr>
            <w:r w:rsidRPr="008C5CF5">
              <w:t>3</w:t>
            </w:r>
          </w:p>
        </w:tc>
        <w:tc>
          <w:tcPr>
            <w:tcW w:w="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:rsidR="00D55D5F" w:rsidRPr="008C5CF5" w:rsidRDefault="00D55D5F" w:rsidP="00D55D5F">
            <w:pPr>
              <w:jc w:val="center"/>
            </w:pPr>
            <w:r w:rsidRPr="008C5CF5">
              <w:t>5</w:t>
            </w:r>
          </w:p>
        </w:tc>
        <w:tc>
          <w:tcPr>
            <w:tcW w:w="9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:rsidR="00D55D5F" w:rsidRPr="008C5CF5" w:rsidRDefault="00D55D5F" w:rsidP="00D55D5F">
            <w:pPr>
              <w:jc w:val="center"/>
            </w:pPr>
            <w:r w:rsidRPr="008C5CF5">
              <w:t>5.01.36.</w:t>
            </w:r>
          </w:p>
        </w:tc>
        <w:tc>
          <w:tcPr>
            <w:tcW w:w="14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:rsidR="00D55D5F" w:rsidRPr="008C5CF5" w:rsidRDefault="00D55D5F" w:rsidP="00D55D5F">
            <w:r w:rsidRPr="008C5CF5">
              <w:t>Општинска управа</w:t>
            </w:r>
          </w:p>
        </w:tc>
        <w:tc>
          <w:tcPr>
            <w:tcW w:w="7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:rsidR="00D55D5F" w:rsidRPr="008C5CF5" w:rsidRDefault="00D55D5F" w:rsidP="00D55D5F">
            <w:pPr>
              <w:jc w:val="center"/>
            </w:pPr>
            <w:r w:rsidRPr="008C5CF5">
              <w:t>1102</w:t>
            </w:r>
          </w:p>
        </w:tc>
        <w:tc>
          <w:tcPr>
            <w:tcW w:w="1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:rsidR="00D55D5F" w:rsidRPr="008C5CF5" w:rsidRDefault="00D55D5F" w:rsidP="00D55D5F">
            <w:pPr>
              <w:jc w:val="center"/>
            </w:pPr>
            <w:r w:rsidRPr="008C5CF5">
              <w:t>1102-5002</w:t>
            </w:r>
          </w:p>
        </w:tc>
        <w:tc>
          <w:tcPr>
            <w:tcW w:w="31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:rsidR="00D55D5F" w:rsidRPr="008C5CF5" w:rsidRDefault="00D55D5F" w:rsidP="00D55D5F">
            <w:r w:rsidRPr="008C5CF5">
              <w:t>Година завршетка финансирања пројекта: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:rsidR="00D55D5F" w:rsidRPr="008C5CF5" w:rsidRDefault="00D55D5F" w:rsidP="00D55D5F">
            <w:r w:rsidRPr="008C5CF5">
              <w:t>2026</w:t>
            </w:r>
          </w:p>
        </w:tc>
        <w:tc>
          <w:tcPr>
            <w:tcW w:w="1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:rsidR="00D55D5F" w:rsidRPr="008C5CF5" w:rsidRDefault="00D55D5F" w:rsidP="00D55D5F">
            <w:pPr>
              <w:jc w:val="right"/>
            </w:pPr>
          </w:p>
        </w:tc>
        <w:tc>
          <w:tcPr>
            <w:tcW w:w="1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:rsidR="00D55D5F" w:rsidRPr="008C5CF5" w:rsidRDefault="00D55D5F" w:rsidP="00D55D5F">
            <w:pPr>
              <w:jc w:val="right"/>
            </w:pPr>
          </w:p>
        </w:tc>
        <w:tc>
          <w:tcPr>
            <w:tcW w:w="1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:rsidR="00D55D5F" w:rsidRPr="008C5CF5" w:rsidRDefault="00D55D5F" w:rsidP="00D55D5F">
            <w:pPr>
              <w:jc w:val="right"/>
            </w:pPr>
          </w:p>
        </w:tc>
      </w:tr>
      <w:tr w:rsidR="00D55D5F" w:rsidRPr="008C5CF5" w:rsidTr="00D55D5F">
        <w:trPr>
          <w:cantSplit/>
          <w:jc w:val="center"/>
        </w:trPr>
        <w:tc>
          <w:tcPr>
            <w:tcW w:w="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:rsidR="00D55D5F" w:rsidRPr="008C5CF5" w:rsidRDefault="00D55D5F" w:rsidP="00D55D5F">
            <w:pPr>
              <w:jc w:val="center"/>
            </w:pPr>
            <w:r w:rsidRPr="008C5CF5">
              <w:t>3</w:t>
            </w:r>
          </w:p>
        </w:tc>
        <w:tc>
          <w:tcPr>
            <w:tcW w:w="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:rsidR="00D55D5F" w:rsidRPr="008C5CF5" w:rsidRDefault="00D55D5F" w:rsidP="00D55D5F">
            <w:pPr>
              <w:jc w:val="center"/>
            </w:pPr>
            <w:r w:rsidRPr="008C5CF5">
              <w:t>5</w:t>
            </w:r>
          </w:p>
        </w:tc>
        <w:tc>
          <w:tcPr>
            <w:tcW w:w="9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:rsidR="00D55D5F" w:rsidRPr="008C5CF5" w:rsidRDefault="00D55D5F" w:rsidP="00D55D5F">
            <w:pPr>
              <w:jc w:val="center"/>
            </w:pPr>
            <w:r w:rsidRPr="008C5CF5">
              <w:t>5.01.36.</w:t>
            </w:r>
          </w:p>
        </w:tc>
        <w:tc>
          <w:tcPr>
            <w:tcW w:w="14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:rsidR="00D55D5F" w:rsidRPr="008C5CF5" w:rsidRDefault="00D55D5F" w:rsidP="00D55D5F">
            <w:r w:rsidRPr="008C5CF5">
              <w:t>Општинска управа</w:t>
            </w:r>
          </w:p>
        </w:tc>
        <w:tc>
          <w:tcPr>
            <w:tcW w:w="7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:rsidR="00D55D5F" w:rsidRPr="008C5CF5" w:rsidRDefault="00D55D5F" w:rsidP="00D55D5F">
            <w:pPr>
              <w:jc w:val="center"/>
            </w:pPr>
            <w:r w:rsidRPr="008C5CF5">
              <w:t>1102</w:t>
            </w:r>
          </w:p>
        </w:tc>
        <w:tc>
          <w:tcPr>
            <w:tcW w:w="1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:rsidR="00D55D5F" w:rsidRPr="008C5CF5" w:rsidRDefault="00D55D5F" w:rsidP="00D55D5F">
            <w:pPr>
              <w:jc w:val="center"/>
            </w:pPr>
            <w:r w:rsidRPr="008C5CF5">
              <w:t>1102-5002</w:t>
            </w:r>
          </w:p>
        </w:tc>
        <w:tc>
          <w:tcPr>
            <w:tcW w:w="31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:rsidR="00D55D5F" w:rsidRPr="008C5CF5" w:rsidRDefault="00D55D5F" w:rsidP="00D55D5F">
            <w:r w:rsidRPr="008C5CF5">
              <w:t>Укупна вредност пројекта: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:rsidR="00D55D5F" w:rsidRPr="008C5CF5" w:rsidRDefault="00D55D5F" w:rsidP="00D55D5F">
            <w:r w:rsidRPr="008C5CF5">
              <w:t>101.400.000</w:t>
            </w:r>
          </w:p>
        </w:tc>
        <w:tc>
          <w:tcPr>
            <w:tcW w:w="1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:rsidR="00D55D5F" w:rsidRPr="008C5CF5" w:rsidRDefault="00D55D5F" w:rsidP="00D55D5F">
            <w:pPr>
              <w:jc w:val="right"/>
            </w:pPr>
          </w:p>
        </w:tc>
        <w:tc>
          <w:tcPr>
            <w:tcW w:w="1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:rsidR="00D55D5F" w:rsidRPr="008C5CF5" w:rsidRDefault="00D55D5F" w:rsidP="00D55D5F">
            <w:pPr>
              <w:jc w:val="right"/>
            </w:pPr>
          </w:p>
        </w:tc>
        <w:tc>
          <w:tcPr>
            <w:tcW w:w="1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:rsidR="00D55D5F" w:rsidRPr="008C5CF5" w:rsidRDefault="00D55D5F" w:rsidP="00D55D5F">
            <w:pPr>
              <w:jc w:val="right"/>
            </w:pPr>
          </w:p>
        </w:tc>
      </w:tr>
      <w:tr w:rsidR="00D55D5F" w:rsidRPr="008C5CF5" w:rsidTr="00D55D5F">
        <w:trPr>
          <w:cantSplit/>
          <w:jc w:val="center"/>
        </w:trPr>
        <w:tc>
          <w:tcPr>
            <w:tcW w:w="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:rsidR="00D55D5F" w:rsidRPr="008C5CF5" w:rsidRDefault="00D55D5F" w:rsidP="00D55D5F">
            <w:pPr>
              <w:jc w:val="center"/>
            </w:pPr>
            <w:r w:rsidRPr="008C5CF5">
              <w:t>3</w:t>
            </w:r>
          </w:p>
        </w:tc>
        <w:tc>
          <w:tcPr>
            <w:tcW w:w="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:rsidR="00D55D5F" w:rsidRPr="008C5CF5" w:rsidRDefault="00D55D5F" w:rsidP="00D55D5F">
            <w:pPr>
              <w:jc w:val="center"/>
            </w:pPr>
            <w:r w:rsidRPr="008C5CF5">
              <w:t>5</w:t>
            </w:r>
          </w:p>
        </w:tc>
        <w:tc>
          <w:tcPr>
            <w:tcW w:w="9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:rsidR="00D55D5F" w:rsidRPr="008C5CF5" w:rsidRDefault="00D55D5F" w:rsidP="00D55D5F">
            <w:pPr>
              <w:jc w:val="center"/>
            </w:pPr>
            <w:r w:rsidRPr="008C5CF5">
              <w:t>5.01.36.</w:t>
            </w:r>
          </w:p>
        </w:tc>
        <w:tc>
          <w:tcPr>
            <w:tcW w:w="14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:rsidR="00D55D5F" w:rsidRPr="008C5CF5" w:rsidRDefault="00D55D5F" w:rsidP="00D55D5F">
            <w:r w:rsidRPr="008C5CF5">
              <w:t>Општинска управа</w:t>
            </w:r>
          </w:p>
        </w:tc>
        <w:tc>
          <w:tcPr>
            <w:tcW w:w="7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:rsidR="00D55D5F" w:rsidRPr="008C5CF5" w:rsidRDefault="00D55D5F" w:rsidP="00D55D5F">
            <w:pPr>
              <w:jc w:val="center"/>
            </w:pPr>
            <w:r w:rsidRPr="008C5CF5">
              <w:t>1102</w:t>
            </w:r>
          </w:p>
        </w:tc>
        <w:tc>
          <w:tcPr>
            <w:tcW w:w="1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:rsidR="00D55D5F" w:rsidRPr="008C5CF5" w:rsidRDefault="00D55D5F" w:rsidP="00D55D5F">
            <w:pPr>
              <w:jc w:val="center"/>
            </w:pPr>
            <w:r w:rsidRPr="008C5CF5">
              <w:t>1102-5002</w:t>
            </w:r>
          </w:p>
        </w:tc>
        <w:tc>
          <w:tcPr>
            <w:tcW w:w="31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:rsidR="00D55D5F" w:rsidRPr="008C5CF5" w:rsidRDefault="00D55D5F" w:rsidP="00D55D5F">
            <w:r w:rsidRPr="008C5CF5">
              <w:t>Извор финансирања: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:rsidR="00D55D5F" w:rsidRPr="008C5CF5" w:rsidRDefault="00D55D5F" w:rsidP="00D55D5F">
            <w:r w:rsidRPr="008C5CF5">
              <w:t>Извор финансирања:</w:t>
            </w:r>
          </w:p>
        </w:tc>
        <w:tc>
          <w:tcPr>
            <w:tcW w:w="1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:rsidR="00D55D5F" w:rsidRPr="008C5CF5" w:rsidRDefault="00D55D5F" w:rsidP="00D55D5F">
            <w:pPr>
              <w:jc w:val="right"/>
            </w:pPr>
          </w:p>
        </w:tc>
        <w:tc>
          <w:tcPr>
            <w:tcW w:w="1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:rsidR="00D55D5F" w:rsidRPr="008C5CF5" w:rsidRDefault="00D55D5F" w:rsidP="00D55D5F">
            <w:pPr>
              <w:jc w:val="right"/>
            </w:pPr>
          </w:p>
        </w:tc>
        <w:tc>
          <w:tcPr>
            <w:tcW w:w="1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:rsidR="00D55D5F" w:rsidRPr="008C5CF5" w:rsidRDefault="00D55D5F" w:rsidP="00D55D5F">
            <w:pPr>
              <w:jc w:val="right"/>
            </w:pPr>
          </w:p>
        </w:tc>
      </w:tr>
      <w:tr w:rsidR="00D55D5F" w:rsidRPr="008C5CF5" w:rsidTr="00D55D5F">
        <w:trPr>
          <w:cantSplit/>
          <w:jc w:val="center"/>
        </w:trPr>
        <w:tc>
          <w:tcPr>
            <w:tcW w:w="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:rsidR="00D55D5F" w:rsidRPr="008C5CF5" w:rsidRDefault="00D55D5F" w:rsidP="00D55D5F">
            <w:pPr>
              <w:jc w:val="center"/>
            </w:pPr>
            <w:r w:rsidRPr="008C5CF5">
              <w:t>3</w:t>
            </w:r>
          </w:p>
        </w:tc>
        <w:tc>
          <w:tcPr>
            <w:tcW w:w="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:rsidR="00D55D5F" w:rsidRPr="008C5CF5" w:rsidRDefault="00D55D5F" w:rsidP="00D55D5F">
            <w:pPr>
              <w:jc w:val="center"/>
            </w:pPr>
            <w:r w:rsidRPr="008C5CF5">
              <w:t>5</w:t>
            </w:r>
          </w:p>
        </w:tc>
        <w:tc>
          <w:tcPr>
            <w:tcW w:w="9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:rsidR="00D55D5F" w:rsidRPr="008C5CF5" w:rsidRDefault="00D55D5F" w:rsidP="00D55D5F">
            <w:pPr>
              <w:jc w:val="center"/>
            </w:pPr>
            <w:r w:rsidRPr="008C5CF5">
              <w:t>5.01.36.</w:t>
            </w:r>
          </w:p>
        </w:tc>
        <w:tc>
          <w:tcPr>
            <w:tcW w:w="14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:rsidR="00D55D5F" w:rsidRPr="008C5CF5" w:rsidRDefault="00D55D5F" w:rsidP="00D55D5F">
            <w:r w:rsidRPr="008C5CF5">
              <w:t>Општинска управа</w:t>
            </w:r>
          </w:p>
        </w:tc>
        <w:tc>
          <w:tcPr>
            <w:tcW w:w="7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:rsidR="00D55D5F" w:rsidRPr="008C5CF5" w:rsidRDefault="00D55D5F" w:rsidP="00D55D5F">
            <w:pPr>
              <w:jc w:val="center"/>
            </w:pPr>
            <w:r w:rsidRPr="008C5CF5">
              <w:t>1102</w:t>
            </w:r>
          </w:p>
        </w:tc>
        <w:tc>
          <w:tcPr>
            <w:tcW w:w="1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:rsidR="00D55D5F" w:rsidRPr="008C5CF5" w:rsidRDefault="00D55D5F" w:rsidP="00D55D5F">
            <w:pPr>
              <w:jc w:val="center"/>
            </w:pPr>
            <w:r w:rsidRPr="008C5CF5">
              <w:t>1102-5002</w:t>
            </w:r>
          </w:p>
        </w:tc>
        <w:tc>
          <w:tcPr>
            <w:tcW w:w="31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:rsidR="00D55D5F" w:rsidRPr="008C5CF5" w:rsidRDefault="00D55D5F" w:rsidP="00D55D5F">
            <w:r w:rsidRPr="008C5CF5">
              <w:t>– из текућих прихода буџета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:rsidR="00D55D5F" w:rsidRPr="008C5CF5" w:rsidRDefault="00D55D5F" w:rsidP="00D55D5F">
            <w:r w:rsidRPr="008C5CF5">
              <w:t>– из текућих прихода буџета</w:t>
            </w:r>
          </w:p>
        </w:tc>
        <w:tc>
          <w:tcPr>
            <w:tcW w:w="1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:rsidR="00D55D5F" w:rsidRPr="008C5CF5" w:rsidRDefault="00D55D5F" w:rsidP="00D55D5F">
            <w:pPr>
              <w:jc w:val="right"/>
            </w:pPr>
            <w:r w:rsidRPr="008C5CF5">
              <w:t>15.950.000</w:t>
            </w:r>
          </w:p>
        </w:tc>
        <w:tc>
          <w:tcPr>
            <w:tcW w:w="1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:rsidR="00D55D5F" w:rsidRPr="008C5CF5" w:rsidRDefault="00D55D5F" w:rsidP="00D55D5F">
            <w:pPr>
              <w:jc w:val="right"/>
            </w:pPr>
            <w:r w:rsidRPr="008C5CF5">
              <w:t>/</w:t>
            </w:r>
          </w:p>
        </w:tc>
        <w:tc>
          <w:tcPr>
            <w:tcW w:w="1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:rsidR="00D55D5F" w:rsidRPr="008C5CF5" w:rsidRDefault="00D55D5F" w:rsidP="00D55D5F">
            <w:pPr>
              <w:jc w:val="right"/>
            </w:pPr>
            <w:r w:rsidRPr="008C5CF5">
              <w:t>/</w:t>
            </w:r>
          </w:p>
        </w:tc>
      </w:tr>
      <w:tr w:rsidR="00D55D5F" w:rsidRPr="008C5CF5" w:rsidTr="00D55D5F">
        <w:trPr>
          <w:cantSplit/>
          <w:jc w:val="center"/>
        </w:trPr>
        <w:tc>
          <w:tcPr>
            <w:tcW w:w="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:rsidR="00D55D5F" w:rsidRPr="008C5CF5" w:rsidRDefault="00D55D5F" w:rsidP="00D55D5F">
            <w:pPr>
              <w:jc w:val="center"/>
            </w:pPr>
            <w:r w:rsidRPr="008C5CF5">
              <w:t>3</w:t>
            </w:r>
          </w:p>
        </w:tc>
        <w:tc>
          <w:tcPr>
            <w:tcW w:w="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:rsidR="00D55D5F" w:rsidRPr="008C5CF5" w:rsidRDefault="00D55D5F" w:rsidP="00D55D5F">
            <w:pPr>
              <w:jc w:val="center"/>
            </w:pPr>
            <w:r w:rsidRPr="008C5CF5">
              <w:t>5</w:t>
            </w:r>
          </w:p>
        </w:tc>
        <w:tc>
          <w:tcPr>
            <w:tcW w:w="9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:rsidR="00D55D5F" w:rsidRPr="008C5CF5" w:rsidRDefault="00D55D5F" w:rsidP="00D55D5F">
            <w:pPr>
              <w:jc w:val="center"/>
            </w:pPr>
            <w:r w:rsidRPr="008C5CF5">
              <w:t>5.01.36.</w:t>
            </w:r>
          </w:p>
        </w:tc>
        <w:tc>
          <w:tcPr>
            <w:tcW w:w="14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:rsidR="00D55D5F" w:rsidRPr="008C5CF5" w:rsidRDefault="00D55D5F" w:rsidP="00D55D5F">
            <w:r w:rsidRPr="008C5CF5">
              <w:t>Општинска управа</w:t>
            </w:r>
          </w:p>
        </w:tc>
        <w:tc>
          <w:tcPr>
            <w:tcW w:w="7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:rsidR="00D55D5F" w:rsidRPr="008C5CF5" w:rsidRDefault="00D55D5F" w:rsidP="00D55D5F">
            <w:pPr>
              <w:jc w:val="center"/>
            </w:pPr>
            <w:r w:rsidRPr="008C5CF5">
              <w:t>1102</w:t>
            </w:r>
          </w:p>
        </w:tc>
        <w:tc>
          <w:tcPr>
            <w:tcW w:w="1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:rsidR="00D55D5F" w:rsidRPr="008C5CF5" w:rsidRDefault="00D55D5F" w:rsidP="00D55D5F">
            <w:pPr>
              <w:jc w:val="center"/>
            </w:pPr>
            <w:r w:rsidRPr="008C5CF5">
              <w:t>1102-5002</w:t>
            </w:r>
          </w:p>
        </w:tc>
        <w:tc>
          <w:tcPr>
            <w:tcW w:w="31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:rsidR="00D55D5F" w:rsidRPr="008C5CF5" w:rsidRDefault="00D55D5F" w:rsidP="00D55D5F">
            <w:r w:rsidRPr="008C5CF5">
              <w:t>– из других извора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:rsidR="00D55D5F" w:rsidRPr="008C5CF5" w:rsidRDefault="00D55D5F" w:rsidP="00D55D5F">
            <w:r w:rsidRPr="008C5CF5">
              <w:t>– из других извора</w:t>
            </w:r>
          </w:p>
        </w:tc>
        <w:tc>
          <w:tcPr>
            <w:tcW w:w="1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:rsidR="00D55D5F" w:rsidRPr="008C5CF5" w:rsidRDefault="00D55D5F" w:rsidP="00D55D5F">
            <w:pPr>
              <w:jc w:val="right"/>
            </w:pPr>
            <w:r w:rsidRPr="008C5CF5">
              <w:t>28.900.672</w:t>
            </w:r>
          </w:p>
        </w:tc>
        <w:tc>
          <w:tcPr>
            <w:tcW w:w="1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:rsidR="00D55D5F" w:rsidRPr="008C5CF5" w:rsidRDefault="00D55D5F" w:rsidP="00D55D5F">
            <w:pPr>
              <w:jc w:val="right"/>
            </w:pPr>
            <w:r w:rsidRPr="008C5CF5">
              <w:t>/</w:t>
            </w:r>
          </w:p>
        </w:tc>
        <w:tc>
          <w:tcPr>
            <w:tcW w:w="1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:rsidR="00D55D5F" w:rsidRPr="008C5CF5" w:rsidRDefault="00D55D5F" w:rsidP="00D55D5F">
            <w:pPr>
              <w:jc w:val="right"/>
            </w:pPr>
            <w:r w:rsidRPr="008C5CF5">
              <w:t>/</w:t>
            </w:r>
          </w:p>
        </w:tc>
      </w:tr>
      <w:tr w:rsidR="00D55D5F" w:rsidRPr="008C5CF5" w:rsidTr="00D55D5F">
        <w:trPr>
          <w:cantSplit/>
          <w:jc w:val="center"/>
        </w:trPr>
        <w:tc>
          <w:tcPr>
            <w:tcW w:w="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:rsidR="00D55D5F" w:rsidRPr="008C5CF5" w:rsidRDefault="00D55D5F" w:rsidP="00D55D5F">
            <w:pPr>
              <w:jc w:val="center"/>
            </w:pPr>
            <w:r w:rsidRPr="008C5CF5">
              <w:rPr>
                <w:b/>
              </w:rPr>
              <w:lastRenderedPageBreak/>
              <w:t>4</w:t>
            </w:r>
          </w:p>
        </w:tc>
        <w:tc>
          <w:tcPr>
            <w:tcW w:w="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:rsidR="00D55D5F" w:rsidRPr="008C5CF5" w:rsidRDefault="00D55D5F" w:rsidP="00D55D5F">
            <w:pPr>
              <w:jc w:val="center"/>
            </w:pPr>
            <w:r w:rsidRPr="008C5CF5">
              <w:rPr>
                <w:b/>
              </w:rPr>
              <w:t>5</w:t>
            </w:r>
          </w:p>
        </w:tc>
        <w:tc>
          <w:tcPr>
            <w:tcW w:w="9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:rsidR="00D55D5F" w:rsidRPr="008C5CF5" w:rsidRDefault="00D55D5F" w:rsidP="00D55D5F">
            <w:pPr>
              <w:jc w:val="center"/>
            </w:pPr>
            <w:r w:rsidRPr="008C5CF5">
              <w:rPr>
                <w:b/>
              </w:rPr>
              <w:t>5.01.46.</w:t>
            </w:r>
          </w:p>
        </w:tc>
        <w:tc>
          <w:tcPr>
            <w:tcW w:w="14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:rsidR="00D55D5F" w:rsidRPr="008C5CF5" w:rsidRDefault="00D55D5F" w:rsidP="00D55D5F">
            <w:r w:rsidRPr="008C5CF5">
              <w:rPr>
                <w:b/>
              </w:rPr>
              <w:t>Општинска управа</w:t>
            </w:r>
          </w:p>
        </w:tc>
        <w:tc>
          <w:tcPr>
            <w:tcW w:w="7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:rsidR="00D55D5F" w:rsidRPr="008C5CF5" w:rsidRDefault="00D55D5F" w:rsidP="00D55D5F">
            <w:pPr>
              <w:jc w:val="center"/>
            </w:pPr>
            <w:r w:rsidRPr="008C5CF5">
              <w:rPr>
                <w:b/>
              </w:rPr>
              <w:t>1201</w:t>
            </w:r>
          </w:p>
        </w:tc>
        <w:tc>
          <w:tcPr>
            <w:tcW w:w="1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:rsidR="00D55D5F" w:rsidRPr="008C5CF5" w:rsidRDefault="00D55D5F" w:rsidP="00D55D5F">
            <w:pPr>
              <w:jc w:val="center"/>
            </w:pPr>
            <w:r w:rsidRPr="008C5CF5">
              <w:rPr>
                <w:b/>
              </w:rPr>
              <w:t>1201-5002</w:t>
            </w:r>
          </w:p>
        </w:tc>
        <w:tc>
          <w:tcPr>
            <w:tcW w:w="31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:rsidR="00D55D5F" w:rsidRPr="008C5CF5" w:rsidRDefault="00D55D5F" w:rsidP="00D55D5F">
            <w:r w:rsidRPr="008C5CF5">
              <w:rPr>
                <w:b/>
              </w:rPr>
              <w:t>Санација и конзерваторско-рестаураторски радови на делу објекта Дворац Белимарковић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:rsidR="00D55D5F" w:rsidRPr="008C5CF5" w:rsidRDefault="00D55D5F" w:rsidP="00D55D5F">
            <w:r w:rsidRPr="008C5CF5">
              <w:rPr>
                <w:b/>
              </w:rPr>
              <w:t>Санација и конзерваторско-рестаураторски радови на делу објекта Дворац Белимарковић</w:t>
            </w:r>
          </w:p>
        </w:tc>
        <w:tc>
          <w:tcPr>
            <w:tcW w:w="1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:rsidR="00D55D5F" w:rsidRPr="008C5CF5" w:rsidRDefault="00D55D5F" w:rsidP="00D55D5F">
            <w:pPr>
              <w:jc w:val="right"/>
            </w:pPr>
            <w:r w:rsidRPr="008C5CF5">
              <w:rPr>
                <w:b/>
              </w:rPr>
              <w:t>6.705.000</w:t>
            </w:r>
          </w:p>
        </w:tc>
        <w:tc>
          <w:tcPr>
            <w:tcW w:w="1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:rsidR="00D55D5F" w:rsidRPr="008C5CF5" w:rsidRDefault="00D55D5F" w:rsidP="00D55D5F">
            <w:pPr>
              <w:jc w:val="right"/>
            </w:pPr>
            <w:r w:rsidRPr="008C5CF5">
              <w:rPr>
                <w:b/>
              </w:rPr>
              <w:t>/</w:t>
            </w:r>
          </w:p>
        </w:tc>
        <w:tc>
          <w:tcPr>
            <w:tcW w:w="1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:rsidR="00D55D5F" w:rsidRPr="008C5CF5" w:rsidRDefault="00D55D5F" w:rsidP="00D55D5F">
            <w:pPr>
              <w:jc w:val="right"/>
            </w:pPr>
            <w:r w:rsidRPr="008C5CF5">
              <w:rPr>
                <w:b/>
              </w:rPr>
              <w:t>/</w:t>
            </w:r>
          </w:p>
        </w:tc>
      </w:tr>
      <w:tr w:rsidR="00D55D5F" w:rsidRPr="008C5CF5" w:rsidTr="00D55D5F">
        <w:trPr>
          <w:cantSplit/>
          <w:jc w:val="center"/>
        </w:trPr>
        <w:tc>
          <w:tcPr>
            <w:tcW w:w="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:rsidR="00D55D5F" w:rsidRPr="008C5CF5" w:rsidRDefault="00D55D5F" w:rsidP="00D55D5F">
            <w:pPr>
              <w:jc w:val="center"/>
            </w:pPr>
            <w:r w:rsidRPr="008C5CF5">
              <w:t>4</w:t>
            </w:r>
          </w:p>
        </w:tc>
        <w:tc>
          <w:tcPr>
            <w:tcW w:w="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:rsidR="00D55D5F" w:rsidRPr="008C5CF5" w:rsidRDefault="00D55D5F" w:rsidP="00D55D5F">
            <w:pPr>
              <w:jc w:val="center"/>
            </w:pPr>
            <w:r w:rsidRPr="008C5CF5">
              <w:t>5</w:t>
            </w:r>
          </w:p>
        </w:tc>
        <w:tc>
          <w:tcPr>
            <w:tcW w:w="9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:rsidR="00D55D5F" w:rsidRPr="008C5CF5" w:rsidRDefault="00D55D5F" w:rsidP="00D55D5F">
            <w:pPr>
              <w:jc w:val="center"/>
            </w:pPr>
            <w:r w:rsidRPr="008C5CF5">
              <w:t>5.01.46.</w:t>
            </w:r>
          </w:p>
        </w:tc>
        <w:tc>
          <w:tcPr>
            <w:tcW w:w="14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:rsidR="00D55D5F" w:rsidRPr="008C5CF5" w:rsidRDefault="00D55D5F" w:rsidP="00D55D5F">
            <w:r w:rsidRPr="008C5CF5">
              <w:t>Општинска управа</w:t>
            </w:r>
          </w:p>
        </w:tc>
        <w:tc>
          <w:tcPr>
            <w:tcW w:w="7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:rsidR="00D55D5F" w:rsidRPr="008C5CF5" w:rsidRDefault="00D55D5F" w:rsidP="00D55D5F">
            <w:pPr>
              <w:jc w:val="center"/>
            </w:pPr>
            <w:r w:rsidRPr="008C5CF5">
              <w:t>1201</w:t>
            </w:r>
          </w:p>
        </w:tc>
        <w:tc>
          <w:tcPr>
            <w:tcW w:w="1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:rsidR="00D55D5F" w:rsidRPr="008C5CF5" w:rsidRDefault="00D55D5F" w:rsidP="00D55D5F">
            <w:pPr>
              <w:jc w:val="center"/>
            </w:pPr>
            <w:r w:rsidRPr="008C5CF5">
              <w:t>1201-5002</w:t>
            </w:r>
          </w:p>
        </w:tc>
        <w:tc>
          <w:tcPr>
            <w:tcW w:w="31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:rsidR="00D55D5F" w:rsidRPr="008C5CF5" w:rsidRDefault="00D55D5F" w:rsidP="00D55D5F">
            <w:r w:rsidRPr="008C5CF5">
              <w:t>Година почетка финансирања пројекта: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:rsidR="00D55D5F" w:rsidRPr="008C5CF5" w:rsidRDefault="00D55D5F" w:rsidP="00D55D5F">
            <w:r w:rsidRPr="008C5CF5">
              <w:t>2025</w:t>
            </w:r>
          </w:p>
        </w:tc>
        <w:tc>
          <w:tcPr>
            <w:tcW w:w="1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:rsidR="00D55D5F" w:rsidRPr="008C5CF5" w:rsidRDefault="00D55D5F" w:rsidP="00D55D5F">
            <w:pPr>
              <w:jc w:val="right"/>
            </w:pPr>
          </w:p>
        </w:tc>
        <w:tc>
          <w:tcPr>
            <w:tcW w:w="1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:rsidR="00D55D5F" w:rsidRPr="008C5CF5" w:rsidRDefault="00D55D5F" w:rsidP="00D55D5F">
            <w:pPr>
              <w:jc w:val="right"/>
            </w:pPr>
          </w:p>
        </w:tc>
        <w:tc>
          <w:tcPr>
            <w:tcW w:w="1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:rsidR="00D55D5F" w:rsidRPr="008C5CF5" w:rsidRDefault="00D55D5F" w:rsidP="00D55D5F">
            <w:pPr>
              <w:jc w:val="right"/>
            </w:pPr>
          </w:p>
        </w:tc>
      </w:tr>
      <w:tr w:rsidR="00D55D5F" w:rsidRPr="008C5CF5" w:rsidTr="00D55D5F">
        <w:trPr>
          <w:cantSplit/>
          <w:jc w:val="center"/>
        </w:trPr>
        <w:tc>
          <w:tcPr>
            <w:tcW w:w="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:rsidR="00D55D5F" w:rsidRPr="008C5CF5" w:rsidRDefault="00D55D5F" w:rsidP="00D55D5F">
            <w:pPr>
              <w:jc w:val="center"/>
            </w:pPr>
            <w:r w:rsidRPr="008C5CF5">
              <w:t>4</w:t>
            </w:r>
          </w:p>
        </w:tc>
        <w:tc>
          <w:tcPr>
            <w:tcW w:w="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:rsidR="00D55D5F" w:rsidRPr="008C5CF5" w:rsidRDefault="00D55D5F" w:rsidP="00D55D5F">
            <w:pPr>
              <w:jc w:val="center"/>
            </w:pPr>
            <w:r w:rsidRPr="008C5CF5">
              <w:t>5</w:t>
            </w:r>
          </w:p>
        </w:tc>
        <w:tc>
          <w:tcPr>
            <w:tcW w:w="9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:rsidR="00D55D5F" w:rsidRPr="008C5CF5" w:rsidRDefault="00D55D5F" w:rsidP="00D55D5F">
            <w:pPr>
              <w:jc w:val="center"/>
            </w:pPr>
            <w:r w:rsidRPr="008C5CF5">
              <w:t>5.01.46.</w:t>
            </w:r>
          </w:p>
        </w:tc>
        <w:tc>
          <w:tcPr>
            <w:tcW w:w="14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:rsidR="00D55D5F" w:rsidRPr="008C5CF5" w:rsidRDefault="00D55D5F" w:rsidP="00D55D5F">
            <w:r w:rsidRPr="008C5CF5">
              <w:t>Општинска управа</w:t>
            </w:r>
          </w:p>
        </w:tc>
        <w:tc>
          <w:tcPr>
            <w:tcW w:w="7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:rsidR="00D55D5F" w:rsidRPr="008C5CF5" w:rsidRDefault="00D55D5F" w:rsidP="00D55D5F">
            <w:pPr>
              <w:jc w:val="center"/>
            </w:pPr>
            <w:r w:rsidRPr="008C5CF5">
              <w:t>1201</w:t>
            </w:r>
          </w:p>
        </w:tc>
        <w:tc>
          <w:tcPr>
            <w:tcW w:w="1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:rsidR="00D55D5F" w:rsidRPr="008C5CF5" w:rsidRDefault="00D55D5F" w:rsidP="00D55D5F">
            <w:pPr>
              <w:jc w:val="center"/>
            </w:pPr>
            <w:r w:rsidRPr="008C5CF5">
              <w:t>1201-5002</w:t>
            </w:r>
          </w:p>
        </w:tc>
        <w:tc>
          <w:tcPr>
            <w:tcW w:w="31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:rsidR="00D55D5F" w:rsidRPr="008C5CF5" w:rsidRDefault="00D55D5F" w:rsidP="00D55D5F">
            <w:r w:rsidRPr="008C5CF5">
              <w:t>Година завршетка финансирања пројекта: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:rsidR="00D55D5F" w:rsidRPr="008C5CF5" w:rsidRDefault="00D55D5F" w:rsidP="00D55D5F">
            <w:r w:rsidRPr="008C5CF5">
              <w:t>2025</w:t>
            </w:r>
          </w:p>
        </w:tc>
        <w:tc>
          <w:tcPr>
            <w:tcW w:w="1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:rsidR="00D55D5F" w:rsidRPr="008C5CF5" w:rsidRDefault="00D55D5F" w:rsidP="00D55D5F">
            <w:pPr>
              <w:jc w:val="right"/>
            </w:pPr>
          </w:p>
        </w:tc>
        <w:tc>
          <w:tcPr>
            <w:tcW w:w="1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:rsidR="00D55D5F" w:rsidRPr="008C5CF5" w:rsidRDefault="00D55D5F" w:rsidP="00D55D5F">
            <w:pPr>
              <w:jc w:val="right"/>
            </w:pPr>
          </w:p>
        </w:tc>
        <w:tc>
          <w:tcPr>
            <w:tcW w:w="1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:rsidR="00D55D5F" w:rsidRPr="008C5CF5" w:rsidRDefault="00D55D5F" w:rsidP="00D55D5F">
            <w:pPr>
              <w:jc w:val="right"/>
            </w:pPr>
          </w:p>
        </w:tc>
      </w:tr>
      <w:tr w:rsidR="00D55D5F" w:rsidRPr="008C5CF5" w:rsidTr="00D55D5F">
        <w:trPr>
          <w:cantSplit/>
          <w:jc w:val="center"/>
        </w:trPr>
        <w:tc>
          <w:tcPr>
            <w:tcW w:w="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:rsidR="00D55D5F" w:rsidRPr="008C5CF5" w:rsidRDefault="00D55D5F" w:rsidP="00D55D5F">
            <w:pPr>
              <w:jc w:val="center"/>
            </w:pPr>
            <w:r w:rsidRPr="008C5CF5">
              <w:t>4</w:t>
            </w:r>
          </w:p>
        </w:tc>
        <w:tc>
          <w:tcPr>
            <w:tcW w:w="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:rsidR="00D55D5F" w:rsidRPr="008C5CF5" w:rsidRDefault="00D55D5F" w:rsidP="00D55D5F">
            <w:pPr>
              <w:jc w:val="center"/>
            </w:pPr>
            <w:r w:rsidRPr="008C5CF5">
              <w:t>5</w:t>
            </w:r>
          </w:p>
        </w:tc>
        <w:tc>
          <w:tcPr>
            <w:tcW w:w="9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:rsidR="00D55D5F" w:rsidRPr="008C5CF5" w:rsidRDefault="00D55D5F" w:rsidP="00D55D5F">
            <w:pPr>
              <w:jc w:val="center"/>
            </w:pPr>
            <w:r w:rsidRPr="008C5CF5">
              <w:t>5.01.46.</w:t>
            </w:r>
          </w:p>
        </w:tc>
        <w:tc>
          <w:tcPr>
            <w:tcW w:w="14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:rsidR="00D55D5F" w:rsidRPr="008C5CF5" w:rsidRDefault="00D55D5F" w:rsidP="00D55D5F">
            <w:r w:rsidRPr="008C5CF5">
              <w:t>Општинска управа</w:t>
            </w:r>
          </w:p>
        </w:tc>
        <w:tc>
          <w:tcPr>
            <w:tcW w:w="7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:rsidR="00D55D5F" w:rsidRPr="008C5CF5" w:rsidRDefault="00D55D5F" w:rsidP="00D55D5F">
            <w:pPr>
              <w:jc w:val="center"/>
            </w:pPr>
            <w:r w:rsidRPr="008C5CF5">
              <w:t>1201</w:t>
            </w:r>
          </w:p>
        </w:tc>
        <w:tc>
          <w:tcPr>
            <w:tcW w:w="1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:rsidR="00D55D5F" w:rsidRPr="008C5CF5" w:rsidRDefault="00D55D5F" w:rsidP="00D55D5F">
            <w:pPr>
              <w:jc w:val="center"/>
            </w:pPr>
            <w:r w:rsidRPr="008C5CF5">
              <w:t>1201-5002</w:t>
            </w:r>
          </w:p>
        </w:tc>
        <w:tc>
          <w:tcPr>
            <w:tcW w:w="31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:rsidR="00D55D5F" w:rsidRPr="008C5CF5" w:rsidRDefault="00D55D5F" w:rsidP="00D55D5F">
            <w:r w:rsidRPr="008C5CF5">
              <w:t>Укупна вредност пројекта: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:rsidR="00D55D5F" w:rsidRPr="008C5CF5" w:rsidRDefault="00D55D5F" w:rsidP="00D55D5F">
            <w:r w:rsidRPr="008C5CF5">
              <w:t>6.000.000</w:t>
            </w:r>
          </w:p>
        </w:tc>
        <w:tc>
          <w:tcPr>
            <w:tcW w:w="1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:rsidR="00D55D5F" w:rsidRPr="008C5CF5" w:rsidRDefault="00D55D5F" w:rsidP="00D55D5F">
            <w:pPr>
              <w:jc w:val="right"/>
            </w:pPr>
          </w:p>
        </w:tc>
        <w:tc>
          <w:tcPr>
            <w:tcW w:w="1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:rsidR="00D55D5F" w:rsidRPr="008C5CF5" w:rsidRDefault="00D55D5F" w:rsidP="00D55D5F">
            <w:pPr>
              <w:jc w:val="right"/>
            </w:pPr>
          </w:p>
        </w:tc>
        <w:tc>
          <w:tcPr>
            <w:tcW w:w="1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:rsidR="00D55D5F" w:rsidRPr="008C5CF5" w:rsidRDefault="00D55D5F" w:rsidP="00D55D5F">
            <w:pPr>
              <w:jc w:val="right"/>
            </w:pPr>
          </w:p>
        </w:tc>
      </w:tr>
      <w:tr w:rsidR="00D55D5F" w:rsidRPr="008C5CF5" w:rsidTr="00D55D5F">
        <w:trPr>
          <w:cantSplit/>
          <w:jc w:val="center"/>
        </w:trPr>
        <w:tc>
          <w:tcPr>
            <w:tcW w:w="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:rsidR="00D55D5F" w:rsidRPr="008C5CF5" w:rsidRDefault="00D55D5F" w:rsidP="00D55D5F">
            <w:pPr>
              <w:jc w:val="center"/>
            </w:pPr>
            <w:r w:rsidRPr="008C5CF5">
              <w:t>4</w:t>
            </w:r>
          </w:p>
        </w:tc>
        <w:tc>
          <w:tcPr>
            <w:tcW w:w="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:rsidR="00D55D5F" w:rsidRPr="008C5CF5" w:rsidRDefault="00D55D5F" w:rsidP="00D55D5F">
            <w:pPr>
              <w:jc w:val="center"/>
            </w:pPr>
            <w:r w:rsidRPr="008C5CF5">
              <w:t>5</w:t>
            </w:r>
          </w:p>
        </w:tc>
        <w:tc>
          <w:tcPr>
            <w:tcW w:w="9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:rsidR="00D55D5F" w:rsidRPr="008C5CF5" w:rsidRDefault="00D55D5F" w:rsidP="00D55D5F">
            <w:pPr>
              <w:jc w:val="center"/>
            </w:pPr>
            <w:r w:rsidRPr="008C5CF5">
              <w:t>5.01.46.</w:t>
            </w:r>
          </w:p>
        </w:tc>
        <w:tc>
          <w:tcPr>
            <w:tcW w:w="14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:rsidR="00D55D5F" w:rsidRPr="008C5CF5" w:rsidRDefault="00D55D5F" w:rsidP="00D55D5F">
            <w:r w:rsidRPr="008C5CF5">
              <w:t>Општинска управа</w:t>
            </w:r>
          </w:p>
        </w:tc>
        <w:tc>
          <w:tcPr>
            <w:tcW w:w="7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:rsidR="00D55D5F" w:rsidRPr="008C5CF5" w:rsidRDefault="00D55D5F" w:rsidP="00D55D5F">
            <w:pPr>
              <w:jc w:val="center"/>
            </w:pPr>
            <w:r w:rsidRPr="008C5CF5">
              <w:t>1201</w:t>
            </w:r>
          </w:p>
        </w:tc>
        <w:tc>
          <w:tcPr>
            <w:tcW w:w="1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:rsidR="00D55D5F" w:rsidRPr="008C5CF5" w:rsidRDefault="00D55D5F" w:rsidP="00D55D5F">
            <w:pPr>
              <w:jc w:val="center"/>
            </w:pPr>
            <w:r w:rsidRPr="008C5CF5">
              <w:t>1201-5002</w:t>
            </w:r>
          </w:p>
        </w:tc>
        <w:tc>
          <w:tcPr>
            <w:tcW w:w="31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:rsidR="00D55D5F" w:rsidRPr="008C5CF5" w:rsidRDefault="00D55D5F" w:rsidP="00D55D5F">
            <w:r w:rsidRPr="008C5CF5">
              <w:t>Извор финансирања: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:rsidR="00D55D5F" w:rsidRPr="008C5CF5" w:rsidRDefault="00D55D5F" w:rsidP="00D55D5F">
            <w:r w:rsidRPr="008C5CF5">
              <w:t>Извор финансирања:</w:t>
            </w:r>
          </w:p>
        </w:tc>
        <w:tc>
          <w:tcPr>
            <w:tcW w:w="1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:rsidR="00D55D5F" w:rsidRPr="008C5CF5" w:rsidRDefault="00D55D5F" w:rsidP="00D55D5F">
            <w:pPr>
              <w:jc w:val="right"/>
            </w:pPr>
          </w:p>
        </w:tc>
        <w:tc>
          <w:tcPr>
            <w:tcW w:w="1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:rsidR="00D55D5F" w:rsidRPr="008C5CF5" w:rsidRDefault="00D55D5F" w:rsidP="00D55D5F">
            <w:pPr>
              <w:jc w:val="right"/>
            </w:pPr>
          </w:p>
        </w:tc>
        <w:tc>
          <w:tcPr>
            <w:tcW w:w="1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:rsidR="00D55D5F" w:rsidRPr="008C5CF5" w:rsidRDefault="00D55D5F" w:rsidP="00D55D5F">
            <w:pPr>
              <w:jc w:val="right"/>
            </w:pPr>
          </w:p>
        </w:tc>
      </w:tr>
      <w:tr w:rsidR="00D55D5F" w:rsidRPr="008C5CF5" w:rsidTr="00D55D5F">
        <w:trPr>
          <w:cantSplit/>
          <w:jc w:val="center"/>
        </w:trPr>
        <w:tc>
          <w:tcPr>
            <w:tcW w:w="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:rsidR="00D55D5F" w:rsidRPr="008C5CF5" w:rsidRDefault="00D55D5F" w:rsidP="00D55D5F">
            <w:pPr>
              <w:jc w:val="center"/>
            </w:pPr>
            <w:r w:rsidRPr="008C5CF5">
              <w:t>4</w:t>
            </w:r>
          </w:p>
        </w:tc>
        <w:tc>
          <w:tcPr>
            <w:tcW w:w="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:rsidR="00D55D5F" w:rsidRPr="008C5CF5" w:rsidRDefault="00D55D5F" w:rsidP="00D55D5F">
            <w:pPr>
              <w:jc w:val="center"/>
            </w:pPr>
            <w:r w:rsidRPr="008C5CF5">
              <w:t>5</w:t>
            </w:r>
          </w:p>
        </w:tc>
        <w:tc>
          <w:tcPr>
            <w:tcW w:w="9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:rsidR="00D55D5F" w:rsidRPr="008C5CF5" w:rsidRDefault="00D55D5F" w:rsidP="00D55D5F">
            <w:pPr>
              <w:jc w:val="center"/>
            </w:pPr>
            <w:r w:rsidRPr="008C5CF5">
              <w:t>5.01.46.</w:t>
            </w:r>
          </w:p>
        </w:tc>
        <w:tc>
          <w:tcPr>
            <w:tcW w:w="14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:rsidR="00D55D5F" w:rsidRPr="008C5CF5" w:rsidRDefault="00D55D5F" w:rsidP="00D55D5F">
            <w:r w:rsidRPr="008C5CF5">
              <w:t>Општинска управа</w:t>
            </w:r>
          </w:p>
        </w:tc>
        <w:tc>
          <w:tcPr>
            <w:tcW w:w="7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:rsidR="00D55D5F" w:rsidRPr="008C5CF5" w:rsidRDefault="00D55D5F" w:rsidP="00D55D5F">
            <w:pPr>
              <w:jc w:val="center"/>
            </w:pPr>
            <w:r w:rsidRPr="008C5CF5">
              <w:t>1201</w:t>
            </w:r>
          </w:p>
        </w:tc>
        <w:tc>
          <w:tcPr>
            <w:tcW w:w="1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:rsidR="00D55D5F" w:rsidRPr="008C5CF5" w:rsidRDefault="00D55D5F" w:rsidP="00D55D5F">
            <w:pPr>
              <w:jc w:val="center"/>
            </w:pPr>
            <w:r w:rsidRPr="008C5CF5">
              <w:t>1201-5002</w:t>
            </w:r>
          </w:p>
        </w:tc>
        <w:tc>
          <w:tcPr>
            <w:tcW w:w="31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:rsidR="00D55D5F" w:rsidRPr="008C5CF5" w:rsidRDefault="00D55D5F" w:rsidP="00D55D5F">
            <w:r w:rsidRPr="008C5CF5">
              <w:t>– из текућих прихода буџета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:rsidR="00D55D5F" w:rsidRPr="008C5CF5" w:rsidRDefault="00D55D5F" w:rsidP="00D55D5F">
            <w:r w:rsidRPr="008C5CF5">
              <w:t>– из текућих прихода буџета</w:t>
            </w:r>
          </w:p>
        </w:tc>
        <w:tc>
          <w:tcPr>
            <w:tcW w:w="1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:rsidR="00D55D5F" w:rsidRPr="008C5CF5" w:rsidRDefault="00D55D5F" w:rsidP="00D55D5F">
            <w:pPr>
              <w:jc w:val="right"/>
            </w:pPr>
            <w:r w:rsidRPr="008C5CF5">
              <w:t>705.000</w:t>
            </w:r>
          </w:p>
        </w:tc>
        <w:tc>
          <w:tcPr>
            <w:tcW w:w="1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:rsidR="00D55D5F" w:rsidRPr="008C5CF5" w:rsidRDefault="00D55D5F" w:rsidP="00D55D5F">
            <w:pPr>
              <w:jc w:val="right"/>
            </w:pPr>
            <w:r w:rsidRPr="008C5CF5">
              <w:t>/</w:t>
            </w:r>
          </w:p>
        </w:tc>
        <w:tc>
          <w:tcPr>
            <w:tcW w:w="1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:rsidR="00D55D5F" w:rsidRPr="008C5CF5" w:rsidRDefault="00D55D5F" w:rsidP="00D55D5F">
            <w:pPr>
              <w:jc w:val="right"/>
            </w:pPr>
            <w:r w:rsidRPr="008C5CF5">
              <w:t>/</w:t>
            </w:r>
          </w:p>
        </w:tc>
      </w:tr>
      <w:tr w:rsidR="00D55D5F" w:rsidRPr="008C5CF5" w:rsidTr="00D55D5F">
        <w:trPr>
          <w:cantSplit/>
          <w:jc w:val="center"/>
        </w:trPr>
        <w:tc>
          <w:tcPr>
            <w:tcW w:w="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:rsidR="00D55D5F" w:rsidRPr="008C5CF5" w:rsidRDefault="00D55D5F" w:rsidP="00D55D5F">
            <w:pPr>
              <w:jc w:val="center"/>
            </w:pPr>
            <w:r w:rsidRPr="008C5CF5">
              <w:t>4</w:t>
            </w:r>
          </w:p>
        </w:tc>
        <w:tc>
          <w:tcPr>
            <w:tcW w:w="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:rsidR="00D55D5F" w:rsidRPr="008C5CF5" w:rsidRDefault="00D55D5F" w:rsidP="00D55D5F">
            <w:pPr>
              <w:jc w:val="center"/>
            </w:pPr>
            <w:r w:rsidRPr="008C5CF5">
              <w:t>5</w:t>
            </w:r>
          </w:p>
        </w:tc>
        <w:tc>
          <w:tcPr>
            <w:tcW w:w="9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:rsidR="00D55D5F" w:rsidRPr="008C5CF5" w:rsidRDefault="00D55D5F" w:rsidP="00D55D5F">
            <w:pPr>
              <w:jc w:val="center"/>
            </w:pPr>
            <w:r w:rsidRPr="008C5CF5">
              <w:t>5.01.46.</w:t>
            </w:r>
          </w:p>
        </w:tc>
        <w:tc>
          <w:tcPr>
            <w:tcW w:w="14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:rsidR="00D55D5F" w:rsidRPr="008C5CF5" w:rsidRDefault="00D55D5F" w:rsidP="00D55D5F">
            <w:r w:rsidRPr="008C5CF5">
              <w:t>Општинска управа</w:t>
            </w:r>
          </w:p>
        </w:tc>
        <w:tc>
          <w:tcPr>
            <w:tcW w:w="7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:rsidR="00D55D5F" w:rsidRPr="008C5CF5" w:rsidRDefault="00D55D5F" w:rsidP="00D55D5F">
            <w:pPr>
              <w:jc w:val="center"/>
            </w:pPr>
            <w:r w:rsidRPr="008C5CF5">
              <w:t>1201</w:t>
            </w:r>
          </w:p>
        </w:tc>
        <w:tc>
          <w:tcPr>
            <w:tcW w:w="1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:rsidR="00D55D5F" w:rsidRPr="008C5CF5" w:rsidRDefault="00D55D5F" w:rsidP="00D55D5F">
            <w:pPr>
              <w:jc w:val="center"/>
            </w:pPr>
            <w:r w:rsidRPr="008C5CF5">
              <w:t>1201-5002</w:t>
            </w:r>
          </w:p>
        </w:tc>
        <w:tc>
          <w:tcPr>
            <w:tcW w:w="31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:rsidR="00D55D5F" w:rsidRPr="008C5CF5" w:rsidRDefault="00D55D5F" w:rsidP="00D55D5F">
            <w:r w:rsidRPr="008C5CF5">
              <w:t>– из других извора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:rsidR="00D55D5F" w:rsidRPr="008C5CF5" w:rsidRDefault="00D55D5F" w:rsidP="00D55D5F">
            <w:r w:rsidRPr="008C5CF5">
              <w:t>– из других извора</w:t>
            </w:r>
          </w:p>
        </w:tc>
        <w:tc>
          <w:tcPr>
            <w:tcW w:w="1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:rsidR="00D55D5F" w:rsidRPr="008C5CF5" w:rsidRDefault="00D55D5F" w:rsidP="00D55D5F">
            <w:pPr>
              <w:jc w:val="right"/>
            </w:pPr>
            <w:r w:rsidRPr="008C5CF5">
              <w:t>6.000.000</w:t>
            </w:r>
          </w:p>
        </w:tc>
        <w:tc>
          <w:tcPr>
            <w:tcW w:w="1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:rsidR="00D55D5F" w:rsidRPr="008C5CF5" w:rsidRDefault="00D55D5F" w:rsidP="00D55D5F">
            <w:pPr>
              <w:jc w:val="right"/>
            </w:pPr>
            <w:r w:rsidRPr="008C5CF5">
              <w:t>/</w:t>
            </w:r>
          </w:p>
        </w:tc>
        <w:tc>
          <w:tcPr>
            <w:tcW w:w="1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:rsidR="00D55D5F" w:rsidRPr="008C5CF5" w:rsidRDefault="00D55D5F" w:rsidP="00D55D5F">
            <w:pPr>
              <w:jc w:val="right"/>
            </w:pPr>
            <w:r w:rsidRPr="008C5CF5">
              <w:t>/</w:t>
            </w:r>
          </w:p>
        </w:tc>
      </w:tr>
      <w:tr w:rsidR="00D55D5F" w:rsidRPr="008C5CF5" w:rsidTr="00D55D5F">
        <w:trPr>
          <w:cantSplit/>
          <w:jc w:val="center"/>
        </w:trPr>
        <w:tc>
          <w:tcPr>
            <w:tcW w:w="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:rsidR="00D55D5F" w:rsidRPr="008C5CF5" w:rsidRDefault="00D55D5F" w:rsidP="00D55D5F">
            <w:pPr>
              <w:jc w:val="center"/>
            </w:pPr>
          </w:p>
        </w:tc>
        <w:tc>
          <w:tcPr>
            <w:tcW w:w="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:rsidR="00D55D5F" w:rsidRPr="008C5CF5" w:rsidRDefault="00D55D5F" w:rsidP="00D55D5F">
            <w:pPr>
              <w:jc w:val="center"/>
            </w:pPr>
            <w:r w:rsidRPr="008C5CF5">
              <w:rPr>
                <w:b/>
              </w:rPr>
              <w:t>5</w:t>
            </w:r>
          </w:p>
        </w:tc>
        <w:tc>
          <w:tcPr>
            <w:tcW w:w="9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:rsidR="00D55D5F" w:rsidRPr="008C5CF5" w:rsidRDefault="00D55D5F" w:rsidP="00D55D5F">
            <w:pPr>
              <w:jc w:val="center"/>
            </w:pPr>
            <w:r w:rsidRPr="008C5CF5">
              <w:rPr>
                <w:b/>
              </w:rPr>
              <w:t>5.01.41.</w:t>
            </w:r>
          </w:p>
        </w:tc>
        <w:tc>
          <w:tcPr>
            <w:tcW w:w="14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:rsidR="00D55D5F" w:rsidRPr="008C5CF5" w:rsidRDefault="00D55D5F" w:rsidP="00D55D5F">
            <w:r w:rsidRPr="008C5CF5">
              <w:rPr>
                <w:b/>
              </w:rPr>
              <w:t>Општинска управа</w:t>
            </w:r>
          </w:p>
        </w:tc>
        <w:tc>
          <w:tcPr>
            <w:tcW w:w="7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:rsidR="00D55D5F" w:rsidRPr="008C5CF5" w:rsidRDefault="00D55D5F" w:rsidP="00D55D5F">
            <w:pPr>
              <w:jc w:val="center"/>
            </w:pPr>
            <w:r w:rsidRPr="008C5CF5">
              <w:rPr>
                <w:b/>
              </w:rPr>
              <w:t>1102</w:t>
            </w:r>
          </w:p>
        </w:tc>
        <w:tc>
          <w:tcPr>
            <w:tcW w:w="1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:rsidR="00D55D5F" w:rsidRPr="008C5CF5" w:rsidRDefault="00D55D5F" w:rsidP="00D55D5F">
            <w:pPr>
              <w:jc w:val="center"/>
            </w:pPr>
            <w:r w:rsidRPr="008C5CF5">
              <w:rPr>
                <w:b/>
              </w:rPr>
              <w:t>1102-5004</w:t>
            </w:r>
          </w:p>
        </w:tc>
        <w:tc>
          <w:tcPr>
            <w:tcW w:w="31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:rsidR="00D55D5F" w:rsidRPr="008C5CF5" w:rsidRDefault="00D55D5F" w:rsidP="00D55D5F">
            <w:r w:rsidRPr="008C5CF5">
              <w:rPr>
                <w:b/>
              </w:rPr>
              <w:t>Замена постојећих извора јавне расвете ЛЕД светиљкама у Грачацу и Подунавцима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:rsidR="00D55D5F" w:rsidRPr="008C5CF5" w:rsidRDefault="00D55D5F" w:rsidP="00D55D5F">
            <w:r w:rsidRPr="008C5CF5">
              <w:rPr>
                <w:b/>
              </w:rPr>
              <w:t>Замена постојећих извора јавне расвете ЛЕД светиљкама у Грачацу и Подунавцима</w:t>
            </w:r>
          </w:p>
        </w:tc>
        <w:tc>
          <w:tcPr>
            <w:tcW w:w="1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:rsidR="00D55D5F" w:rsidRPr="008C5CF5" w:rsidRDefault="00D55D5F" w:rsidP="00D55D5F">
            <w:pPr>
              <w:jc w:val="right"/>
            </w:pPr>
            <w:r w:rsidRPr="008C5CF5">
              <w:rPr>
                <w:b/>
              </w:rPr>
              <w:t>15.001.532</w:t>
            </w:r>
          </w:p>
        </w:tc>
        <w:tc>
          <w:tcPr>
            <w:tcW w:w="1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:rsidR="00D55D5F" w:rsidRPr="008C5CF5" w:rsidRDefault="00D55D5F" w:rsidP="00D55D5F">
            <w:pPr>
              <w:jc w:val="right"/>
            </w:pPr>
            <w:r w:rsidRPr="008C5CF5">
              <w:rPr>
                <w:b/>
              </w:rPr>
              <w:t>/</w:t>
            </w:r>
          </w:p>
        </w:tc>
        <w:tc>
          <w:tcPr>
            <w:tcW w:w="1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:rsidR="00D55D5F" w:rsidRPr="008C5CF5" w:rsidRDefault="00D55D5F" w:rsidP="00D55D5F">
            <w:pPr>
              <w:jc w:val="right"/>
            </w:pPr>
            <w:r w:rsidRPr="008C5CF5">
              <w:rPr>
                <w:b/>
              </w:rPr>
              <w:t>/</w:t>
            </w:r>
          </w:p>
        </w:tc>
      </w:tr>
      <w:tr w:rsidR="00D55D5F" w:rsidRPr="008C5CF5" w:rsidTr="00D55D5F">
        <w:trPr>
          <w:cantSplit/>
          <w:jc w:val="center"/>
        </w:trPr>
        <w:tc>
          <w:tcPr>
            <w:tcW w:w="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:rsidR="00D55D5F" w:rsidRPr="008C5CF5" w:rsidRDefault="00D55D5F" w:rsidP="00D55D5F">
            <w:pPr>
              <w:jc w:val="center"/>
            </w:pPr>
          </w:p>
        </w:tc>
        <w:tc>
          <w:tcPr>
            <w:tcW w:w="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:rsidR="00D55D5F" w:rsidRPr="008C5CF5" w:rsidRDefault="00D55D5F" w:rsidP="00D55D5F">
            <w:pPr>
              <w:jc w:val="center"/>
            </w:pPr>
            <w:r w:rsidRPr="008C5CF5">
              <w:t>5</w:t>
            </w:r>
          </w:p>
        </w:tc>
        <w:tc>
          <w:tcPr>
            <w:tcW w:w="9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:rsidR="00D55D5F" w:rsidRPr="008C5CF5" w:rsidRDefault="00D55D5F" w:rsidP="00D55D5F">
            <w:pPr>
              <w:jc w:val="center"/>
            </w:pPr>
            <w:r w:rsidRPr="008C5CF5">
              <w:t>5.01.41.</w:t>
            </w:r>
          </w:p>
        </w:tc>
        <w:tc>
          <w:tcPr>
            <w:tcW w:w="14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:rsidR="00D55D5F" w:rsidRPr="008C5CF5" w:rsidRDefault="00D55D5F" w:rsidP="00D55D5F">
            <w:r w:rsidRPr="008C5CF5">
              <w:t>Општинска управа</w:t>
            </w:r>
          </w:p>
        </w:tc>
        <w:tc>
          <w:tcPr>
            <w:tcW w:w="7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:rsidR="00D55D5F" w:rsidRPr="008C5CF5" w:rsidRDefault="00D55D5F" w:rsidP="00D55D5F">
            <w:pPr>
              <w:jc w:val="center"/>
            </w:pPr>
            <w:r w:rsidRPr="008C5CF5">
              <w:t>1102</w:t>
            </w:r>
          </w:p>
        </w:tc>
        <w:tc>
          <w:tcPr>
            <w:tcW w:w="1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:rsidR="00D55D5F" w:rsidRPr="008C5CF5" w:rsidRDefault="00D55D5F" w:rsidP="00D55D5F">
            <w:pPr>
              <w:jc w:val="center"/>
            </w:pPr>
            <w:r w:rsidRPr="008C5CF5">
              <w:t>1102-5004</w:t>
            </w:r>
          </w:p>
        </w:tc>
        <w:tc>
          <w:tcPr>
            <w:tcW w:w="31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:rsidR="00D55D5F" w:rsidRPr="008C5CF5" w:rsidRDefault="00D55D5F" w:rsidP="00D55D5F">
            <w:r w:rsidRPr="008C5CF5">
              <w:t>Година почетка финансирања пројекта: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:rsidR="00D55D5F" w:rsidRPr="008C5CF5" w:rsidRDefault="00D55D5F" w:rsidP="00D55D5F">
            <w:r w:rsidRPr="008C5CF5">
              <w:t>/</w:t>
            </w:r>
          </w:p>
        </w:tc>
        <w:tc>
          <w:tcPr>
            <w:tcW w:w="1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:rsidR="00D55D5F" w:rsidRPr="008C5CF5" w:rsidRDefault="00D55D5F" w:rsidP="00D55D5F">
            <w:pPr>
              <w:jc w:val="right"/>
            </w:pPr>
          </w:p>
        </w:tc>
        <w:tc>
          <w:tcPr>
            <w:tcW w:w="1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:rsidR="00D55D5F" w:rsidRPr="008C5CF5" w:rsidRDefault="00D55D5F" w:rsidP="00D55D5F">
            <w:pPr>
              <w:jc w:val="right"/>
            </w:pPr>
          </w:p>
        </w:tc>
        <w:tc>
          <w:tcPr>
            <w:tcW w:w="1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:rsidR="00D55D5F" w:rsidRPr="008C5CF5" w:rsidRDefault="00D55D5F" w:rsidP="00D55D5F">
            <w:pPr>
              <w:jc w:val="right"/>
            </w:pPr>
          </w:p>
        </w:tc>
      </w:tr>
      <w:tr w:rsidR="00D55D5F" w:rsidRPr="008C5CF5" w:rsidTr="00D55D5F">
        <w:trPr>
          <w:cantSplit/>
          <w:jc w:val="center"/>
        </w:trPr>
        <w:tc>
          <w:tcPr>
            <w:tcW w:w="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:rsidR="00D55D5F" w:rsidRPr="008C5CF5" w:rsidRDefault="00D55D5F" w:rsidP="00D55D5F">
            <w:pPr>
              <w:jc w:val="center"/>
            </w:pPr>
          </w:p>
        </w:tc>
        <w:tc>
          <w:tcPr>
            <w:tcW w:w="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:rsidR="00D55D5F" w:rsidRPr="008C5CF5" w:rsidRDefault="00D55D5F" w:rsidP="00D55D5F">
            <w:pPr>
              <w:jc w:val="center"/>
            </w:pPr>
            <w:r w:rsidRPr="008C5CF5">
              <w:t>5</w:t>
            </w:r>
          </w:p>
        </w:tc>
        <w:tc>
          <w:tcPr>
            <w:tcW w:w="9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:rsidR="00D55D5F" w:rsidRPr="008C5CF5" w:rsidRDefault="00D55D5F" w:rsidP="00D55D5F">
            <w:pPr>
              <w:jc w:val="center"/>
            </w:pPr>
            <w:r w:rsidRPr="008C5CF5">
              <w:t>5.01.41.</w:t>
            </w:r>
          </w:p>
        </w:tc>
        <w:tc>
          <w:tcPr>
            <w:tcW w:w="14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:rsidR="00D55D5F" w:rsidRPr="008C5CF5" w:rsidRDefault="00D55D5F" w:rsidP="00D55D5F">
            <w:r w:rsidRPr="008C5CF5">
              <w:t>Општинска управа</w:t>
            </w:r>
          </w:p>
        </w:tc>
        <w:tc>
          <w:tcPr>
            <w:tcW w:w="7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:rsidR="00D55D5F" w:rsidRPr="008C5CF5" w:rsidRDefault="00D55D5F" w:rsidP="00D55D5F">
            <w:pPr>
              <w:jc w:val="center"/>
            </w:pPr>
            <w:r w:rsidRPr="008C5CF5">
              <w:t>1102</w:t>
            </w:r>
          </w:p>
        </w:tc>
        <w:tc>
          <w:tcPr>
            <w:tcW w:w="1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:rsidR="00D55D5F" w:rsidRPr="008C5CF5" w:rsidRDefault="00D55D5F" w:rsidP="00D55D5F">
            <w:pPr>
              <w:jc w:val="center"/>
            </w:pPr>
            <w:r w:rsidRPr="008C5CF5">
              <w:t>1102-5004</w:t>
            </w:r>
          </w:p>
        </w:tc>
        <w:tc>
          <w:tcPr>
            <w:tcW w:w="31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:rsidR="00D55D5F" w:rsidRPr="008C5CF5" w:rsidRDefault="00D55D5F" w:rsidP="00D55D5F">
            <w:r w:rsidRPr="008C5CF5">
              <w:t>Година завршетка финансирања пројекта: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:rsidR="00D55D5F" w:rsidRPr="008C5CF5" w:rsidRDefault="00D55D5F" w:rsidP="00D55D5F">
            <w:r w:rsidRPr="008C5CF5">
              <w:t>/</w:t>
            </w:r>
          </w:p>
        </w:tc>
        <w:tc>
          <w:tcPr>
            <w:tcW w:w="1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:rsidR="00D55D5F" w:rsidRPr="008C5CF5" w:rsidRDefault="00D55D5F" w:rsidP="00D55D5F">
            <w:pPr>
              <w:jc w:val="right"/>
            </w:pPr>
          </w:p>
        </w:tc>
        <w:tc>
          <w:tcPr>
            <w:tcW w:w="1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:rsidR="00D55D5F" w:rsidRPr="008C5CF5" w:rsidRDefault="00D55D5F" w:rsidP="00D55D5F">
            <w:pPr>
              <w:jc w:val="right"/>
            </w:pPr>
          </w:p>
        </w:tc>
        <w:tc>
          <w:tcPr>
            <w:tcW w:w="1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:rsidR="00D55D5F" w:rsidRPr="008C5CF5" w:rsidRDefault="00D55D5F" w:rsidP="00D55D5F">
            <w:pPr>
              <w:jc w:val="right"/>
            </w:pPr>
          </w:p>
        </w:tc>
      </w:tr>
      <w:tr w:rsidR="00D55D5F" w:rsidRPr="008C5CF5" w:rsidTr="00D55D5F">
        <w:trPr>
          <w:cantSplit/>
          <w:jc w:val="center"/>
        </w:trPr>
        <w:tc>
          <w:tcPr>
            <w:tcW w:w="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:rsidR="00D55D5F" w:rsidRPr="008C5CF5" w:rsidRDefault="00D55D5F" w:rsidP="00D55D5F">
            <w:pPr>
              <w:jc w:val="center"/>
            </w:pPr>
          </w:p>
        </w:tc>
        <w:tc>
          <w:tcPr>
            <w:tcW w:w="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:rsidR="00D55D5F" w:rsidRPr="008C5CF5" w:rsidRDefault="00D55D5F" w:rsidP="00D55D5F">
            <w:pPr>
              <w:jc w:val="center"/>
            </w:pPr>
            <w:r w:rsidRPr="008C5CF5">
              <w:t>5</w:t>
            </w:r>
          </w:p>
        </w:tc>
        <w:tc>
          <w:tcPr>
            <w:tcW w:w="9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:rsidR="00D55D5F" w:rsidRPr="008C5CF5" w:rsidRDefault="00D55D5F" w:rsidP="00D55D5F">
            <w:pPr>
              <w:jc w:val="center"/>
            </w:pPr>
            <w:r w:rsidRPr="008C5CF5">
              <w:t>5.01.41.</w:t>
            </w:r>
          </w:p>
        </w:tc>
        <w:tc>
          <w:tcPr>
            <w:tcW w:w="14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:rsidR="00D55D5F" w:rsidRPr="008C5CF5" w:rsidRDefault="00D55D5F" w:rsidP="00D55D5F">
            <w:r w:rsidRPr="008C5CF5">
              <w:t>Општинска управа</w:t>
            </w:r>
          </w:p>
        </w:tc>
        <w:tc>
          <w:tcPr>
            <w:tcW w:w="7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:rsidR="00D55D5F" w:rsidRPr="008C5CF5" w:rsidRDefault="00D55D5F" w:rsidP="00D55D5F">
            <w:pPr>
              <w:jc w:val="center"/>
            </w:pPr>
            <w:r w:rsidRPr="008C5CF5">
              <w:t>1102</w:t>
            </w:r>
          </w:p>
        </w:tc>
        <w:tc>
          <w:tcPr>
            <w:tcW w:w="1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:rsidR="00D55D5F" w:rsidRPr="008C5CF5" w:rsidRDefault="00D55D5F" w:rsidP="00D55D5F">
            <w:pPr>
              <w:jc w:val="center"/>
            </w:pPr>
            <w:r w:rsidRPr="008C5CF5">
              <w:t>1102-5004</w:t>
            </w:r>
          </w:p>
        </w:tc>
        <w:tc>
          <w:tcPr>
            <w:tcW w:w="31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:rsidR="00D55D5F" w:rsidRPr="008C5CF5" w:rsidRDefault="00D55D5F" w:rsidP="00D55D5F">
            <w:r w:rsidRPr="008C5CF5">
              <w:t>Укупна вредност пројекта: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:rsidR="00D55D5F" w:rsidRPr="008C5CF5" w:rsidRDefault="00D55D5F" w:rsidP="00D55D5F">
            <w:r w:rsidRPr="008C5CF5">
              <w:t>/</w:t>
            </w:r>
          </w:p>
        </w:tc>
        <w:tc>
          <w:tcPr>
            <w:tcW w:w="1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:rsidR="00D55D5F" w:rsidRPr="008C5CF5" w:rsidRDefault="00D55D5F" w:rsidP="00D55D5F">
            <w:pPr>
              <w:jc w:val="right"/>
            </w:pPr>
          </w:p>
        </w:tc>
        <w:tc>
          <w:tcPr>
            <w:tcW w:w="1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:rsidR="00D55D5F" w:rsidRPr="008C5CF5" w:rsidRDefault="00D55D5F" w:rsidP="00D55D5F">
            <w:pPr>
              <w:jc w:val="right"/>
            </w:pPr>
          </w:p>
        </w:tc>
        <w:tc>
          <w:tcPr>
            <w:tcW w:w="1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:rsidR="00D55D5F" w:rsidRPr="008C5CF5" w:rsidRDefault="00D55D5F" w:rsidP="00D55D5F">
            <w:pPr>
              <w:jc w:val="right"/>
            </w:pPr>
          </w:p>
        </w:tc>
      </w:tr>
      <w:tr w:rsidR="00D55D5F" w:rsidRPr="008C5CF5" w:rsidTr="00D55D5F">
        <w:trPr>
          <w:cantSplit/>
          <w:jc w:val="center"/>
        </w:trPr>
        <w:tc>
          <w:tcPr>
            <w:tcW w:w="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:rsidR="00D55D5F" w:rsidRPr="008C5CF5" w:rsidRDefault="00D55D5F" w:rsidP="00D55D5F">
            <w:pPr>
              <w:jc w:val="center"/>
            </w:pPr>
          </w:p>
        </w:tc>
        <w:tc>
          <w:tcPr>
            <w:tcW w:w="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:rsidR="00D55D5F" w:rsidRPr="008C5CF5" w:rsidRDefault="00D55D5F" w:rsidP="00D55D5F">
            <w:pPr>
              <w:jc w:val="center"/>
            </w:pPr>
            <w:r w:rsidRPr="008C5CF5">
              <w:t>5</w:t>
            </w:r>
          </w:p>
        </w:tc>
        <w:tc>
          <w:tcPr>
            <w:tcW w:w="9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:rsidR="00D55D5F" w:rsidRPr="008C5CF5" w:rsidRDefault="00D55D5F" w:rsidP="00D55D5F">
            <w:pPr>
              <w:jc w:val="center"/>
            </w:pPr>
            <w:r w:rsidRPr="008C5CF5">
              <w:t>5.01.41.</w:t>
            </w:r>
          </w:p>
        </w:tc>
        <w:tc>
          <w:tcPr>
            <w:tcW w:w="14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:rsidR="00D55D5F" w:rsidRPr="008C5CF5" w:rsidRDefault="00D55D5F" w:rsidP="00D55D5F">
            <w:r w:rsidRPr="008C5CF5">
              <w:t>Општинска управа</w:t>
            </w:r>
          </w:p>
        </w:tc>
        <w:tc>
          <w:tcPr>
            <w:tcW w:w="7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:rsidR="00D55D5F" w:rsidRPr="008C5CF5" w:rsidRDefault="00D55D5F" w:rsidP="00D55D5F">
            <w:pPr>
              <w:jc w:val="center"/>
            </w:pPr>
            <w:r w:rsidRPr="008C5CF5">
              <w:t>1102</w:t>
            </w:r>
          </w:p>
        </w:tc>
        <w:tc>
          <w:tcPr>
            <w:tcW w:w="1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:rsidR="00D55D5F" w:rsidRPr="008C5CF5" w:rsidRDefault="00D55D5F" w:rsidP="00D55D5F">
            <w:pPr>
              <w:jc w:val="center"/>
            </w:pPr>
            <w:r w:rsidRPr="008C5CF5">
              <w:t>1102-5004</w:t>
            </w:r>
          </w:p>
        </w:tc>
        <w:tc>
          <w:tcPr>
            <w:tcW w:w="31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:rsidR="00D55D5F" w:rsidRPr="008C5CF5" w:rsidRDefault="00D55D5F" w:rsidP="00D55D5F">
            <w:r w:rsidRPr="008C5CF5">
              <w:t>Извор финансирања: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:rsidR="00D55D5F" w:rsidRPr="008C5CF5" w:rsidRDefault="00D55D5F" w:rsidP="00D55D5F">
            <w:r w:rsidRPr="008C5CF5">
              <w:t>Извор финансирања:</w:t>
            </w:r>
          </w:p>
        </w:tc>
        <w:tc>
          <w:tcPr>
            <w:tcW w:w="1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:rsidR="00D55D5F" w:rsidRPr="008C5CF5" w:rsidRDefault="00D55D5F" w:rsidP="00D55D5F">
            <w:pPr>
              <w:jc w:val="right"/>
            </w:pPr>
          </w:p>
        </w:tc>
        <w:tc>
          <w:tcPr>
            <w:tcW w:w="1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:rsidR="00D55D5F" w:rsidRPr="008C5CF5" w:rsidRDefault="00D55D5F" w:rsidP="00D55D5F">
            <w:pPr>
              <w:jc w:val="right"/>
            </w:pPr>
          </w:p>
        </w:tc>
        <w:tc>
          <w:tcPr>
            <w:tcW w:w="1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:rsidR="00D55D5F" w:rsidRPr="008C5CF5" w:rsidRDefault="00D55D5F" w:rsidP="00D55D5F">
            <w:pPr>
              <w:jc w:val="right"/>
            </w:pPr>
          </w:p>
        </w:tc>
      </w:tr>
      <w:tr w:rsidR="00D55D5F" w:rsidRPr="008C5CF5" w:rsidTr="00D55D5F">
        <w:trPr>
          <w:cantSplit/>
          <w:jc w:val="center"/>
        </w:trPr>
        <w:tc>
          <w:tcPr>
            <w:tcW w:w="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:rsidR="00D55D5F" w:rsidRPr="008C5CF5" w:rsidRDefault="00D55D5F" w:rsidP="00D55D5F">
            <w:pPr>
              <w:jc w:val="center"/>
            </w:pPr>
          </w:p>
        </w:tc>
        <w:tc>
          <w:tcPr>
            <w:tcW w:w="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:rsidR="00D55D5F" w:rsidRPr="008C5CF5" w:rsidRDefault="00D55D5F" w:rsidP="00D55D5F">
            <w:pPr>
              <w:jc w:val="center"/>
            </w:pPr>
            <w:r w:rsidRPr="008C5CF5">
              <w:t>5</w:t>
            </w:r>
          </w:p>
        </w:tc>
        <w:tc>
          <w:tcPr>
            <w:tcW w:w="9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:rsidR="00D55D5F" w:rsidRPr="008C5CF5" w:rsidRDefault="00D55D5F" w:rsidP="00D55D5F">
            <w:pPr>
              <w:jc w:val="center"/>
            </w:pPr>
            <w:r w:rsidRPr="008C5CF5">
              <w:t>5.01.41.</w:t>
            </w:r>
          </w:p>
        </w:tc>
        <w:tc>
          <w:tcPr>
            <w:tcW w:w="14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:rsidR="00D55D5F" w:rsidRPr="008C5CF5" w:rsidRDefault="00D55D5F" w:rsidP="00D55D5F">
            <w:r w:rsidRPr="008C5CF5">
              <w:t>Општинска управа</w:t>
            </w:r>
          </w:p>
        </w:tc>
        <w:tc>
          <w:tcPr>
            <w:tcW w:w="7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:rsidR="00D55D5F" w:rsidRPr="008C5CF5" w:rsidRDefault="00D55D5F" w:rsidP="00D55D5F">
            <w:pPr>
              <w:jc w:val="center"/>
            </w:pPr>
            <w:r w:rsidRPr="008C5CF5">
              <w:t>1102</w:t>
            </w:r>
          </w:p>
        </w:tc>
        <w:tc>
          <w:tcPr>
            <w:tcW w:w="1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:rsidR="00D55D5F" w:rsidRPr="008C5CF5" w:rsidRDefault="00D55D5F" w:rsidP="00D55D5F">
            <w:pPr>
              <w:jc w:val="center"/>
            </w:pPr>
            <w:r w:rsidRPr="008C5CF5">
              <w:t>1102-5004</w:t>
            </w:r>
          </w:p>
        </w:tc>
        <w:tc>
          <w:tcPr>
            <w:tcW w:w="31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:rsidR="00D55D5F" w:rsidRPr="008C5CF5" w:rsidRDefault="00D55D5F" w:rsidP="00D55D5F">
            <w:r w:rsidRPr="008C5CF5">
              <w:t>– из текућих прихода буџета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:rsidR="00D55D5F" w:rsidRPr="008C5CF5" w:rsidRDefault="00D55D5F" w:rsidP="00D55D5F">
            <w:r w:rsidRPr="008C5CF5">
              <w:t>– из текућих прихода буџета</w:t>
            </w:r>
          </w:p>
        </w:tc>
        <w:tc>
          <w:tcPr>
            <w:tcW w:w="1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:rsidR="00D55D5F" w:rsidRPr="008C5CF5" w:rsidRDefault="00D55D5F" w:rsidP="00D55D5F">
            <w:pPr>
              <w:jc w:val="right"/>
            </w:pPr>
            <w:r w:rsidRPr="008C5CF5">
              <w:t>4.501.000</w:t>
            </w:r>
          </w:p>
        </w:tc>
        <w:tc>
          <w:tcPr>
            <w:tcW w:w="1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:rsidR="00D55D5F" w:rsidRPr="008C5CF5" w:rsidRDefault="00D55D5F" w:rsidP="00D55D5F">
            <w:pPr>
              <w:jc w:val="right"/>
            </w:pPr>
            <w:r w:rsidRPr="008C5CF5">
              <w:t>/</w:t>
            </w:r>
          </w:p>
        </w:tc>
        <w:tc>
          <w:tcPr>
            <w:tcW w:w="1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:rsidR="00D55D5F" w:rsidRPr="008C5CF5" w:rsidRDefault="00D55D5F" w:rsidP="00D55D5F">
            <w:pPr>
              <w:jc w:val="right"/>
            </w:pPr>
            <w:r w:rsidRPr="008C5CF5">
              <w:t>/</w:t>
            </w:r>
          </w:p>
        </w:tc>
      </w:tr>
      <w:tr w:rsidR="00D55D5F" w:rsidRPr="008C5CF5" w:rsidTr="00D55D5F">
        <w:trPr>
          <w:cantSplit/>
          <w:jc w:val="center"/>
        </w:trPr>
        <w:tc>
          <w:tcPr>
            <w:tcW w:w="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:rsidR="00D55D5F" w:rsidRPr="008C5CF5" w:rsidRDefault="00D55D5F" w:rsidP="00D55D5F">
            <w:pPr>
              <w:jc w:val="center"/>
            </w:pPr>
          </w:p>
        </w:tc>
        <w:tc>
          <w:tcPr>
            <w:tcW w:w="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:rsidR="00D55D5F" w:rsidRPr="008C5CF5" w:rsidRDefault="00D55D5F" w:rsidP="00D55D5F">
            <w:pPr>
              <w:jc w:val="center"/>
            </w:pPr>
            <w:r w:rsidRPr="008C5CF5">
              <w:t>5</w:t>
            </w:r>
          </w:p>
        </w:tc>
        <w:tc>
          <w:tcPr>
            <w:tcW w:w="9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:rsidR="00D55D5F" w:rsidRPr="008C5CF5" w:rsidRDefault="00D55D5F" w:rsidP="00D55D5F">
            <w:pPr>
              <w:jc w:val="center"/>
            </w:pPr>
            <w:r w:rsidRPr="008C5CF5">
              <w:t>5.01.41.</w:t>
            </w:r>
          </w:p>
        </w:tc>
        <w:tc>
          <w:tcPr>
            <w:tcW w:w="14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:rsidR="00D55D5F" w:rsidRPr="008C5CF5" w:rsidRDefault="00D55D5F" w:rsidP="00D55D5F">
            <w:r w:rsidRPr="008C5CF5">
              <w:t>Општинска управа</w:t>
            </w:r>
          </w:p>
        </w:tc>
        <w:tc>
          <w:tcPr>
            <w:tcW w:w="7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:rsidR="00D55D5F" w:rsidRPr="008C5CF5" w:rsidRDefault="00D55D5F" w:rsidP="00D55D5F">
            <w:pPr>
              <w:jc w:val="center"/>
            </w:pPr>
            <w:r w:rsidRPr="008C5CF5">
              <w:t>1102</w:t>
            </w:r>
          </w:p>
        </w:tc>
        <w:tc>
          <w:tcPr>
            <w:tcW w:w="1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:rsidR="00D55D5F" w:rsidRPr="008C5CF5" w:rsidRDefault="00D55D5F" w:rsidP="00D55D5F">
            <w:pPr>
              <w:jc w:val="center"/>
            </w:pPr>
            <w:r w:rsidRPr="008C5CF5">
              <w:t>1102-5004</w:t>
            </w:r>
          </w:p>
        </w:tc>
        <w:tc>
          <w:tcPr>
            <w:tcW w:w="31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:rsidR="00D55D5F" w:rsidRPr="008C5CF5" w:rsidRDefault="00D55D5F" w:rsidP="00D55D5F">
            <w:r w:rsidRPr="008C5CF5">
              <w:t>– из других извора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:rsidR="00D55D5F" w:rsidRPr="008C5CF5" w:rsidRDefault="00D55D5F" w:rsidP="00D55D5F">
            <w:r w:rsidRPr="008C5CF5">
              <w:t>– из других извора</w:t>
            </w:r>
          </w:p>
        </w:tc>
        <w:tc>
          <w:tcPr>
            <w:tcW w:w="1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:rsidR="00D55D5F" w:rsidRPr="008C5CF5" w:rsidRDefault="00D55D5F" w:rsidP="00D55D5F">
            <w:pPr>
              <w:jc w:val="right"/>
            </w:pPr>
            <w:r w:rsidRPr="008C5CF5">
              <w:t>10.500.532</w:t>
            </w:r>
          </w:p>
        </w:tc>
        <w:tc>
          <w:tcPr>
            <w:tcW w:w="1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:rsidR="00D55D5F" w:rsidRPr="008C5CF5" w:rsidRDefault="00D55D5F" w:rsidP="00D55D5F">
            <w:pPr>
              <w:jc w:val="right"/>
            </w:pPr>
            <w:r w:rsidRPr="008C5CF5">
              <w:t>/</w:t>
            </w:r>
          </w:p>
        </w:tc>
        <w:tc>
          <w:tcPr>
            <w:tcW w:w="1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:rsidR="00D55D5F" w:rsidRPr="008C5CF5" w:rsidRDefault="00D55D5F" w:rsidP="00D55D5F">
            <w:pPr>
              <w:jc w:val="right"/>
            </w:pPr>
            <w:r w:rsidRPr="008C5CF5">
              <w:t>/</w:t>
            </w:r>
          </w:p>
        </w:tc>
      </w:tr>
    </w:tbl>
    <w:p w:rsidR="00D55D5F" w:rsidRPr="008C5CF5" w:rsidRDefault="00D55D5F" w:rsidP="004771C8">
      <w:pPr>
        <w:jc w:val="center"/>
        <w:rPr>
          <w:color w:val="000000"/>
          <w:sz w:val="22"/>
          <w:lang w:val="sr-Latn-CS"/>
        </w:rPr>
      </w:pPr>
    </w:p>
    <w:p w:rsidR="00D55D5F" w:rsidRPr="008C5CF5" w:rsidRDefault="00D55D5F" w:rsidP="004771C8">
      <w:pPr>
        <w:jc w:val="center"/>
        <w:rPr>
          <w:color w:val="000000"/>
          <w:sz w:val="22"/>
          <w:lang w:val="sr-Latn-CS"/>
        </w:rPr>
      </w:pPr>
    </w:p>
    <w:p w:rsidR="004771C8" w:rsidRPr="008C5CF5" w:rsidRDefault="004771C8" w:rsidP="004771C8">
      <w:pPr>
        <w:jc w:val="center"/>
        <w:rPr>
          <w:sz w:val="22"/>
          <w:szCs w:val="22"/>
          <w:lang w:val="sr-Latn-CS"/>
        </w:rPr>
      </w:pPr>
      <w:r w:rsidRPr="008C5CF5">
        <w:rPr>
          <w:color w:val="000000"/>
          <w:sz w:val="22"/>
          <w:lang w:val="sr-Latn-CS"/>
        </w:rPr>
        <w:lastRenderedPageBreak/>
        <w:t xml:space="preserve">Члан </w:t>
      </w:r>
      <w:r w:rsidR="00290FBB" w:rsidRPr="008C5CF5">
        <w:rPr>
          <w:color w:val="000000"/>
          <w:sz w:val="22"/>
          <w:lang w:val="sr-Latn-CS"/>
        </w:rPr>
        <w:t>9</w:t>
      </w:r>
      <w:r w:rsidRPr="008C5CF5">
        <w:rPr>
          <w:lang w:val="sr-Latn-CS"/>
        </w:rPr>
        <w:t>.</w:t>
      </w:r>
    </w:p>
    <w:p w:rsidR="004F2723" w:rsidRPr="008C5CF5" w:rsidRDefault="004F2723" w:rsidP="004771C8">
      <w:pPr>
        <w:ind w:firstLine="708"/>
        <w:jc w:val="both"/>
        <w:rPr>
          <w:sz w:val="22"/>
          <w:szCs w:val="22"/>
          <w:lang w:val="sr-Latn-CS"/>
        </w:rPr>
      </w:pPr>
    </w:p>
    <w:p w:rsidR="004F2723" w:rsidRPr="008C5CF5" w:rsidRDefault="004F2723" w:rsidP="004F2723">
      <w:pPr>
        <w:keepLines/>
        <w:spacing w:after="60"/>
        <w:ind w:firstLine="706"/>
        <w:jc w:val="both"/>
        <w:rPr>
          <w:sz w:val="22"/>
          <w:szCs w:val="22"/>
        </w:rPr>
      </w:pPr>
      <w:r w:rsidRPr="008C5CF5">
        <w:rPr>
          <w:sz w:val="22"/>
          <w:szCs w:val="22"/>
        </w:rPr>
        <w:t>У члану 54. мења се став 1. и гласи:</w:t>
      </w:r>
    </w:p>
    <w:p w:rsidR="004F2723" w:rsidRPr="008C5CF5" w:rsidRDefault="004F2723" w:rsidP="004F2723">
      <w:pPr>
        <w:keepLines/>
        <w:spacing w:after="80"/>
        <w:ind w:firstLine="706"/>
        <w:jc w:val="both"/>
        <w:rPr>
          <w:sz w:val="22"/>
          <w:szCs w:val="22"/>
        </w:rPr>
      </w:pPr>
      <w:r w:rsidRPr="008C5CF5">
        <w:rPr>
          <w:sz w:val="22"/>
          <w:szCs w:val="22"/>
        </w:rPr>
        <w:t>„Средства из буџета у износу од 2.402.796.000 динара (извор финансирања 01), средства прихода од изворних активности индиректних корисника буџета у укупном износу од 25.606.000 динара (извор финансирања 04), средства из осталих извора финансирања, и то: средства из извора финансирања 10 – Примања од домаћих задуживања у износу од 119.573.672 динара, средства из извора финансирања 13 – Нераспоређени вишак прихода из ранијих година у износу од 38.522.000 динара, средства из извора финансирања 15 – Неутрошена средства донација, помоћи и трансфера из ранијих година у износу од 1.198.896 динара, средства из извора финансирања 16 – Родитељски динар за ваннаставне активности у износу од 300.000 динара и средства из извора финансирања 17 – Неутрошена средства трансфера од других нивоа власти у износу од 62.034.432 динара, распоређују се по директним буџетским корисницима, функционалној класификацији, програмској класификацији и економској класификацији:“</w:t>
      </w:r>
    </w:p>
    <w:p w:rsidR="004F2723" w:rsidRPr="008C5CF5" w:rsidRDefault="004F2723" w:rsidP="004F2723">
      <w:pPr>
        <w:keepLines/>
        <w:spacing w:after="80"/>
        <w:ind w:firstLine="706"/>
        <w:jc w:val="both"/>
        <w:rPr>
          <w:sz w:val="22"/>
          <w:szCs w:val="22"/>
        </w:rPr>
      </w:pPr>
      <w:r w:rsidRPr="008C5CF5">
        <w:rPr>
          <w:sz w:val="22"/>
          <w:szCs w:val="22"/>
        </w:rPr>
        <w:t>У члану 54. Буџета, у табеларном делу, износи исказани у колонама 9</w:t>
      </w:r>
      <w:r w:rsidR="00E17AC5" w:rsidRPr="008C5CF5">
        <w:rPr>
          <w:sz w:val="22"/>
          <w:szCs w:val="22"/>
        </w:rPr>
        <w:t xml:space="preserve"> и 11 </w:t>
      </w:r>
      <w:r w:rsidRPr="008C5CF5">
        <w:rPr>
          <w:sz w:val="22"/>
          <w:szCs w:val="22"/>
        </w:rPr>
        <w:t>замењују се новим и</w:t>
      </w:r>
      <w:r w:rsidR="00E17AC5" w:rsidRPr="008C5CF5">
        <w:rPr>
          <w:sz w:val="22"/>
          <w:szCs w:val="22"/>
        </w:rPr>
        <w:t>зносима исказаним у колонама 10</w:t>
      </w:r>
      <w:r w:rsidRPr="008C5CF5">
        <w:rPr>
          <w:sz w:val="22"/>
          <w:szCs w:val="22"/>
        </w:rPr>
        <w:t xml:space="preserve"> </w:t>
      </w:r>
      <w:r w:rsidR="00E17AC5" w:rsidRPr="008C5CF5">
        <w:rPr>
          <w:sz w:val="22"/>
          <w:szCs w:val="22"/>
        </w:rPr>
        <w:t xml:space="preserve">и </w:t>
      </w:r>
      <w:r w:rsidRPr="008C5CF5">
        <w:rPr>
          <w:sz w:val="22"/>
          <w:szCs w:val="22"/>
        </w:rPr>
        <w:t>12,</w:t>
      </w:r>
      <w:r w:rsidR="00E17AC5" w:rsidRPr="008C5CF5">
        <w:rPr>
          <w:sz w:val="22"/>
          <w:szCs w:val="22"/>
          <w:lang w:val="sr-Cyrl-RS"/>
        </w:rPr>
        <w:t xml:space="preserve"> колона 13 је нова колона која се додаје (није је било у иницијалном буџету), </w:t>
      </w:r>
      <w:r w:rsidR="00C8210D" w:rsidRPr="008C5CF5">
        <w:rPr>
          <w:sz w:val="22"/>
          <w:szCs w:val="22"/>
          <w:lang w:val="sr-Cyrl-RS"/>
        </w:rPr>
        <w:t>колона 14 приказује укупна средства из свих извора након ребаланса</w:t>
      </w:r>
      <w:r w:rsidR="00E17AC5" w:rsidRPr="008C5CF5">
        <w:rPr>
          <w:sz w:val="22"/>
          <w:szCs w:val="22"/>
          <w:lang w:val="sr-Cyrl-RS"/>
        </w:rPr>
        <w:t xml:space="preserve">, </w:t>
      </w:r>
      <w:r w:rsidRPr="008C5CF5">
        <w:rPr>
          <w:sz w:val="22"/>
          <w:szCs w:val="22"/>
        </w:rPr>
        <w:t>и то:</w:t>
      </w:r>
    </w:p>
    <w:p w:rsidR="00E17AC5" w:rsidRPr="008C5CF5" w:rsidRDefault="00E17AC5" w:rsidP="004F2723">
      <w:pPr>
        <w:keepLines/>
        <w:spacing w:after="80"/>
        <w:ind w:firstLine="706"/>
        <w:jc w:val="both"/>
        <w:rPr>
          <w:sz w:val="22"/>
          <w:szCs w:val="22"/>
        </w:rPr>
      </w:pPr>
    </w:p>
    <w:p w:rsidR="00E17AC5" w:rsidRPr="008C5CF5" w:rsidRDefault="00E17AC5" w:rsidP="004F2723">
      <w:pPr>
        <w:keepLines/>
        <w:spacing w:after="80"/>
        <w:ind w:firstLine="706"/>
        <w:jc w:val="both"/>
        <w:rPr>
          <w:sz w:val="22"/>
          <w:szCs w:val="22"/>
        </w:rPr>
      </w:pPr>
    </w:p>
    <w:p w:rsidR="00E17AC5" w:rsidRPr="008C5CF5" w:rsidRDefault="00E17AC5" w:rsidP="004F2723">
      <w:pPr>
        <w:keepLines/>
        <w:spacing w:after="80"/>
        <w:ind w:firstLine="706"/>
        <w:jc w:val="both"/>
        <w:rPr>
          <w:sz w:val="22"/>
          <w:szCs w:val="22"/>
        </w:rPr>
      </w:pPr>
    </w:p>
    <w:p w:rsidR="00E17AC5" w:rsidRPr="008C5CF5" w:rsidRDefault="00E17AC5" w:rsidP="004F2723">
      <w:pPr>
        <w:keepLines/>
        <w:spacing w:after="80"/>
        <w:ind w:firstLine="706"/>
        <w:jc w:val="both"/>
        <w:rPr>
          <w:sz w:val="22"/>
          <w:szCs w:val="22"/>
        </w:rPr>
      </w:pPr>
    </w:p>
    <w:tbl>
      <w:tblPr>
        <w:tblW w:w="15027" w:type="dxa"/>
        <w:jc w:val="center"/>
        <w:tblLook w:val="04A0" w:firstRow="1" w:lastRow="0" w:firstColumn="1" w:lastColumn="0" w:noHBand="0" w:noVBand="1"/>
      </w:tblPr>
      <w:tblGrid>
        <w:gridCol w:w="729"/>
        <w:gridCol w:w="1021"/>
        <w:gridCol w:w="774"/>
        <w:gridCol w:w="929"/>
        <w:gridCol w:w="216"/>
        <w:gridCol w:w="493"/>
        <w:gridCol w:w="216"/>
        <w:gridCol w:w="586"/>
        <w:gridCol w:w="221"/>
        <w:gridCol w:w="485"/>
        <w:gridCol w:w="224"/>
        <w:gridCol w:w="2116"/>
        <w:gridCol w:w="217"/>
        <w:gridCol w:w="1034"/>
        <w:gridCol w:w="216"/>
        <w:gridCol w:w="1035"/>
        <w:gridCol w:w="217"/>
        <w:gridCol w:w="899"/>
        <w:gridCol w:w="217"/>
        <w:gridCol w:w="899"/>
        <w:gridCol w:w="216"/>
        <w:gridCol w:w="806"/>
        <w:gridCol w:w="217"/>
        <w:gridCol w:w="1034"/>
        <w:gridCol w:w="10"/>
      </w:tblGrid>
      <w:tr w:rsidR="00E37C92" w:rsidRPr="008C5CF5" w:rsidTr="00E37C92">
        <w:trPr>
          <w:trHeight w:val="300"/>
          <w:jc w:val="center"/>
        </w:trPr>
        <w:tc>
          <w:tcPr>
            <w:tcW w:w="366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 xml:space="preserve">III </w:t>
            </w:r>
            <w:r w:rsidR="00E968A6" w:rsidRPr="008C5CF5">
              <w:rPr>
                <w:b/>
                <w:bCs/>
                <w:sz w:val="18"/>
                <w:szCs w:val="18"/>
                <w:lang w:eastAsia="en-GB"/>
              </w:rPr>
              <w:t>ПОСЕБАН ДЕО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8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23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2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2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1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0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23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</w:tr>
      <w:tr w:rsidR="00E37C92" w:rsidRPr="008C5CF5" w:rsidTr="00E37C92">
        <w:trPr>
          <w:gridAfter w:val="1"/>
          <w:wAfter w:w="13" w:type="dxa"/>
          <w:trHeight w:val="495"/>
          <w:jc w:val="center"/>
        </w:trPr>
        <w:tc>
          <w:tcPr>
            <w:tcW w:w="7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0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Буџет</w:t>
            </w: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Ребаланс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Буџет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Ребаланс</w:t>
            </w:r>
          </w:p>
        </w:tc>
        <w:tc>
          <w:tcPr>
            <w:tcW w:w="102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Ребаланс</w:t>
            </w: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Ребаланс - Укупна</w:t>
            </w: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Раздео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Глава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Функц.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Програм.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Број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37C92" w:rsidP="00E17AC5">
            <w:pPr>
              <w:jc w:val="center"/>
              <w:rPr>
                <w:sz w:val="18"/>
                <w:szCs w:val="18"/>
                <w:lang w:eastAsia="en-GB"/>
              </w:rPr>
            </w:pPr>
            <w:r>
              <w:rPr>
                <w:sz w:val="18"/>
                <w:szCs w:val="18"/>
                <w:lang w:eastAsia="en-GB"/>
              </w:rPr>
              <w:t>Екон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 xml:space="preserve">Извор 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О п и с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2026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2026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2026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2026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2026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средства</w:t>
            </w: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клас.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класиф.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позиц.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37C92" w:rsidP="00E17AC5">
            <w:pPr>
              <w:jc w:val="center"/>
              <w:rPr>
                <w:sz w:val="18"/>
                <w:szCs w:val="18"/>
                <w:lang w:eastAsia="en-GB"/>
              </w:rPr>
            </w:pPr>
            <w:r>
              <w:rPr>
                <w:sz w:val="18"/>
                <w:szCs w:val="18"/>
                <w:lang w:eastAsia="en-GB"/>
              </w:rPr>
              <w:t>класиф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968A6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финан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план 01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01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10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10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13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3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5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6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7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8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9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10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11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12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13</w:t>
            </w: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14</w:t>
            </w: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СКУПШТИНА ОПШТИНЕ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Скупштина општине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111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color w:val="000000"/>
                <w:sz w:val="18"/>
                <w:szCs w:val="18"/>
                <w:lang w:eastAsia="en-GB"/>
              </w:rPr>
              <w:t>Извршни и законодавни органи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E37C92" w:rsidRPr="008C5CF5" w:rsidTr="00E37C92">
        <w:trPr>
          <w:gridAfter w:val="1"/>
          <w:wAfter w:w="13" w:type="dxa"/>
          <w:trHeight w:val="495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2101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color w:val="000000"/>
                <w:sz w:val="18"/>
                <w:szCs w:val="18"/>
                <w:lang w:eastAsia="en-GB"/>
              </w:rPr>
              <w:t>Политички систем локалне самоуправе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E37C92" w:rsidRPr="008C5CF5" w:rsidTr="00E37C92">
        <w:trPr>
          <w:gridAfter w:val="1"/>
          <w:wAfter w:w="13" w:type="dxa"/>
          <w:trHeight w:val="495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7AC5" w:rsidRPr="008C5CF5" w:rsidRDefault="00E17AC5" w:rsidP="00E17AC5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2101-0001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color w:val="000000"/>
                <w:sz w:val="18"/>
                <w:szCs w:val="18"/>
                <w:lang w:eastAsia="en-GB"/>
              </w:rPr>
              <w:t>Програмска активност 0001- Функционисање скупштине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E37C92" w:rsidRPr="008C5CF5" w:rsidTr="00E37C92">
        <w:trPr>
          <w:gridAfter w:val="1"/>
          <w:wAfter w:w="13" w:type="dxa"/>
          <w:trHeight w:val="495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5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416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Награде, бонуси и остали посебни расходи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450.000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550.000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550.000</w:t>
            </w: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6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421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Стални трошкови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550.000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450.000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450.000</w:t>
            </w: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7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422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Трошкови путовања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200.000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100.000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100.000</w:t>
            </w:r>
          </w:p>
        </w:tc>
      </w:tr>
      <w:tr w:rsidR="00E37C92" w:rsidRPr="008C5CF5" w:rsidTr="00E37C92">
        <w:trPr>
          <w:gridAfter w:val="1"/>
          <w:wAfter w:w="13" w:type="dxa"/>
          <w:trHeight w:val="720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lastRenderedPageBreak/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8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423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Услуге по уговору (од чега за репрезентацију износ од 4.200.000 динара)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31.000.000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30.009.000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7AC5" w:rsidRPr="008C5CF5" w:rsidRDefault="00E17AC5" w:rsidP="00E17AC5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30.009.000</w:t>
            </w: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10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426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Материјал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440.000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340.000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340.000</w:t>
            </w:r>
          </w:p>
        </w:tc>
      </w:tr>
      <w:tr w:rsidR="00E37C92" w:rsidRPr="008C5CF5" w:rsidTr="00E37C92">
        <w:trPr>
          <w:gridAfter w:val="1"/>
          <w:wAfter w:w="13" w:type="dxa"/>
          <w:trHeight w:val="495"/>
          <w:jc w:val="center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11</w:t>
            </w:r>
          </w:p>
        </w:tc>
        <w:tc>
          <w:tcPr>
            <w:tcW w:w="8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481</w:t>
            </w:r>
          </w:p>
        </w:tc>
        <w:tc>
          <w:tcPr>
            <w:tcW w:w="7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Дотације невладиним организацијама (Дотације политичким странкама)</w:t>
            </w: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1.490.000</w:t>
            </w: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1.681.000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1.681.000</w:t>
            </w: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12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512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Машине и опрема</w:t>
            </w: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300.000</w:t>
            </w: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150.000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150.000</w:t>
            </w: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7AC5" w:rsidRPr="008C5CF5" w:rsidRDefault="00E17AC5" w:rsidP="00E17AC5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E37C92" w:rsidRPr="008C5CF5" w:rsidTr="00E37C92">
        <w:trPr>
          <w:gridAfter w:val="1"/>
          <w:wAfter w:w="13" w:type="dxa"/>
          <w:trHeight w:val="495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Повремена радна тела скупштине - Канцеларија за младе</w:t>
            </w: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E37C92" w:rsidRPr="008C5CF5" w:rsidTr="00E37C92">
        <w:trPr>
          <w:gridAfter w:val="1"/>
          <w:wAfter w:w="13" w:type="dxa"/>
          <w:trHeight w:val="495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160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Опште јавне услуге некласификоване на другом месту</w:t>
            </w: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1301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color w:val="000000"/>
                <w:sz w:val="18"/>
                <w:szCs w:val="18"/>
                <w:lang w:eastAsia="en-GB"/>
              </w:rPr>
              <w:t>Развој спорта и омладине</w:t>
            </w: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E37C92" w:rsidRPr="008C5CF5" w:rsidTr="00E37C92">
        <w:trPr>
          <w:gridAfter w:val="1"/>
          <w:wAfter w:w="13" w:type="dxa"/>
          <w:trHeight w:val="495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7AC5" w:rsidRPr="008C5CF5" w:rsidRDefault="00E17AC5" w:rsidP="00E17AC5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1301-0005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Програмска активност 0005 -Спровођење омладинске политике</w:t>
            </w: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7AC5" w:rsidRPr="008C5CF5" w:rsidRDefault="00E17AC5" w:rsidP="00E17AC5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15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423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Услуге по уговору</w:t>
            </w: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4.000.000</w:t>
            </w: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5.600.000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5.600.000</w:t>
            </w: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СВЕГА РАЗДЕО 1:</w:t>
            </w: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46.469.000</w:t>
            </w: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46.919.000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02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46.919.000</w:t>
            </w:r>
          </w:p>
        </w:tc>
      </w:tr>
      <w:tr w:rsidR="00E37C92" w:rsidRPr="008C5CF5" w:rsidTr="00E37C92">
        <w:trPr>
          <w:gridAfter w:val="1"/>
          <w:wAfter w:w="13" w:type="dxa"/>
          <w:trHeight w:val="495"/>
          <w:jc w:val="center"/>
        </w:trPr>
        <w:tc>
          <w:tcPr>
            <w:tcW w:w="7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0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Извори финансирања за функцију 111:</w:t>
            </w: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01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Општи приходи и примања буџета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42.139.000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40.580.000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23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color w:val="000000"/>
                <w:sz w:val="18"/>
                <w:szCs w:val="18"/>
                <w:lang w:eastAsia="en-GB"/>
              </w:rPr>
              <w:t>Укупно за функцију 111: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40.580.000</w:t>
            </w:r>
          </w:p>
        </w:tc>
      </w:tr>
      <w:tr w:rsidR="00E37C92" w:rsidRPr="008C5CF5" w:rsidTr="00E37C92">
        <w:trPr>
          <w:gridAfter w:val="1"/>
          <w:wAfter w:w="13" w:type="dxa"/>
          <w:trHeight w:val="495"/>
          <w:jc w:val="center"/>
        </w:trPr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23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Извори финансирања за функцију 160: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01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Општи приходи и примања буџета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4.330.000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6.339.000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23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Укупно за функцију 160: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6.339.000</w:t>
            </w: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23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Извори финансирања за раздео 1: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01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Општи приходи и примања буџета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46.469.000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46.919.000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Укупно за раздео 1: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46.919.000</w:t>
            </w: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Раздео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23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2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ПРЕДСЕДНИК ОПШТИНЕ</w:t>
            </w: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111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color w:val="000000"/>
                <w:sz w:val="18"/>
                <w:szCs w:val="18"/>
                <w:lang w:eastAsia="en-GB"/>
              </w:rPr>
              <w:t>Извршни и законодавни органи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E37C92" w:rsidRPr="008C5CF5" w:rsidTr="00E37C92">
        <w:trPr>
          <w:gridAfter w:val="1"/>
          <w:wAfter w:w="13" w:type="dxa"/>
          <w:trHeight w:val="495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2101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color w:val="000000"/>
                <w:sz w:val="18"/>
                <w:szCs w:val="18"/>
                <w:lang w:eastAsia="en-GB"/>
              </w:rPr>
              <w:t>Политички систем локалне самоуправе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E37C92" w:rsidRPr="008C5CF5" w:rsidTr="00E37C92">
        <w:trPr>
          <w:gridAfter w:val="1"/>
          <w:wAfter w:w="13" w:type="dxa"/>
          <w:trHeight w:val="495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lastRenderedPageBreak/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7AC5" w:rsidRPr="008C5CF5" w:rsidRDefault="00E17AC5" w:rsidP="00E17AC5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2101-0002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color w:val="000000"/>
                <w:sz w:val="18"/>
                <w:szCs w:val="18"/>
                <w:lang w:eastAsia="en-GB"/>
              </w:rPr>
              <w:t>Програмска активност 0002- Функционисање извршних органа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E37C92" w:rsidRPr="008C5CF5" w:rsidTr="00E37C92">
        <w:trPr>
          <w:gridAfter w:val="1"/>
          <w:wAfter w:w="13" w:type="dxa"/>
          <w:trHeight w:val="495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23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416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Награде, бонуси и остали посебни расходи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7.700.000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6.700.000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6.700.000</w:t>
            </w: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24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421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Стални трошкови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1.100.000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1.000.000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1.000.000</w:t>
            </w: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25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422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Трошкови путовања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800.000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600.000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600.000</w:t>
            </w:r>
          </w:p>
        </w:tc>
      </w:tr>
      <w:tr w:rsidR="00E37C92" w:rsidRPr="008C5CF5" w:rsidTr="00E37C92">
        <w:trPr>
          <w:gridAfter w:val="1"/>
          <w:wAfter w:w="13" w:type="dxa"/>
          <w:trHeight w:val="720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26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423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Услуге по уговору (од чега за репрезентацију износ од 10.000.000 динара)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14.500.000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16.500.000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16.500.000</w:t>
            </w: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27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424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Специјализоване услуге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1.000.000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800.000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800.000</w:t>
            </w: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28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425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Текуће поправке и одржавање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600.000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450.000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450.000</w:t>
            </w: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29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426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Материјал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1.800.000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1.650.000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1.650.000</w:t>
            </w: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31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512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Машине и опрема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1.000.000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900.000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900.000</w:t>
            </w: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СВЕГА РАЗДЕО 2:</w:t>
            </w:r>
          </w:p>
        </w:tc>
        <w:tc>
          <w:tcPr>
            <w:tcW w:w="12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35.246.000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35.346.000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35.346.000</w:t>
            </w:r>
          </w:p>
        </w:tc>
      </w:tr>
      <w:tr w:rsidR="00E37C92" w:rsidRPr="008C5CF5" w:rsidTr="00E37C92">
        <w:trPr>
          <w:gridAfter w:val="1"/>
          <w:wAfter w:w="13" w:type="dxa"/>
          <w:trHeight w:val="495"/>
          <w:jc w:val="center"/>
        </w:trPr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0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Извори финансирања за функцију 111: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01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Општи приходи и примања буџета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35.246.000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35.346.000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23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Укупно за функцију 111: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35.346.000</w:t>
            </w:r>
          </w:p>
        </w:tc>
      </w:tr>
      <w:tr w:rsidR="00E37C92" w:rsidRPr="008C5CF5" w:rsidTr="00E37C92">
        <w:trPr>
          <w:gridAfter w:val="1"/>
          <w:wAfter w:w="13" w:type="dxa"/>
          <w:trHeight w:val="495"/>
          <w:jc w:val="center"/>
        </w:trPr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23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Извори финансирања за функцију 830: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01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Општи приходи и примања буџета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23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Укупно за функцију 830: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0</w:t>
            </w: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23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Извори финансирања за раздео 2: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01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Општи приходи и примања буџета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35.246.000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35.346.000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Укупно за раздео 2: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35.346.000</w:t>
            </w: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Раздео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23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3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ОПШТИНСКО ВЕЋЕ</w:t>
            </w: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111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color w:val="000000"/>
                <w:sz w:val="18"/>
                <w:szCs w:val="18"/>
                <w:lang w:eastAsia="en-GB"/>
              </w:rPr>
              <w:t>Извршни и законодавни органи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E37C92" w:rsidRPr="008C5CF5" w:rsidTr="00E37C92">
        <w:trPr>
          <w:gridAfter w:val="1"/>
          <w:wAfter w:w="13" w:type="dxa"/>
          <w:trHeight w:val="495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2101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color w:val="000000"/>
                <w:sz w:val="18"/>
                <w:szCs w:val="18"/>
                <w:lang w:eastAsia="en-GB"/>
              </w:rPr>
              <w:t>Политички систем локалне самоуправе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E37C92" w:rsidRPr="008C5CF5" w:rsidTr="00E37C92">
        <w:trPr>
          <w:gridAfter w:val="1"/>
          <w:wAfter w:w="13" w:type="dxa"/>
          <w:trHeight w:val="510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7AC5" w:rsidRPr="008C5CF5" w:rsidRDefault="00E17AC5" w:rsidP="00E17AC5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2101-0002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color w:val="000000"/>
                <w:sz w:val="18"/>
                <w:szCs w:val="18"/>
                <w:lang w:eastAsia="en-GB"/>
              </w:rPr>
              <w:t>Програмска активност 0002- Функционисање извршних органа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E37C92" w:rsidRPr="008C5CF5" w:rsidTr="00E37C92">
        <w:trPr>
          <w:gridAfter w:val="1"/>
          <w:wAfter w:w="13" w:type="dxa"/>
          <w:trHeight w:val="495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36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416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Награде, бонуси и остали посебни расходи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1.100.000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color w:val="974706"/>
                <w:sz w:val="18"/>
                <w:szCs w:val="18"/>
                <w:lang w:eastAsia="en-GB"/>
              </w:rPr>
            </w:pPr>
            <w:r w:rsidRPr="008C5CF5">
              <w:rPr>
                <w:color w:val="974706"/>
                <w:sz w:val="18"/>
                <w:szCs w:val="18"/>
                <w:lang w:eastAsia="en-GB"/>
              </w:rPr>
              <w:t>2.450.000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2.450.000</w:t>
            </w: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39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423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Услуге по уговору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1.850.000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1.650.000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1.650.000</w:t>
            </w: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lastRenderedPageBreak/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39/1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482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Порези, обавезне таксе, казне и пенали</w:t>
            </w:r>
          </w:p>
        </w:tc>
        <w:tc>
          <w:tcPr>
            <w:tcW w:w="12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color w:val="974706"/>
                <w:sz w:val="18"/>
                <w:szCs w:val="18"/>
                <w:lang w:eastAsia="en-GB"/>
              </w:rPr>
            </w:pPr>
            <w:r w:rsidRPr="008C5CF5">
              <w:rPr>
                <w:color w:val="974706"/>
                <w:sz w:val="18"/>
                <w:szCs w:val="18"/>
                <w:lang w:eastAsia="en-GB"/>
              </w:rPr>
              <w:t>100.000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100.000</w:t>
            </w: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0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СВЕГА РАЗДЕО 3:</w:t>
            </w:r>
          </w:p>
        </w:tc>
        <w:tc>
          <w:tcPr>
            <w:tcW w:w="12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16.134.000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17.384.000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17.384.000</w:t>
            </w:r>
          </w:p>
        </w:tc>
      </w:tr>
      <w:tr w:rsidR="00E37C92" w:rsidRPr="008C5CF5" w:rsidTr="00E37C92">
        <w:trPr>
          <w:gridAfter w:val="1"/>
          <w:wAfter w:w="13" w:type="dxa"/>
          <w:trHeight w:val="495"/>
          <w:jc w:val="center"/>
        </w:trPr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0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Извори финансирања за функцију 111: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01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Општи приходи и примања буџета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16.134.000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17.384.000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23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Укупно за функцију 111: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17.384.000</w:t>
            </w: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23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C8210D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 xml:space="preserve">Извори финансирања за раздео </w:t>
            </w:r>
            <w:r w:rsidRPr="008C5CF5">
              <w:rPr>
                <w:b/>
                <w:bCs/>
                <w:sz w:val="18"/>
                <w:szCs w:val="18"/>
                <w:lang w:val="sr-Cyrl-RS" w:eastAsia="en-GB"/>
              </w:rPr>
              <w:t>3</w:t>
            </w:r>
            <w:r w:rsidR="00E17AC5" w:rsidRPr="008C5CF5">
              <w:rPr>
                <w:b/>
                <w:bCs/>
                <w:sz w:val="18"/>
                <w:szCs w:val="18"/>
                <w:lang w:eastAsia="en-GB"/>
              </w:rPr>
              <w:t>: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01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Општи приходи и примања буџета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16.134.000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17.384.000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2F6142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Укупно за раздео 3</w:t>
            </w:r>
            <w:r w:rsidR="00E17AC5" w:rsidRPr="008C5CF5">
              <w:rPr>
                <w:b/>
                <w:bCs/>
                <w:sz w:val="18"/>
                <w:szCs w:val="18"/>
                <w:lang w:eastAsia="en-GB"/>
              </w:rPr>
              <w:t>: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17.384.000</w:t>
            </w: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Раздео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</w:p>
        </w:tc>
      </w:tr>
      <w:tr w:rsidR="00E37C92" w:rsidRPr="008C5CF5" w:rsidTr="00E37C92">
        <w:trPr>
          <w:gridAfter w:val="1"/>
          <w:wAfter w:w="13" w:type="dxa"/>
          <w:trHeight w:val="495"/>
          <w:jc w:val="center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4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color w:val="000000"/>
                <w:sz w:val="18"/>
                <w:szCs w:val="18"/>
                <w:lang w:eastAsia="en-GB"/>
              </w:rPr>
              <w:t>ОПШТИНСКО ПРАВОБРАНИЛАШТВО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color w:val="000000"/>
                <w:sz w:val="18"/>
                <w:szCs w:val="18"/>
                <w:lang w:eastAsia="en-GB"/>
              </w:rPr>
              <w:t>Општинско правобранилаштво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330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color w:val="000000"/>
                <w:sz w:val="18"/>
                <w:szCs w:val="18"/>
                <w:lang w:eastAsia="en-GB"/>
              </w:rPr>
              <w:t>Судови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0602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color w:val="000000"/>
                <w:sz w:val="18"/>
                <w:szCs w:val="18"/>
                <w:lang w:eastAsia="en-GB"/>
              </w:rPr>
              <w:t>Опште услуге локалне самоуправе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E37C92" w:rsidRPr="008C5CF5" w:rsidTr="00E37C92">
        <w:trPr>
          <w:gridAfter w:val="1"/>
          <w:wAfter w:w="13" w:type="dxa"/>
          <w:trHeight w:val="495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7AC5" w:rsidRPr="008C5CF5" w:rsidRDefault="00E17AC5" w:rsidP="00E17AC5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0602-0004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Програмска активност 0004 - Општинско правобранилаштво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43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414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 xml:space="preserve">Социјална давања запосленима 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950.000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800.000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800.000</w:t>
            </w:r>
          </w:p>
        </w:tc>
      </w:tr>
      <w:tr w:rsidR="00E37C92" w:rsidRPr="008C5CF5" w:rsidTr="00E37C92">
        <w:trPr>
          <w:gridAfter w:val="1"/>
          <w:wAfter w:w="13" w:type="dxa"/>
          <w:trHeight w:val="495"/>
          <w:jc w:val="center"/>
        </w:trPr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53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485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Накнада штете за повреде или штету нанету од стране државних органа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6.000.000</w:t>
            </w:r>
          </w:p>
        </w:tc>
        <w:tc>
          <w:tcPr>
            <w:tcW w:w="125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5.092.000</w:t>
            </w:r>
          </w:p>
        </w:tc>
        <w:tc>
          <w:tcPr>
            <w:tcW w:w="111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5.092.000</w:t>
            </w: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54</w:t>
            </w:r>
          </w:p>
        </w:tc>
        <w:tc>
          <w:tcPr>
            <w:tcW w:w="8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512</w:t>
            </w:r>
          </w:p>
        </w:tc>
        <w:tc>
          <w:tcPr>
            <w:tcW w:w="7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 xml:space="preserve">Машине и опрема </w:t>
            </w: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100.000</w:t>
            </w: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color w:val="974706"/>
                <w:sz w:val="18"/>
                <w:szCs w:val="18"/>
                <w:lang w:eastAsia="en-GB"/>
              </w:rPr>
            </w:pPr>
            <w:r w:rsidRPr="008C5CF5">
              <w:rPr>
                <w:color w:val="974706"/>
                <w:sz w:val="18"/>
                <w:szCs w:val="18"/>
                <w:lang w:eastAsia="en-GB"/>
              </w:rPr>
              <w:t>1.008.000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1.008.000</w:t>
            </w: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СВЕГА РАЗДЕО 4:</w:t>
            </w:r>
          </w:p>
        </w:tc>
        <w:tc>
          <w:tcPr>
            <w:tcW w:w="12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21.399.000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21.249.000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21.249.000</w:t>
            </w:r>
          </w:p>
        </w:tc>
      </w:tr>
      <w:tr w:rsidR="00E37C92" w:rsidRPr="008C5CF5" w:rsidTr="00E37C92">
        <w:trPr>
          <w:gridAfter w:val="1"/>
          <w:wAfter w:w="13" w:type="dxa"/>
          <w:trHeight w:val="495"/>
          <w:jc w:val="center"/>
        </w:trPr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0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Извори финансирања за функцију 330: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01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Општи приходи и примања буџета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21.399.000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21.249.000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23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Укупно за функцију 330: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21.249.000</w:t>
            </w: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23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E17AC5" w:rsidP="002F6142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 xml:space="preserve">Извори финансирања за раздео </w:t>
            </w:r>
            <w:r w:rsidR="002F6142" w:rsidRPr="008C5CF5">
              <w:rPr>
                <w:b/>
                <w:bCs/>
                <w:sz w:val="18"/>
                <w:szCs w:val="18"/>
                <w:lang w:eastAsia="en-GB"/>
              </w:rPr>
              <w:t>4</w:t>
            </w:r>
            <w:r w:rsidRPr="008C5CF5">
              <w:rPr>
                <w:b/>
                <w:bCs/>
                <w:sz w:val="18"/>
                <w:szCs w:val="18"/>
                <w:lang w:eastAsia="en-GB"/>
              </w:rPr>
              <w:t>: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01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Општи приходи и примања буџета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21.399.000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21.249.000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0D536F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 xml:space="preserve">Укупно за раздео </w:t>
            </w:r>
            <w:r w:rsidRPr="008C5CF5">
              <w:rPr>
                <w:b/>
                <w:bCs/>
                <w:sz w:val="18"/>
                <w:szCs w:val="18"/>
                <w:lang w:val="sr-Cyrl-RS" w:eastAsia="en-GB"/>
              </w:rPr>
              <w:t>4</w:t>
            </w:r>
            <w:r w:rsidR="00E17AC5" w:rsidRPr="008C5CF5">
              <w:rPr>
                <w:b/>
                <w:bCs/>
                <w:sz w:val="18"/>
                <w:szCs w:val="18"/>
                <w:lang w:eastAsia="en-GB"/>
              </w:rPr>
              <w:t>: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21.249.000</w:t>
            </w: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Раздео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23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5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Структура раздела</w:t>
            </w: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ОПШТИНСКА УПРАВА</w:t>
            </w: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5.01.01.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Општинска управа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lastRenderedPageBreak/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130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Опште услуге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0602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color w:val="000000"/>
                <w:sz w:val="18"/>
                <w:szCs w:val="18"/>
                <w:lang w:eastAsia="en-GB"/>
              </w:rPr>
              <w:t>Опште услуге локалне самоуправе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</w:tr>
      <w:tr w:rsidR="00E37C92" w:rsidRPr="008C5CF5" w:rsidTr="00E37C92">
        <w:trPr>
          <w:gridAfter w:val="1"/>
          <w:wAfter w:w="13" w:type="dxa"/>
          <w:trHeight w:val="735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7AC5" w:rsidRPr="008C5CF5" w:rsidRDefault="00E17AC5" w:rsidP="00E17AC5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0602-0001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color w:val="000000"/>
                <w:sz w:val="18"/>
                <w:szCs w:val="18"/>
                <w:lang w:eastAsia="en-GB"/>
              </w:rPr>
              <w:t>Програмска активност 0001- Функционисање локалне самоуправе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62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422</w:t>
            </w:r>
          </w:p>
        </w:tc>
        <w:tc>
          <w:tcPr>
            <w:tcW w:w="70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 xml:space="preserve">Трошкови путовања </w:t>
            </w:r>
          </w:p>
        </w:tc>
        <w:tc>
          <w:tcPr>
            <w:tcW w:w="125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1.500.000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1.300.000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1.300.000</w:t>
            </w: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64</w:t>
            </w:r>
          </w:p>
        </w:tc>
        <w:tc>
          <w:tcPr>
            <w:tcW w:w="8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424</w:t>
            </w:r>
          </w:p>
        </w:tc>
        <w:tc>
          <w:tcPr>
            <w:tcW w:w="7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Специјализоване услуге</w:t>
            </w: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8.000.000</w:t>
            </w: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6.500.000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6.500.000</w:t>
            </w: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65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425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 xml:space="preserve">Текуће поправке и одржавање </w:t>
            </w: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6.427.000</w:t>
            </w: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5.927.000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5.927.000</w:t>
            </w: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66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426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Материјал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5.900.000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5.550.000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5.550.000</w:t>
            </w: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70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512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 xml:space="preserve">Машине и опрема 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4.000.000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3.500.000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3.500.000</w:t>
            </w: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Укупно раздео 5.01.01.:</w:t>
            </w:r>
          </w:p>
        </w:tc>
        <w:tc>
          <w:tcPr>
            <w:tcW w:w="12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316.755.000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313.705.000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313.705.000</w:t>
            </w:r>
          </w:p>
        </w:tc>
      </w:tr>
      <w:tr w:rsidR="00E37C92" w:rsidRPr="008C5CF5" w:rsidTr="00E37C92">
        <w:trPr>
          <w:gridAfter w:val="1"/>
          <w:wAfter w:w="13" w:type="dxa"/>
          <w:trHeight w:val="495"/>
          <w:jc w:val="center"/>
        </w:trPr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Извори финансирања за функцију 130: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01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Општи приходи и примања буџета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316.755.000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313.705.000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23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Укупно за функцију 130: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313.705.000</w:t>
            </w:r>
          </w:p>
        </w:tc>
      </w:tr>
      <w:tr w:rsidR="00E37C92" w:rsidRPr="008C5CF5" w:rsidTr="00E37C92">
        <w:trPr>
          <w:gridAfter w:val="1"/>
          <w:wAfter w:w="13" w:type="dxa"/>
          <w:trHeight w:val="495"/>
          <w:jc w:val="center"/>
        </w:trPr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23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Извори финансирања за функцију 473: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01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Општи приходи и примања буџета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23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Укупно за функцију 473: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0</w:t>
            </w:r>
          </w:p>
        </w:tc>
      </w:tr>
      <w:tr w:rsidR="00E37C92" w:rsidRPr="008C5CF5" w:rsidTr="00E37C92">
        <w:trPr>
          <w:gridAfter w:val="1"/>
          <w:wAfter w:w="13" w:type="dxa"/>
          <w:trHeight w:val="495"/>
          <w:jc w:val="center"/>
        </w:trPr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23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Извори финансирања за раздео 5.01.01: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01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Општи приходи и примања буџета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316.755.000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313.705.000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Укупно за раздео 5.01.01: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313.705.000</w:t>
            </w: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5.01.02.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БУЏЕТСКЕ РЕЗЕРВЕ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E37C92" w:rsidRPr="008C5CF5" w:rsidTr="00E37C92">
        <w:trPr>
          <w:gridAfter w:val="1"/>
          <w:wAfter w:w="13" w:type="dxa"/>
          <w:trHeight w:val="495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160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Опште јавне услуге некласификоване на другом месту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0602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color w:val="000000"/>
                <w:sz w:val="18"/>
                <w:szCs w:val="18"/>
                <w:lang w:eastAsia="en-GB"/>
              </w:rPr>
              <w:t>Опште услуге локалне самоуправе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E37C92" w:rsidRPr="008C5CF5" w:rsidTr="00E37C92">
        <w:trPr>
          <w:gridAfter w:val="1"/>
          <w:wAfter w:w="13" w:type="dxa"/>
          <w:trHeight w:val="495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7AC5" w:rsidRPr="008C5CF5" w:rsidRDefault="00E17AC5" w:rsidP="00E17AC5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0602-0009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color w:val="000000"/>
                <w:sz w:val="18"/>
                <w:szCs w:val="18"/>
                <w:lang w:eastAsia="en-GB"/>
              </w:rPr>
              <w:t>Програмска активност 0009-Текућа буџетска резерва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71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499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Средства резерве (Текућа резерва)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41.000.000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5.622.000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5.622.000</w:t>
            </w: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23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23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</w:tr>
      <w:tr w:rsidR="00E37C92" w:rsidRPr="008C5CF5" w:rsidTr="00E37C92">
        <w:trPr>
          <w:gridAfter w:val="1"/>
          <w:wAfter w:w="13" w:type="dxa"/>
          <w:trHeight w:val="495"/>
          <w:jc w:val="center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160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Опште јавне услуге некласификоване на другом месту</w:t>
            </w: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0602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color w:val="000000"/>
                <w:sz w:val="18"/>
                <w:szCs w:val="18"/>
                <w:lang w:eastAsia="en-GB"/>
              </w:rPr>
              <w:t>Опште услуге јавне управе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E37C92" w:rsidRPr="008C5CF5" w:rsidTr="00E37C92">
        <w:trPr>
          <w:gridAfter w:val="1"/>
          <w:wAfter w:w="13" w:type="dxa"/>
          <w:trHeight w:val="495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7AC5" w:rsidRPr="008C5CF5" w:rsidRDefault="00E17AC5" w:rsidP="00E17AC5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0602-0010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color w:val="000000"/>
                <w:sz w:val="18"/>
                <w:szCs w:val="18"/>
                <w:lang w:eastAsia="en-GB"/>
              </w:rPr>
              <w:t>Програмска активност 0010- Стална буџетска резерва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72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499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Средства резерве (Стална резерва)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500.000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100.000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100.000</w:t>
            </w: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Укупно раздео 5.01.02.:</w:t>
            </w:r>
          </w:p>
        </w:tc>
        <w:tc>
          <w:tcPr>
            <w:tcW w:w="12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42.000.000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6.222.000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6.222.000</w:t>
            </w:r>
          </w:p>
        </w:tc>
      </w:tr>
      <w:tr w:rsidR="00E37C92" w:rsidRPr="008C5CF5" w:rsidTr="00E37C92">
        <w:trPr>
          <w:gridAfter w:val="1"/>
          <w:wAfter w:w="13" w:type="dxa"/>
          <w:trHeight w:val="495"/>
          <w:jc w:val="center"/>
        </w:trPr>
        <w:tc>
          <w:tcPr>
            <w:tcW w:w="7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0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Извори финансирања за функцију 160: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01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Општи приходи и примања буџета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42.000.000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6.222.000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23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Укупно за функцију 160: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6.222.000</w:t>
            </w:r>
          </w:p>
        </w:tc>
      </w:tr>
      <w:tr w:rsidR="00E37C92" w:rsidRPr="008C5CF5" w:rsidTr="00E37C92">
        <w:trPr>
          <w:gridAfter w:val="1"/>
          <w:wAfter w:w="13" w:type="dxa"/>
          <w:trHeight w:val="495"/>
          <w:jc w:val="center"/>
        </w:trPr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23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Извори финансирања за раздео 5.01.02.: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01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Општи приходи и примања буџета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42.000.000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6.222.000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Укупно за раздео 5.01.02.: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6.222.000</w:t>
            </w: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23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</w:tr>
      <w:tr w:rsidR="00E37C92" w:rsidRPr="008C5CF5" w:rsidTr="00E37C92">
        <w:trPr>
          <w:gridAfter w:val="1"/>
          <w:wAfter w:w="13" w:type="dxa"/>
          <w:trHeight w:val="495"/>
          <w:jc w:val="center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5.01.03.</w:t>
            </w: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Пружање социјалних услуга особама са сметњама у развоју</w:t>
            </w: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010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Болест и инвалидност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7AC5" w:rsidRPr="008C5CF5" w:rsidRDefault="00E17AC5" w:rsidP="00E17AC5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0902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Социјална и дечја заштита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E37C92" w:rsidRPr="008C5CF5" w:rsidTr="00E37C92">
        <w:trPr>
          <w:gridAfter w:val="1"/>
          <w:wAfter w:w="13" w:type="dxa"/>
          <w:trHeight w:val="495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7AC5" w:rsidRPr="008C5CF5" w:rsidRDefault="00E17AC5" w:rsidP="00E17AC5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0902-0021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Програмска активност 0021 - Подршка особама са инвалидитетом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E37C92" w:rsidRPr="008C5CF5" w:rsidTr="00E37C92">
        <w:trPr>
          <w:gridAfter w:val="1"/>
          <w:wAfter w:w="13" w:type="dxa"/>
          <w:trHeight w:val="495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73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472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Накнада за социјалну заштиту из буџета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5.500.000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6.500.000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6.500.000</w:t>
            </w: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Укупно раздео 5.01.03.: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5.500.000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6.500.000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6.500.000</w:t>
            </w:r>
          </w:p>
        </w:tc>
      </w:tr>
      <w:tr w:rsidR="00E37C92" w:rsidRPr="008C5CF5" w:rsidTr="00E37C92">
        <w:trPr>
          <w:gridAfter w:val="1"/>
          <w:wAfter w:w="13" w:type="dxa"/>
          <w:trHeight w:val="495"/>
          <w:jc w:val="center"/>
        </w:trPr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23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Извори финансирања за функцију 010: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01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Општи приходи и примања буџета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5.500.000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6.500.000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23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Укупно за функцију 010: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6.500.000</w:t>
            </w:r>
          </w:p>
        </w:tc>
      </w:tr>
      <w:tr w:rsidR="00E37C92" w:rsidRPr="008C5CF5" w:rsidTr="00E37C92">
        <w:trPr>
          <w:gridAfter w:val="1"/>
          <w:wAfter w:w="13" w:type="dxa"/>
          <w:trHeight w:val="495"/>
          <w:jc w:val="center"/>
        </w:trPr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23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Извори финансирања за раздео 5.01.03.: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01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Општи приходи и примања буџета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5.500.000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6.500.000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Укупно за раздео 5.01.03.: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6.500.000</w:t>
            </w:r>
          </w:p>
        </w:tc>
      </w:tr>
      <w:tr w:rsidR="00E37C92" w:rsidRPr="008C5CF5" w:rsidTr="00E37C92">
        <w:trPr>
          <w:gridAfter w:val="1"/>
          <w:wAfter w:w="13" w:type="dxa"/>
          <w:trHeight w:val="495"/>
          <w:jc w:val="center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lastRenderedPageBreak/>
              <w:t> 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5.01.04.</w:t>
            </w: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Финансијска помоћ у породици за основно и средње образовање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040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Породица и деца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7AC5" w:rsidRPr="008C5CF5" w:rsidRDefault="00E17AC5" w:rsidP="00E17AC5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0902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Социјална и дечја заштита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E37C92" w:rsidRPr="008C5CF5" w:rsidTr="00E37C92">
        <w:trPr>
          <w:gridAfter w:val="1"/>
          <w:wAfter w:w="13" w:type="dxa"/>
          <w:trHeight w:val="495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7AC5" w:rsidRPr="008C5CF5" w:rsidRDefault="00E17AC5" w:rsidP="00E17AC5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0902-0019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Програмска активност 0019 - Подршка деци и породици са децом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E37C92" w:rsidRPr="008C5CF5" w:rsidTr="00E37C92">
        <w:trPr>
          <w:gridAfter w:val="1"/>
          <w:wAfter w:w="13" w:type="dxa"/>
          <w:trHeight w:val="1200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75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472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Накнада за социјалну заштиту из буџета (од чега за превоз ученика износ од 44.660.000 динара као и 3.980.000 за награде за најбоље ученике и студенте-једнократна помоћ)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98.100.000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81.553.000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81.553.000</w:t>
            </w: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Укупно раздео 5.01.04.: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102.600.000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86.053.000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86.053.000</w:t>
            </w:r>
          </w:p>
        </w:tc>
      </w:tr>
      <w:tr w:rsidR="00E37C92" w:rsidRPr="008C5CF5" w:rsidTr="00E37C92">
        <w:trPr>
          <w:gridAfter w:val="1"/>
          <w:wAfter w:w="13" w:type="dxa"/>
          <w:trHeight w:val="495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23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Извори финансирања за функцију 040: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01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Општи приходи и примања буџета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102.600.000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86.053.000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23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Укупно за функцију 040: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86.053.000</w:t>
            </w:r>
          </w:p>
        </w:tc>
      </w:tr>
      <w:tr w:rsidR="00E37C92" w:rsidRPr="008C5CF5" w:rsidTr="00E37C92">
        <w:trPr>
          <w:gridAfter w:val="1"/>
          <w:wAfter w:w="13" w:type="dxa"/>
          <w:trHeight w:val="495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23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Извори финансирања за раздео 5.01.04.: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01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Општи приходи и примања буџета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102.600.000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86.053.000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23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Укупно за раздео 5.01.04.: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86.053.000</w:t>
            </w: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E37C92" w:rsidRPr="008C5CF5" w:rsidTr="00E37C92">
        <w:trPr>
          <w:gridAfter w:val="1"/>
          <w:wAfter w:w="13" w:type="dxa"/>
          <w:trHeight w:val="615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Социјална политика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5.01.05.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 xml:space="preserve">Центар за социјални рад 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E37C92" w:rsidRPr="008C5CF5" w:rsidTr="00E37C92">
        <w:trPr>
          <w:gridAfter w:val="1"/>
          <w:wAfter w:w="13" w:type="dxa"/>
          <w:trHeight w:val="495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070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 xml:space="preserve">Социјална помоћ </w:t>
            </w:r>
            <w:proofErr w:type="gramStart"/>
            <w:r w:rsidRPr="008C5CF5">
              <w:rPr>
                <w:b/>
                <w:bCs/>
                <w:sz w:val="18"/>
                <w:szCs w:val="18"/>
                <w:lang w:eastAsia="en-GB"/>
              </w:rPr>
              <w:t>угрож.станов</w:t>
            </w:r>
            <w:proofErr w:type="gramEnd"/>
            <w:r w:rsidRPr="008C5CF5">
              <w:rPr>
                <w:b/>
                <w:bCs/>
                <w:sz w:val="18"/>
                <w:szCs w:val="18"/>
                <w:lang w:eastAsia="en-GB"/>
              </w:rPr>
              <w:t>. некласиф. на др.месту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7AC5" w:rsidRPr="008C5CF5" w:rsidRDefault="00E17AC5" w:rsidP="00E17AC5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0902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Социјална и дечја заштита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E37C92" w:rsidRPr="008C5CF5" w:rsidTr="00E37C92">
        <w:trPr>
          <w:gridAfter w:val="1"/>
          <w:wAfter w:w="13" w:type="dxa"/>
          <w:trHeight w:val="735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7AC5" w:rsidRPr="008C5CF5" w:rsidRDefault="00E17AC5" w:rsidP="00E17AC5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0902-0001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Програмска активност 0001 - Једнократне помоћи и други облици помоћи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E37C92" w:rsidRPr="008C5CF5" w:rsidTr="00E37C92">
        <w:trPr>
          <w:gridAfter w:val="1"/>
          <w:wAfter w:w="13" w:type="dxa"/>
          <w:trHeight w:val="975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77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472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Накнаде за социјалну заштиту из буџета (од чега 20.000.000 помоћ уз сарадњу са Комесаријатом за избеглице)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35.000.000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24.050.000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30.780.000</w:t>
            </w: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lastRenderedPageBreak/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5.01.06.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Програм Црвеног крста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0902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Социјална и дечија заштита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E37C92" w:rsidRPr="008C5CF5" w:rsidTr="00E37C92">
        <w:trPr>
          <w:gridAfter w:val="1"/>
          <w:wAfter w:w="13" w:type="dxa"/>
          <w:trHeight w:val="735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0902-0018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Програмска активност 0018 - Подршка реализацији програма Црвеног крста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78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481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Дотације невладиним организацијама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15.000.000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16.000.000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16.000.000</w:t>
            </w: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Укупно раздео 5.01.05. и 06.:</w:t>
            </w:r>
          </w:p>
        </w:tc>
        <w:tc>
          <w:tcPr>
            <w:tcW w:w="125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63.250.000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53.300.000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60.030.000</w:t>
            </w:r>
          </w:p>
        </w:tc>
      </w:tr>
      <w:tr w:rsidR="00E37C92" w:rsidRPr="008C5CF5" w:rsidTr="00E37C92">
        <w:trPr>
          <w:gridAfter w:val="1"/>
          <w:wAfter w:w="13" w:type="dxa"/>
          <w:trHeight w:val="495"/>
          <w:jc w:val="center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0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Извори финансирања за функцију 070:</w:t>
            </w: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01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Општи приходи и примања буџета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63.250.000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53.300.000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</w:tr>
      <w:tr w:rsidR="00E37C92" w:rsidRPr="008C5CF5" w:rsidTr="00E37C92">
        <w:trPr>
          <w:gridAfter w:val="1"/>
          <w:wAfter w:w="13" w:type="dxa"/>
          <w:trHeight w:val="495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17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Неутрошена средства трансфера од других нивоа власти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23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Укупно за функцију 070: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60.030.000</w:t>
            </w:r>
          </w:p>
        </w:tc>
      </w:tr>
      <w:tr w:rsidR="00E37C92" w:rsidRPr="008C5CF5" w:rsidTr="00E37C92">
        <w:trPr>
          <w:gridAfter w:val="1"/>
          <w:wAfter w:w="13" w:type="dxa"/>
          <w:trHeight w:val="495"/>
          <w:jc w:val="center"/>
        </w:trPr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23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Извори финансирања за раздео 5.01.05. и 06: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01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Општи приходи и примања буџета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63.250.000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53.300.000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</w:tr>
      <w:tr w:rsidR="00E37C92" w:rsidRPr="008C5CF5" w:rsidTr="00E37C92">
        <w:trPr>
          <w:gridAfter w:val="1"/>
          <w:wAfter w:w="13" w:type="dxa"/>
          <w:trHeight w:val="495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17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Неутрошена средства трансфера од других нивоа власти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Укупно за раздео 5.01.05. и 06.: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60.030.000</w:t>
            </w: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E37C92" w:rsidRPr="008C5CF5" w:rsidTr="00E37C92">
        <w:trPr>
          <w:gridAfter w:val="1"/>
          <w:wAfter w:w="13" w:type="dxa"/>
          <w:trHeight w:val="495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5.01.07.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Пројекти у области социјалне заштите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020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Старост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0902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Социјална и дечја заштита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E37C92" w:rsidRPr="008C5CF5" w:rsidTr="00E37C92">
        <w:trPr>
          <w:gridAfter w:val="1"/>
          <w:wAfter w:w="13" w:type="dxa"/>
          <w:trHeight w:val="1455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0902-4007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Пројекат: ИПА 2020 – Унапређење локалног система социјалне заштите – Ширење пружања локалне социјалне услуге „Помоћ у кући за старије“ у руралним подручјима Врњачке Бање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79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426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Материјал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468.000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0</w:t>
            </w:r>
          </w:p>
        </w:tc>
      </w:tr>
      <w:tr w:rsidR="00E37C92" w:rsidRPr="008C5CF5" w:rsidTr="00E37C92">
        <w:trPr>
          <w:gridAfter w:val="1"/>
          <w:wAfter w:w="13" w:type="dxa"/>
          <w:trHeight w:val="495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color w:val="FF0000"/>
                <w:sz w:val="18"/>
                <w:szCs w:val="18"/>
                <w:lang w:eastAsia="en-GB"/>
              </w:rPr>
            </w:pPr>
            <w:r w:rsidRPr="008C5CF5">
              <w:rPr>
                <w:color w:val="FF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color w:val="FF0000"/>
                <w:sz w:val="18"/>
                <w:szCs w:val="18"/>
                <w:lang w:eastAsia="en-GB"/>
              </w:rPr>
            </w:pPr>
            <w:r w:rsidRPr="008C5CF5">
              <w:rPr>
                <w:color w:val="FF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color w:val="FF0000"/>
                <w:sz w:val="18"/>
                <w:szCs w:val="18"/>
                <w:lang w:eastAsia="en-GB"/>
              </w:rPr>
            </w:pPr>
            <w:r w:rsidRPr="008C5CF5">
              <w:rPr>
                <w:color w:val="FF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FF0000"/>
                <w:sz w:val="18"/>
                <w:szCs w:val="18"/>
                <w:lang w:eastAsia="en-GB"/>
              </w:rPr>
            </w:pPr>
            <w:r w:rsidRPr="008C5CF5">
              <w:rPr>
                <w:color w:val="FF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80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472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Накнада за социјалну заштиту из буџета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945.000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1.123.000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1.123.000</w:t>
            </w: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lastRenderedPageBreak/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Укупно раздео 5.01.07.:</w:t>
            </w:r>
          </w:p>
        </w:tc>
        <w:tc>
          <w:tcPr>
            <w:tcW w:w="12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5.414.000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5.124.000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5.124.000</w:t>
            </w:r>
          </w:p>
        </w:tc>
      </w:tr>
      <w:tr w:rsidR="00E37C92" w:rsidRPr="008C5CF5" w:rsidTr="00E37C92">
        <w:trPr>
          <w:gridAfter w:val="1"/>
          <w:wAfter w:w="13" w:type="dxa"/>
          <w:trHeight w:val="495"/>
          <w:jc w:val="center"/>
        </w:trPr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23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Извори финансирања за раздео 5.01.07.: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01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Општи приходи и примања буџета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4.001.000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5.124.000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Укупно за раздео 5.01.07.: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5.124.000</w:t>
            </w: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5.01.11.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Сервисирање јавног дуга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170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Трансакције јавног дуга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0602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color w:val="000000"/>
                <w:sz w:val="18"/>
                <w:szCs w:val="18"/>
                <w:lang w:eastAsia="en-GB"/>
              </w:rPr>
              <w:t>Опште услуге локалне самоуправе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E37C92" w:rsidRPr="008C5CF5" w:rsidTr="00E37C92">
        <w:trPr>
          <w:gridAfter w:val="1"/>
          <w:wAfter w:w="13" w:type="dxa"/>
          <w:trHeight w:val="495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7AC5" w:rsidRPr="008C5CF5" w:rsidRDefault="00E17AC5" w:rsidP="00E17AC5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0602-0003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Програмска активност 0003 - Сервисирање јавног дуга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88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441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Отплате домаћих камата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11.000.000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9.000.000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9.000.000</w:t>
            </w:r>
          </w:p>
        </w:tc>
      </w:tr>
      <w:tr w:rsidR="00E37C92" w:rsidRPr="008C5CF5" w:rsidTr="00E37C92">
        <w:trPr>
          <w:gridAfter w:val="1"/>
          <w:wAfter w:w="13" w:type="dxa"/>
          <w:trHeight w:val="495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90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611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Отплата  главнице домаћим кредиторима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45.654.000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41.654.000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41.654.000</w:t>
            </w: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Укупно раздео 5.01.11.:</w:t>
            </w:r>
          </w:p>
        </w:tc>
        <w:tc>
          <w:tcPr>
            <w:tcW w:w="12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57.254.000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51.254.000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51.254.000</w:t>
            </w:r>
          </w:p>
        </w:tc>
      </w:tr>
      <w:tr w:rsidR="00E37C92" w:rsidRPr="008C5CF5" w:rsidTr="00E37C92">
        <w:trPr>
          <w:gridAfter w:val="1"/>
          <w:wAfter w:w="13" w:type="dxa"/>
          <w:trHeight w:val="495"/>
          <w:jc w:val="center"/>
        </w:trPr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Извори финансирања за функцију 170: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01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Општи приходи и примања буџета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57.254.000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51.254.000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23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Укупно за функцију 170: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51.254.000</w:t>
            </w:r>
          </w:p>
        </w:tc>
      </w:tr>
      <w:tr w:rsidR="00E37C92" w:rsidRPr="008C5CF5" w:rsidTr="00E37C92">
        <w:trPr>
          <w:gridAfter w:val="1"/>
          <w:wAfter w:w="13" w:type="dxa"/>
          <w:trHeight w:val="495"/>
          <w:jc w:val="center"/>
        </w:trPr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23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Извори финансирања за раздео 5.01.11.: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01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Општи приходи и примања буџета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57.254.000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51.254.000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Укупно за раздео 5.01.11.: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51.254.000</w:t>
            </w: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E37C92" w:rsidRPr="008C5CF5" w:rsidTr="00E37C92">
        <w:trPr>
          <w:gridAfter w:val="1"/>
          <w:wAfter w:w="13" w:type="dxa"/>
          <w:trHeight w:val="735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5.01.12.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Смањивање ризика од катастрофа и управљање ванредним ситуацијама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220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Цивилна одбрана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0602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color w:val="000000"/>
                <w:sz w:val="18"/>
                <w:szCs w:val="18"/>
                <w:lang w:eastAsia="en-GB"/>
              </w:rPr>
              <w:t>Опште услуге локалне самоуправе</w:t>
            </w: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E37C92" w:rsidRPr="008C5CF5" w:rsidTr="00E37C92">
        <w:trPr>
          <w:gridAfter w:val="1"/>
          <w:wAfter w:w="13" w:type="dxa"/>
          <w:trHeight w:val="735"/>
          <w:jc w:val="center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7AC5" w:rsidRPr="008C5CF5" w:rsidRDefault="00E17AC5" w:rsidP="00E17AC5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0602-0014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color w:val="000000"/>
                <w:sz w:val="18"/>
                <w:szCs w:val="18"/>
                <w:lang w:eastAsia="en-GB"/>
              </w:rPr>
              <w:t>Програмска активност 0014- Управљање у ванредним ситуацијама</w:t>
            </w: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7AC5" w:rsidRPr="008C5CF5" w:rsidRDefault="00E17AC5" w:rsidP="00E17AC5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91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423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Услуге по уговору</w:t>
            </w: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2.000.000</w:t>
            </w: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color w:val="974706"/>
                <w:sz w:val="18"/>
                <w:szCs w:val="18"/>
                <w:lang w:eastAsia="en-GB"/>
              </w:rPr>
            </w:pPr>
            <w:r w:rsidRPr="008C5CF5">
              <w:rPr>
                <w:color w:val="974706"/>
                <w:sz w:val="18"/>
                <w:szCs w:val="18"/>
                <w:lang w:eastAsia="en-GB"/>
              </w:rPr>
              <w:t>3.176.000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3.176.000</w:t>
            </w: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7AC5" w:rsidRPr="008C5CF5" w:rsidRDefault="00E17AC5" w:rsidP="00E17AC5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93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425</w:t>
            </w:r>
          </w:p>
        </w:tc>
        <w:tc>
          <w:tcPr>
            <w:tcW w:w="70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Текуће поправке и одржавање</w:t>
            </w: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4.000.000</w:t>
            </w: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3.500.000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3.500.000</w:t>
            </w: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lastRenderedPageBreak/>
              <w:t> 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Укупно раздео 5.01.12.:</w:t>
            </w: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7.400.000</w:t>
            </w: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8.076.000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0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8.076.000</w:t>
            </w:r>
          </w:p>
        </w:tc>
      </w:tr>
      <w:tr w:rsidR="00E37C92" w:rsidRPr="008C5CF5" w:rsidTr="00E37C92">
        <w:trPr>
          <w:gridAfter w:val="1"/>
          <w:wAfter w:w="13" w:type="dxa"/>
          <w:trHeight w:val="495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Извори финансирања за функцију 220: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01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Општи приходи и примања буџета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7.400.000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8.076.000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23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Укупно за функцију 220: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lang w:eastAsia="en-GB"/>
              </w:rPr>
            </w:pP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8.076.000</w:t>
            </w:r>
          </w:p>
        </w:tc>
      </w:tr>
      <w:tr w:rsidR="00E37C92" w:rsidRPr="008C5CF5" w:rsidTr="00E37C92">
        <w:trPr>
          <w:gridAfter w:val="1"/>
          <w:wAfter w:w="13" w:type="dxa"/>
          <w:trHeight w:val="495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23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Извори финансирања за раздео 5.01.12.: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lang w:eastAsia="en-GB"/>
              </w:rPr>
            </w:pP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lang w:eastAsia="en-GB"/>
              </w:rPr>
            </w:pP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01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Општи приходи и примања буџета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7.400.000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8.076.000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lang w:eastAsia="en-GB"/>
              </w:rPr>
            </w:pP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lang w:eastAsia="en-GB"/>
              </w:rPr>
            </w:pP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Укупно за раздео 5.01.12.: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8.076.000</w:t>
            </w: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5.01.13.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 xml:space="preserve">Реализација ЛАП за запошљавање 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412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Опште услуге по питању рада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7AC5" w:rsidRPr="008C5CF5" w:rsidRDefault="00E17AC5" w:rsidP="00E17AC5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1501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Локални економски развој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E37C92" w:rsidRPr="008C5CF5" w:rsidTr="00E37C92">
        <w:trPr>
          <w:gridAfter w:val="1"/>
          <w:wAfter w:w="13" w:type="dxa"/>
          <w:trHeight w:val="495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7AC5" w:rsidRPr="008C5CF5" w:rsidRDefault="00E17AC5" w:rsidP="00E17AC5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1501-0002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Програмска активност 0002 - Мере активне политике запошљавања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E37C92" w:rsidRPr="008C5CF5" w:rsidTr="00E37C92">
        <w:trPr>
          <w:gridAfter w:val="1"/>
          <w:wAfter w:w="13" w:type="dxa"/>
          <w:trHeight w:val="495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97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464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Дотације организацијама за обавезно социјално осигурање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5.200.000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4.900.000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4.900.000</w:t>
            </w: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Укупно раздео 5.01.13.:</w:t>
            </w:r>
          </w:p>
        </w:tc>
        <w:tc>
          <w:tcPr>
            <w:tcW w:w="12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5.200.000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4.900.000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4.900.000</w:t>
            </w:r>
          </w:p>
        </w:tc>
      </w:tr>
      <w:tr w:rsidR="00E37C92" w:rsidRPr="008C5CF5" w:rsidTr="00E37C92">
        <w:trPr>
          <w:gridAfter w:val="1"/>
          <w:wAfter w:w="13" w:type="dxa"/>
          <w:trHeight w:val="495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Извори финансирања за функцију 412: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01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Општи приходи и примања буџета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5.200.000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4.900.000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23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Укупно за функцију 412: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4.900.000</w:t>
            </w:r>
          </w:p>
        </w:tc>
      </w:tr>
      <w:tr w:rsidR="00E37C92" w:rsidRPr="008C5CF5" w:rsidTr="00E37C92">
        <w:trPr>
          <w:gridAfter w:val="1"/>
          <w:wAfter w:w="13" w:type="dxa"/>
          <w:trHeight w:val="495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23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Извори финансирања за раздео 5.01.13.: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01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Општи приходи и примања буџета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5.200.000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4.900.000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Укупно за раздео 5.01.13.: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4.900.000</w:t>
            </w: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5.01.19.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Заштита животне средине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E37C92" w:rsidRPr="008C5CF5" w:rsidTr="00E37C92">
        <w:trPr>
          <w:gridAfter w:val="1"/>
          <w:wAfter w:w="13" w:type="dxa"/>
          <w:trHeight w:val="495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560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Заштита животне средине некласификована на другом месту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lastRenderedPageBreak/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0401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Заштита животне средине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E37C92" w:rsidRPr="008C5CF5" w:rsidTr="00E37C92">
        <w:trPr>
          <w:gridAfter w:val="1"/>
          <w:wAfter w:w="13" w:type="dxa"/>
          <w:trHeight w:val="735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7AC5" w:rsidRPr="008C5CF5" w:rsidRDefault="00E17AC5" w:rsidP="00E17AC5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0401-0001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Програмска активност 0001 - Управљање заштитом животне средине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113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424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Специјализоване услуге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1.400.000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500.000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500.000</w:t>
            </w: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Укупно раздео 5.01.19.:</w:t>
            </w: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1.584.000</w:t>
            </w: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684.000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0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684.000</w:t>
            </w:r>
          </w:p>
        </w:tc>
      </w:tr>
      <w:tr w:rsidR="00E37C92" w:rsidRPr="008C5CF5" w:rsidTr="00E37C92">
        <w:trPr>
          <w:gridAfter w:val="1"/>
          <w:wAfter w:w="13" w:type="dxa"/>
          <w:trHeight w:val="495"/>
          <w:jc w:val="center"/>
        </w:trPr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Извори финансирања за функцију 560: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01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Општи приходи и примања буџета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1.584.000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684.000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23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3725D1" w:rsidP="00E968A6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Укупно за функцију 560: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684.000</w:t>
            </w:r>
          </w:p>
        </w:tc>
      </w:tr>
      <w:tr w:rsidR="00E37C92" w:rsidRPr="008C5CF5" w:rsidTr="00E37C92">
        <w:trPr>
          <w:gridAfter w:val="1"/>
          <w:wAfter w:w="13" w:type="dxa"/>
          <w:trHeight w:val="495"/>
          <w:jc w:val="center"/>
        </w:trPr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23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Извори финансирања за раздео 5.01.19.: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01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Општи приходи и примања буџета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1.584.000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684.000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Укупно за раздео 5.01.19.: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684.000</w:t>
            </w: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E37C92" w:rsidRPr="008C5CF5" w:rsidTr="00E37C92">
        <w:trPr>
          <w:gridAfter w:val="1"/>
          <w:wAfter w:w="13" w:type="dxa"/>
          <w:trHeight w:val="495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5.01.20.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План чишћења и уређења јавних површина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E37C92" w:rsidRPr="008C5CF5" w:rsidTr="00E37C92">
        <w:trPr>
          <w:gridAfter w:val="1"/>
          <w:wAfter w:w="13" w:type="dxa"/>
          <w:trHeight w:val="495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560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Заштита животне средине некласификована на другом месту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7AC5" w:rsidRPr="008C5CF5" w:rsidRDefault="00E17AC5" w:rsidP="00E17AC5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1102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Комунална делатност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E37C92" w:rsidRPr="008C5CF5" w:rsidTr="00E37C92">
        <w:trPr>
          <w:gridAfter w:val="1"/>
          <w:wAfter w:w="13" w:type="dxa"/>
          <w:trHeight w:val="735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7AC5" w:rsidRPr="008C5CF5" w:rsidRDefault="00E17AC5" w:rsidP="00E17AC5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1102-0003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Програмска активност 0003 - Одржавање чисточе на површинама јавне намене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115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424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Специјализоване услуге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98.104.000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100.882.000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2.222.000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103.104.000</w:t>
            </w: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Укупно раздео 5.01.20.:</w:t>
            </w:r>
          </w:p>
        </w:tc>
        <w:tc>
          <w:tcPr>
            <w:tcW w:w="12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98.104.000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100.882.000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2.222.000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103.104.000</w:t>
            </w:r>
          </w:p>
        </w:tc>
      </w:tr>
      <w:tr w:rsidR="00E37C92" w:rsidRPr="008C5CF5" w:rsidTr="00E37C92">
        <w:trPr>
          <w:gridAfter w:val="1"/>
          <w:wAfter w:w="13" w:type="dxa"/>
          <w:trHeight w:val="495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Извори финансирања за функцију 560: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01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Општи приходи и примања буџета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98.104.000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100.882.000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lang w:eastAsia="en-GB"/>
              </w:rPr>
            </w:pP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lang w:eastAsia="en-GB"/>
              </w:rPr>
            </w:pPr>
          </w:p>
        </w:tc>
      </w:tr>
      <w:tr w:rsidR="00E37C92" w:rsidRPr="008C5CF5" w:rsidTr="00E37C92">
        <w:trPr>
          <w:gridAfter w:val="1"/>
          <w:wAfter w:w="13" w:type="dxa"/>
          <w:trHeight w:val="495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13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Нераспоређени вишак прихода из ранијих година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lang w:eastAsia="en-GB"/>
              </w:rPr>
            </w:pP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2.222.000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</w:p>
        </w:tc>
      </w:tr>
      <w:tr w:rsidR="00E37C92" w:rsidRPr="008C5CF5" w:rsidTr="00E37C92">
        <w:trPr>
          <w:gridAfter w:val="1"/>
          <w:wAfter w:w="13" w:type="dxa"/>
          <w:trHeight w:val="495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23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E968A6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Укупно за функцију 560</w:t>
            </w:r>
            <w:r w:rsidR="00E17AC5" w:rsidRPr="008C5CF5">
              <w:rPr>
                <w:b/>
                <w:bCs/>
                <w:sz w:val="18"/>
                <w:szCs w:val="18"/>
                <w:lang w:eastAsia="en-GB"/>
              </w:rPr>
              <w:t>: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lang w:eastAsia="en-GB"/>
              </w:rPr>
            </w:pP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103.104.000</w:t>
            </w:r>
          </w:p>
        </w:tc>
      </w:tr>
      <w:tr w:rsidR="00E37C92" w:rsidRPr="008C5CF5" w:rsidTr="00E37C92">
        <w:trPr>
          <w:gridAfter w:val="1"/>
          <w:wAfter w:w="13" w:type="dxa"/>
          <w:trHeight w:val="495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23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2F6142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Извори финансирања за раздео 5</w:t>
            </w:r>
            <w:r w:rsidR="00E17AC5" w:rsidRPr="008C5CF5">
              <w:rPr>
                <w:b/>
                <w:bCs/>
                <w:sz w:val="18"/>
                <w:szCs w:val="18"/>
                <w:lang w:eastAsia="en-GB"/>
              </w:rPr>
              <w:t>.01.20.: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lang w:eastAsia="en-GB"/>
              </w:rPr>
            </w:pP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lang w:eastAsia="en-GB"/>
              </w:rPr>
            </w:pP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lastRenderedPageBreak/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01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Општи приходи и примања буџета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98.104.000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100.882.000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lang w:eastAsia="en-GB"/>
              </w:rPr>
            </w:pP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lang w:eastAsia="en-GB"/>
              </w:rPr>
            </w:pPr>
          </w:p>
        </w:tc>
      </w:tr>
      <w:tr w:rsidR="00E37C92" w:rsidRPr="008C5CF5" w:rsidTr="00E37C92">
        <w:trPr>
          <w:gridAfter w:val="1"/>
          <w:wAfter w:w="13" w:type="dxa"/>
          <w:trHeight w:val="495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13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Нераспоређени вишак прихода из ранијих година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lang w:eastAsia="en-GB"/>
              </w:rPr>
            </w:pP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2.222.000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0D536F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 xml:space="preserve">Укупно за раздео </w:t>
            </w:r>
            <w:r w:rsidRPr="008C5CF5">
              <w:rPr>
                <w:b/>
                <w:bCs/>
                <w:sz w:val="18"/>
                <w:szCs w:val="18"/>
                <w:lang w:val="sr-Cyrl-RS" w:eastAsia="en-GB"/>
              </w:rPr>
              <w:t>5</w:t>
            </w:r>
            <w:r w:rsidR="00E17AC5" w:rsidRPr="008C5CF5">
              <w:rPr>
                <w:b/>
                <w:bCs/>
                <w:sz w:val="18"/>
                <w:szCs w:val="18"/>
                <w:lang w:eastAsia="en-GB"/>
              </w:rPr>
              <w:t>.01.20.: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103.104.000</w:t>
            </w: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23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lang w:eastAsia="en-GB"/>
              </w:rPr>
            </w:pP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lang w:eastAsia="en-GB"/>
              </w:rPr>
            </w:pPr>
          </w:p>
        </w:tc>
      </w:tr>
      <w:tr w:rsidR="00E37C92" w:rsidRPr="008C5CF5" w:rsidTr="00E37C92">
        <w:trPr>
          <w:gridAfter w:val="1"/>
          <w:wAfter w:w="13" w:type="dxa"/>
          <w:trHeight w:val="495"/>
          <w:jc w:val="center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5.01.21.</w:t>
            </w: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Пројектно планирање и набавка имовине</w:t>
            </w: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620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Развој заједнице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E37C92" w:rsidRPr="008C5CF5" w:rsidTr="00E37C92">
        <w:trPr>
          <w:gridAfter w:val="1"/>
          <w:wAfter w:w="13" w:type="dxa"/>
          <w:trHeight w:val="495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1101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color w:val="000000"/>
                <w:sz w:val="18"/>
                <w:szCs w:val="18"/>
                <w:lang w:eastAsia="en-GB"/>
              </w:rPr>
              <w:t>Становање, урбанизам и просторно планирање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E37C92" w:rsidRPr="008C5CF5" w:rsidTr="00E37C92">
        <w:trPr>
          <w:gridAfter w:val="1"/>
          <w:wAfter w:w="13" w:type="dxa"/>
          <w:trHeight w:val="735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7AC5" w:rsidRPr="008C5CF5" w:rsidRDefault="00E17AC5" w:rsidP="00E17AC5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1101-0002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color w:val="000000"/>
                <w:sz w:val="18"/>
                <w:szCs w:val="18"/>
                <w:lang w:eastAsia="en-GB"/>
              </w:rPr>
              <w:t>Програмска активност 0002- Спровођење урбанистичких и просторних планова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E37C92" w:rsidRPr="008C5CF5" w:rsidTr="00E37C92">
        <w:trPr>
          <w:gridAfter w:val="1"/>
          <w:wAfter w:w="13" w:type="dxa"/>
          <w:trHeight w:val="495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116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511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Зграде и грађевинско земљиште (Пројектно планирање)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8.000.000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17.500.000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17.500.000</w:t>
            </w: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117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541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Земљиште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16.000.000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15.000.000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15.000.000</w:t>
            </w: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E37C92" w:rsidRPr="008C5CF5" w:rsidTr="00E37C92">
        <w:trPr>
          <w:gridAfter w:val="1"/>
          <w:wAfter w:w="13" w:type="dxa"/>
          <w:trHeight w:val="495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5.01.23.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Увећање основног капитала у јавним предузећима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620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Развој заједнице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0602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color w:val="000000"/>
                <w:sz w:val="18"/>
                <w:szCs w:val="18"/>
                <w:lang w:eastAsia="en-GB"/>
              </w:rPr>
              <w:t>Опште услуге локалне самоуправе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E37C92" w:rsidRPr="008C5CF5" w:rsidTr="00E37C92">
        <w:trPr>
          <w:gridAfter w:val="1"/>
          <w:wAfter w:w="13" w:type="dxa"/>
          <w:trHeight w:val="735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7AC5" w:rsidRPr="008C5CF5" w:rsidRDefault="00E17AC5" w:rsidP="00E17AC5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0602-0001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color w:val="000000"/>
                <w:sz w:val="18"/>
                <w:szCs w:val="18"/>
                <w:lang w:eastAsia="en-GB"/>
              </w:rPr>
              <w:t>Програмска активност 0001- Функционисање локалне самоуправе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E37C92" w:rsidRPr="008C5CF5" w:rsidTr="00E37C92">
        <w:trPr>
          <w:gridAfter w:val="1"/>
          <w:wAfter w:w="13" w:type="dxa"/>
          <w:trHeight w:val="495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119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621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AC5" w:rsidRPr="008C5CF5" w:rsidRDefault="00E968A6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 xml:space="preserve">Набавка домаће </w:t>
            </w:r>
            <w:r w:rsidR="00E17AC5" w:rsidRPr="008C5CF5">
              <w:rPr>
                <w:sz w:val="18"/>
                <w:szCs w:val="18"/>
                <w:lang w:eastAsia="en-GB"/>
              </w:rPr>
              <w:t>финансијске имовине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65.000.000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65.000.000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33.600.000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98.600.000</w:t>
            </w: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Укупно раздео 5.01.21.+...+5.01.23.:</w:t>
            </w:r>
          </w:p>
        </w:tc>
        <w:tc>
          <w:tcPr>
            <w:tcW w:w="12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94.700.000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103.200.000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33.600.000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136.800.000</w:t>
            </w:r>
          </w:p>
        </w:tc>
      </w:tr>
      <w:tr w:rsidR="00E37C92" w:rsidRPr="008C5CF5" w:rsidTr="00E37C92">
        <w:trPr>
          <w:gridAfter w:val="1"/>
          <w:wAfter w:w="13" w:type="dxa"/>
          <w:trHeight w:val="495"/>
          <w:jc w:val="center"/>
        </w:trPr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23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Извори финансирања за функцију 620: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01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Општи приходи и примања буџета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94.700.000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103.200.000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</w:tr>
      <w:tr w:rsidR="00E37C92" w:rsidRPr="008C5CF5" w:rsidTr="00E37C92">
        <w:trPr>
          <w:gridAfter w:val="1"/>
          <w:wAfter w:w="13" w:type="dxa"/>
          <w:trHeight w:val="495"/>
          <w:jc w:val="center"/>
        </w:trPr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09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Примања од продаје нефинансијске имовине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</w:tr>
      <w:tr w:rsidR="00E37C92" w:rsidRPr="008C5CF5" w:rsidTr="00E37C92">
        <w:trPr>
          <w:gridAfter w:val="1"/>
          <w:wAfter w:w="13" w:type="dxa"/>
          <w:trHeight w:val="495"/>
          <w:jc w:val="center"/>
        </w:trPr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13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Нераспоређени вишак прихода из ранијих година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33.600.000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23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Укупно за функцију 620: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136.800.000</w:t>
            </w:r>
          </w:p>
        </w:tc>
      </w:tr>
      <w:tr w:rsidR="00E37C92" w:rsidRPr="008C5CF5" w:rsidTr="00E37C92">
        <w:trPr>
          <w:gridAfter w:val="1"/>
          <w:wAfter w:w="13" w:type="dxa"/>
          <w:trHeight w:val="495"/>
          <w:jc w:val="center"/>
        </w:trPr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23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 xml:space="preserve">Извори финансирања за раздео </w:t>
            </w:r>
            <w:r w:rsidRPr="008C5CF5">
              <w:rPr>
                <w:b/>
                <w:bCs/>
                <w:sz w:val="18"/>
                <w:szCs w:val="18"/>
                <w:lang w:eastAsia="en-GB"/>
              </w:rPr>
              <w:lastRenderedPageBreak/>
              <w:t>5.01.21.+...+5.01.23.: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01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Општи приходи и примања буџета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94.700.000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103.200.000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</w:tr>
      <w:tr w:rsidR="00E37C92" w:rsidRPr="008C5CF5" w:rsidTr="00E37C92">
        <w:trPr>
          <w:gridAfter w:val="1"/>
          <w:wAfter w:w="13" w:type="dxa"/>
          <w:trHeight w:val="495"/>
          <w:jc w:val="center"/>
        </w:trPr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09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Примања од продаје нефинансијске имовине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</w:tr>
      <w:tr w:rsidR="00E37C92" w:rsidRPr="008C5CF5" w:rsidTr="00E37C92">
        <w:trPr>
          <w:gridAfter w:val="1"/>
          <w:wAfter w:w="13" w:type="dxa"/>
          <w:trHeight w:val="495"/>
          <w:jc w:val="center"/>
        </w:trPr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13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Нераспоређени вишак прихода из ранијих година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33.600.000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</w:p>
        </w:tc>
      </w:tr>
      <w:tr w:rsidR="00E37C92" w:rsidRPr="008C5CF5" w:rsidTr="00E37C92">
        <w:trPr>
          <w:gridAfter w:val="1"/>
          <w:wAfter w:w="13" w:type="dxa"/>
          <w:trHeight w:val="495"/>
          <w:jc w:val="center"/>
        </w:trPr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Укупно за раздео 5.01.21.+...+5.01.23.: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136.800.000</w:t>
            </w: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23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</w:tr>
      <w:tr w:rsidR="00E37C92" w:rsidRPr="008C5CF5" w:rsidTr="00E37C92">
        <w:trPr>
          <w:gridAfter w:val="1"/>
          <w:wAfter w:w="13" w:type="dxa"/>
          <w:trHeight w:val="495"/>
          <w:jc w:val="center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5.01.24.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color w:val="000000"/>
                <w:sz w:val="18"/>
                <w:szCs w:val="18"/>
                <w:lang w:eastAsia="en-GB"/>
              </w:rPr>
              <w:t xml:space="preserve">Енергетске услуге за јавану расвету и јавне објекте </w:t>
            </w: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640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color w:val="000000"/>
                <w:sz w:val="18"/>
                <w:szCs w:val="18"/>
                <w:lang w:eastAsia="en-GB"/>
              </w:rPr>
              <w:t>Улична расвета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7AC5" w:rsidRPr="008C5CF5" w:rsidRDefault="00E17AC5" w:rsidP="00E17AC5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1102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color w:val="000000"/>
                <w:sz w:val="18"/>
                <w:szCs w:val="18"/>
                <w:lang w:eastAsia="en-GB"/>
              </w:rPr>
              <w:t>Комуналне делатности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E37C92" w:rsidRPr="008C5CF5" w:rsidTr="00E37C92">
        <w:trPr>
          <w:gridAfter w:val="1"/>
          <w:wAfter w:w="13" w:type="dxa"/>
          <w:trHeight w:val="735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7AC5" w:rsidRPr="008C5CF5" w:rsidRDefault="00E17AC5" w:rsidP="00E17AC5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1102-0001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Програмска активност 0001 - Управљање/одржавање јавним осветљењем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120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421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Стални трошкови (Енергетске услуге)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90.000.000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80.000.000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80.000.000</w:t>
            </w: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Укупно раздео 5.01.24.:</w:t>
            </w:r>
          </w:p>
        </w:tc>
        <w:tc>
          <w:tcPr>
            <w:tcW w:w="12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90.000.000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80.000.000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80.000.000</w:t>
            </w:r>
          </w:p>
        </w:tc>
      </w:tr>
      <w:tr w:rsidR="00E37C92" w:rsidRPr="008C5CF5" w:rsidTr="00E37C92">
        <w:trPr>
          <w:gridAfter w:val="1"/>
          <w:wAfter w:w="13" w:type="dxa"/>
          <w:trHeight w:val="495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Извори финансирања за функцију 640: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01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Општи приходи и примања буџета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90.000.000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80.000.000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23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Укупно за функцију 640: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80.000.000</w:t>
            </w:r>
          </w:p>
        </w:tc>
      </w:tr>
      <w:tr w:rsidR="00E37C92" w:rsidRPr="008C5CF5" w:rsidTr="00E37C92">
        <w:trPr>
          <w:gridAfter w:val="1"/>
          <w:wAfter w:w="13" w:type="dxa"/>
          <w:trHeight w:val="495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23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Извори финансирања за раздео 5.01.24.: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01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Општи приходи и примања буџета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90.000.000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80.000.000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Укупно за раздео 5.01.24.: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80.000.000</w:t>
            </w: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5.01.25.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Друштвена брига за јавно здравље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740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Услуге јавног здравства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7AC5" w:rsidRPr="008C5CF5" w:rsidRDefault="00E17AC5" w:rsidP="00E17AC5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1801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Здравствена заштита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</w:tr>
      <w:tr w:rsidR="00E37C92" w:rsidRPr="008C5CF5" w:rsidTr="00E37C92">
        <w:trPr>
          <w:gridAfter w:val="1"/>
          <w:wAfter w:w="13" w:type="dxa"/>
          <w:trHeight w:val="735"/>
          <w:jc w:val="center"/>
        </w:trPr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7AC5" w:rsidRPr="008C5CF5" w:rsidRDefault="00E17AC5" w:rsidP="00E17AC5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1801-0003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Програмска активност 0003 - Спровођење активности из области друштвене бриге за јавно здравље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7AC5" w:rsidRPr="008C5CF5" w:rsidRDefault="00E17AC5" w:rsidP="00E17AC5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122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424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AC5" w:rsidRPr="008C5CF5" w:rsidRDefault="000D536F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Специјализоване услуге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1.000.000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600.000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600.000</w:t>
            </w: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lastRenderedPageBreak/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Укупно раздео 5.01.25.:</w:t>
            </w:r>
          </w:p>
        </w:tc>
        <w:tc>
          <w:tcPr>
            <w:tcW w:w="12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2.550.000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2.150.000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2.150.000</w:t>
            </w:r>
          </w:p>
        </w:tc>
      </w:tr>
      <w:tr w:rsidR="00E37C92" w:rsidRPr="008C5CF5" w:rsidTr="00E37C92">
        <w:trPr>
          <w:gridAfter w:val="1"/>
          <w:wAfter w:w="13" w:type="dxa"/>
          <w:trHeight w:val="495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Извори финансирања за функцију 740: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01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Општи приходи и примања буџета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1.550.000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2.150.000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23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Укупно за функцију 740: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2.150.000</w:t>
            </w:r>
          </w:p>
        </w:tc>
      </w:tr>
      <w:tr w:rsidR="00E37C92" w:rsidRPr="008C5CF5" w:rsidTr="00E37C92">
        <w:trPr>
          <w:gridAfter w:val="1"/>
          <w:wAfter w:w="13" w:type="dxa"/>
          <w:trHeight w:val="495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23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Извори финансирања за раздео 5.01.25.: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01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Општи приходи и примања буџета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1.550.000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2.150.000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Укупно за раздео 5.01.25.: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2.150.000</w:t>
            </w: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5.01.26.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Помоћ за вантелесну оплодњу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E37C92" w:rsidRPr="008C5CF5" w:rsidTr="00E37C92">
        <w:trPr>
          <w:gridAfter w:val="1"/>
          <w:wAfter w:w="13" w:type="dxa"/>
          <w:trHeight w:val="495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760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Здравство некласификовано на другом месту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7AC5" w:rsidRPr="008C5CF5" w:rsidRDefault="00E17AC5" w:rsidP="00E17AC5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0902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Социјална и дечја заштита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E37C92" w:rsidRPr="008C5CF5" w:rsidTr="00E37C92">
        <w:trPr>
          <w:gridAfter w:val="1"/>
          <w:wAfter w:w="13" w:type="dxa"/>
          <w:trHeight w:val="495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7AC5" w:rsidRPr="008C5CF5" w:rsidRDefault="00E17AC5" w:rsidP="00E17AC5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0902-0020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Програмска активност 0020 - Подршка рађању и родитељству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E37C92" w:rsidRPr="008C5CF5" w:rsidTr="00E37C92">
        <w:trPr>
          <w:gridAfter w:val="1"/>
          <w:wAfter w:w="13" w:type="dxa"/>
          <w:trHeight w:val="495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124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472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Накнада за социјалну заштиту из буџета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1.300.000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1.000.000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1.000.000</w:t>
            </w: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23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Укупно раздео 5.01.26.+...+5.01.28.:</w:t>
            </w: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26.400.000</w:t>
            </w: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26.100.000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0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26.100.000</w:t>
            </w:r>
          </w:p>
        </w:tc>
      </w:tr>
      <w:tr w:rsidR="00E37C92" w:rsidRPr="008C5CF5" w:rsidTr="00E37C92">
        <w:trPr>
          <w:gridAfter w:val="1"/>
          <w:wAfter w:w="13" w:type="dxa"/>
          <w:trHeight w:val="495"/>
          <w:jc w:val="center"/>
        </w:trPr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23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Извори финансирања за функцију 760: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01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Општи приходи и примања буџета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26.400.000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26.100.000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23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Укупно за функцију 760: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26.100.000</w:t>
            </w:r>
          </w:p>
        </w:tc>
      </w:tr>
      <w:tr w:rsidR="00E37C92" w:rsidRPr="008C5CF5" w:rsidTr="00E37C92">
        <w:trPr>
          <w:gridAfter w:val="1"/>
          <w:wAfter w:w="13" w:type="dxa"/>
          <w:trHeight w:val="495"/>
          <w:jc w:val="center"/>
        </w:trPr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23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Извори финансирања за раздео 5.01.26.+...+5.01.28.: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01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Општи приходи и примања буџета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26.400.000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26.100.000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</w:tr>
      <w:tr w:rsidR="00E37C92" w:rsidRPr="008C5CF5" w:rsidTr="00E37C92">
        <w:trPr>
          <w:gridAfter w:val="1"/>
          <w:wAfter w:w="13" w:type="dxa"/>
          <w:trHeight w:val="495"/>
          <w:jc w:val="center"/>
        </w:trPr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Укупно за раздео 5.01.26.+...+5.01.28.: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26.100.000</w:t>
            </w: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23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5.01.29.</w:t>
            </w: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Физичка култура</w:t>
            </w: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810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Услуге рекреације и спорта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1301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Развој спорта и омладине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E37C92" w:rsidRPr="008C5CF5" w:rsidTr="00E37C92">
        <w:trPr>
          <w:gridAfter w:val="1"/>
          <w:wAfter w:w="13" w:type="dxa"/>
          <w:trHeight w:val="975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lastRenderedPageBreak/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7AC5" w:rsidRPr="008C5CF5" w:rsidRDefault="00E17AC5" w:rsidP="00E17AC5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1301-0001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Програмска активност 0001 - Подршка локалним спортским организацијама, удружењима и савезима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127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481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Дотације невладиним организацијама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34.000.000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color w:val="974706"/>
                <w:sz w:val="18"/>
                <w:szCs w:val="18"/>
                <w:lang w:eastAsia="en-GB"/>
              </w:rPr>
            </w:pPr>
            <w:r w:rsidRPr="008C5CF5">
              <w:rPr>
                <w:color w:val="974706"/>
                <w:sz w:val="18"/>
                <w:szCs w:val="18"/>
                <w:lang w:eastAsia="en-GB"/>
              </w:rPr>
              <w:t>35.200.000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35.200.000</w:t>
            </w: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Укупно раздео 5.01.29.:</w:t>
            </w:r>
          </w:p>
        </w:tc>
        <w:tc>
          <w:tcPr>
            <w:tcW w:w="12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34.320.000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35.520.000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35.520.000</w:t>
            </w:r>
          </w:p>
        </w:tc>
      </w:tr>
      <w:tr w:rsidR="00E37C92" w:rsidRPr="008C5CF5" w:rsidTr="00E37C92">
        <w:trPr>
          <w:gridAfter w:val="1"/>
          <w:wAfter w:w="13" w:type="dxa"/>
          <w:trHeight w:val="495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Извори финансирања за функцију 810: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01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Општи приходи и примања буџета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34.320.000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35.520.000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23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Укупно за функцију 810: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35.520.000</w:t>
            </w:r>
          </w:p>
        </w:tc>
      </w:tr>
      <w:tr w:rsidR="00E37C92" w:rsidRPr="008C5CF5" w:rsidTr="00E37C92">
        <w:trPr>
          <w:gridAfter w:val="1"/>
          <w:wAfter w:w="13" w:type="dxa"/>
          <w:trHeight w:val="495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23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Извори финансирања за раздео 5.01.29.: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01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Општи приходи и примања буџета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34.320.000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35.520.000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Укупно за раздео 5.01.29.: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35.520.000</w:t>
            </w: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5.01.33.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Трансфери основним школама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912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Основно образовање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7AC5" w:rsidRPr="008C5CF5" w:rsidRDefault="00E17AC5" w:rsidP="00E17AC5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2003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Основно образовање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</w:tr>
      <w:tr w:rsidR="00E37C92" w:rsidRPr="008C5CF5" w:rsidTr="00E37C92">
        <w:trPr>
          <w:gridAfter w:val="1"/>
          <w:wAfter w:w="13" w:type="dxa"/>
          <w:trHeight w:val="735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7AC5" w:rsidRPr="008C5CF5" w:rsidRDefault="00E17AC5" w:rsidP="00E17AC5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2003-0001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Програмска активност 0001 - Реализација делатности основног образовања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132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463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Трансфери осталим нивоима власти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85.618.000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88.118.000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25.000.000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25.000.000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2.700.000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115.818.000</w:t>
            </w: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Укупно глава 5.01.33.:</w:t>
            </w:r>
          </w:p>
        </w:tc>
        <w:tc>
          <w:tcPr>
            <w:tcW w:w="12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85.618.000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88.118.000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25.000.000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25.000.000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2.700.000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115.818.000</w:t>
            </w:r>
          </w:p>
        </w:tc>
      </w:tr>
      <w:tr w:rsidR="00E37C92" w:rsidRPr="008C5CF5" w:rsidTr="00E37C92">
        <w:trPr>
          <w:gridAfter w:val="1"/>
          <w:wAfter w:w="13" w:type="dxa"/>
          <w:trHeight w:val="495"/>
          <w:jc w:val="center"/>
        </w:trPr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Извори финансирања за функцију 912: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01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Општи приходи и примања буџета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85.618.000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88.118.000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</w:tr>
      <w:tr w:rsidR="00E37C92" w:rsidRPr="008C5CF5" w:rsidTr="00E37C92">
        <w:trPr>
          <w:gridAfter w:val="1"/>
          <w:wAfter w:w="13" w:type="dxa"/>
          <w:trHeight w:val="495"/>
          <w:jc w:val="center"/>
        </w:trPr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13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Нераспоређени вишак прихода из ранијих година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2.700.000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23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Укупно за функцију 912: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115.818.000</w:t>
            </w:r>
          </w:p>
        </w:tc>
      </w:tr>
      <w:tr w:rsidR="00E37C92" w:rsidRPr="008C5CF5" w:rsidTr="00E37C92">
        <w:trPr>
          <w:gridAfter w:val="1"/>
          <w:wAfter w:w="13" w:type="dxa"/>
          <w:trHeight w:val="495"/>
          <w:jc w:val="center"/>
        </w:trPr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23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Изво</w:t>
            </w:r>
            <w:r w:rsidR="000D536F" w:rsidRPr="008C5CF5">
              <w:rPr>
                <w:b/>
                <w:bCs/>
                <w:sz w:val="18"/>
                <w:szCs w:val="18"/>
                <w:lang w:eastAsia="en-GB"/>
              </w:rPr>
              <w:t>ри финансирања за раздео 5.01.3</w:t>
            </w:r>
            <w:r w:rsidR="000D536F" w:rsidRPr="008C5CF5">
              <w:rPr>
                <w:b/>
                <w:bCs/>
                <w:sz w:val="18"/>
                <w:szCs w:val="18"/>
                <w:lang w:val="sr-Cyrl-RS" w:eastAsia="en-GB"/>
              </w:rPr>
              <w:t>3</w:t>
            </w:r>
            <w:r w:rsidRPr="008C5CF5">
              <w:rPr>
                <w:b/>
                <w:bCs/>
                <w:sz w:val="18"/>
                <w:szCs w:val="18"/>
                <w:lang w:eastAsia="en-GB"/>
              </w:rPr>
              <w:t>.: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01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Општи приходи и примања буџета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85.618.000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88.118.000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10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Примања од домаћих задуживања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25.000.000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25.000.000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</w:tr>
      <w:tr w:rsidR="00E37C92" w:rsidRPr="008C5CF5" w:rsidTr="00E37C92">
        <w:trPr>
          <w:gridAfter w:val="1"/>
          <w:wAfter w:w="13" w:type="dxa"/>
          <w:trHeight w:val="495"/>
          <w:jc w:val="center"/>
        </w:trPr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13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Нераспоређени вишак прихода из ранијих година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2.700.000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lastRenderedPageBreak/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Укупно за раздео 5.01.33.: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115.818.000</w:t>
            </w: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23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0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23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Пројекти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23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474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Вишенаменски развојни пројекти</w:t>
            </w: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1502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Развој туризма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E37C92" w:rsidRPr="008C5CF5" w:rsidTr="00E37C92">
        <w:trPr>
          <w:gridAfter w:val="1"/>
          <w:wAfter w:w="13" w:type="dxa"/>
          <w:trHeight w:val="495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5.01.34.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1502-4009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Пројекат: Дечије игралиште у централном парку Врњачке Бање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138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511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Зграде и грађевински објекти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100.000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3.966.000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10.673.000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10.673.000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14.639.000</w:t>
            </w: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630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Водоснабдевање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</w:p>
        </w:tc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1102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Комуналне делатности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E37C92" w:rsidRPr="008C5CF5" w:rsidTr="00E37C92">
        <w:trPr>
          <w:gridAfter w:val="1"/>
          <w:wAfter w:w="13" w:type="dxa"/>
          <w:trHeight w:val="735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5.01.36.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1102-5002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Пројекат: „Санација постројења за пречишћавање воде и резервоара „Липова”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140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511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Зграде и грађевински објекти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5.000.000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15.950.000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20.557.000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28.900.672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44.850.672</w:t>
            </w: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820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Услуге културе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1201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Развој културе и информисања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E37C92" w:rsidRPr="008C5CF5" w:rsidTr="00E37C92">
        <w:trPr>
          <w:gridAfter w:val="1"/>
          <w:wAfter w:w="13" w:type="dxa"/>
          <w:trHeight w:val="975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5.01.46.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1201-5002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Пројекат: Санација и конзерваторско-рестаураторски радови на делу објекта Дворац Белимарковић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141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511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Зграде и грађевински објекти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705.000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6.705.000</w:t>
            </w: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640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Улична расвета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1102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Комуналне делатности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E37C92" w:rsidRPr="008C5CF5" w:rsidTr="00E37C92">
        <w:trPr>
          <w:gridAfter w:val="1"/>
          <w:wAfter w:w="13" w:type="dxa"/>
          <w:trHeight w:val="1215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lastRenderedPageBreak/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5.01.41.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1102-5004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Пројекат: Замена постојећих извора светлости јавне расвете, ЛЕД светиљкама, у делу Врњачке Бање и то: насељена места Грачац и Подунавци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143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513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Остале некретнине и опрема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4.501.000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15.001.532</w:t>
            </w: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Укупно раздео 5.01.34.+...+5.01.45.: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25.831.000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45.853.000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31.230.000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39.573.672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140.731.104</w:t>
            </w:r>
          </w:p>
        </w:tc>
      </w:tr>
      <w:tr w:rsidR="00E37C92" w:rsidRPr="008C5CF5" w:rsidTr="00E37C92">
        <w:trPr>
          <w:gridAfter w:val="1"/>
          <w:wAfter w:w="13" w:type="dxa"/>
          <w:trHeight w:val="495"/>
          <w:jc w:val="center"/>
        </w:trPr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23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Извори финансирања за функцију 474: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01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Општи приходи и примања буџета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100.000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3.966.000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10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Примања од домаћих задуживања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10.673.000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10.673.000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</w:tr>
      <w:tr w:rsidR="00E37C92" w:rsidRPr="008C5CF5" w:rsidTr="00E37C92">
        <w:trPr>
          <w:gridAfter w:val="1"/>
          <w:wAfter w:w="13" w:type="dxa"/>
          <w:trHeight w:val="495"/>
          <w:jc w:val="center"/>
        </w:trPr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23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Извори финансирања за функцију 630: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01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Општи приходи и примања буџета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5.000.000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15.950.000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10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Примања од домаћих задуживања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20.557.000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28.900.672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23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Укупно за функцију 630: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44.850.672</w:t>
            </w:r>
          </w:p>
        </w:tc>
      </w:tr>
      <w:tr w:rsidR="00E37C92" w:rsidRPr="008C5CF5" w:rsidTr="00E37C92">
        <w:trPr>
          <w:gridAfter w:val="1"/>
          <w:wAfter w:w="13" w:type="dxa"/>
          <w:trHeight w:val="495"/>
          <w:jc w:val="center"/>
        </w:trPr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23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Извори финансирања за функцију 640: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01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Општи приходи и примања буџета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4.501.000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</w:tr>
      <w:tr w:rsidR="00E37C92" w:rsidRPr="008C5CF5" w:rsidTr="00E37C92">
        <w:trPr>
          <w:gridAfter w:val="1"/>
          <w:wAfter w:w="13" w:type="dxa"/>
          <w:trHeight w:val="495"/>
          <w:jc w:val="center"/>
        </w:trPr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17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Неутрошена средства трансфера од других нивоа власти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23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Укупно за функцију 640: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15.001.532</w:t>
            </w:r>
          </w:p>
        </w:tc>
      </w:tr>
      <w:tr w:rsidR="00E37C92" w:rsidRPr="008C5CF5" w:rsidTr="00E37C92">
        <w:trPr>
          <w:gridAfter w:val="1"/>
          <w:wAfter w:w="13" w:type="dxa"/>
          <w:trHeight w:val="495"/>
          <w:jc w:val="center"/>
        </w:trPr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23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Извори финансирања за функцију 820: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01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Општи приходи и примања буџета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705.000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</w:tr>
      <w:tr w:rsidR="00E37C92" w:rsidRPr="008C5CF5" w:rsidTr="00E37C92">
        <w:trPr>
          <w:gridAfter w:val="1"/>
          <w:wAfter w:w="13" w:type="dxa"/>
          <w:trHeight w:val="495"/>
          <w:jc w:val="center"/>
        </w:trPr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17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Неутрошена средства трансфера од других нивоа власти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23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Укупно за функцију 820: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6.705.000</w:t>
            </w: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01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Општи приходи и примања буџета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25.831.000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45.853.000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10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Примања од домаћих задуживања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31.230.000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39.573.672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</w:tr>
      <w:tr w:rsidR="00E37C92" w:rsidRPr="008C5CF5" w:rsidTr="00E37C92">
        <w:trPr>
          <w:gridAfter w:val="1"/>
          <w:wAfter w:w="13" w:type="dxa"/>
          <w:trHeight w:val="495"/>
          <w:jc w:val="center"/>
        </w:trPr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17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Неутрошена средства трансфера од других нивоа власти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</w:tr>
      <w:tr w:rsidR="00E37C92" w:rsidRPr="008C5CF5" w:rsidTr="00E37C92">
        <w:trPr>
          <w:gridAfter w:val="1"/>
          <w:wAfter w:w="13" w:type="dxa"/>
          <w:trHeight w:val="495"/>
          <w:jc w:val="center"/>
        </w:trPr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23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Укупно за раздео 5.01.34.+...+5.01.45.: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140.731.104</w:t>
            </w: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Укупно раздео 5.01.01.+...+5.01.45.:</w:t>
            </w: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1.199.128.000</w:t>
            </w: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1.152.289.000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56.230.000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64.573.672</w:t>
            </w:r>
          </w:p>
        </w:tc>
        <w:tc>
          <w:tcPr>
            <w:tcW w:w="10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38.522.000</w:t>
            </w: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1.318.618.000</w:t>
            </w: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</w:tr>
      <w:tr w:rsidR="00E37C92" w:rsidRPr="008C5CF5" w:rsidTr="00E37C92">
        <w:trPr>
          <w:gridAfter w:val="1"/>
          <w:wAfter w:w="13" w:type="dxa"/>
          <w:trHeight w:val="495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Индиректни корисници буџетских средстава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5.02.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Установe културе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820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Услуге културе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7AC5" w:rsidRPr="008C5CF5" w:rsidRDefault="00E17AC5" w:rsidP="00E17AC5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1201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Развој културе и информисања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</w:tr>
      <w:tr w:rsidR="00E37C92" w:rsidRPr="008C5CF5" w:rsidTr="00E37C92">
        <w:trPr>
          <w:gridAfter w:val="1"/>
          <w:wAfter w:w="13" w:type="dxa"/>
          <w:trHeight w:val="735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7AC5" w:rsidRPr="008C5CF5" w:rsidRDefault="00E17AC5" w:rsidP="00E17AC5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1201-0001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Програмска активност 0001 - Функционисање локалних установа културе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156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423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Услуге по уговору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67.900.000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69.050.000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70.290.000</w:t>
            </w: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157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424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Специјализоване услуге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14.800.000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18.080.000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21.920.000</w:t>
            </w: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163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512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Машине и опрема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1.000.000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2.200.000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3.010.000</w:t>
            </w: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164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515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Нематеријална имовина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2.700.000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2.799.000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2.879.000</w:t>
            </w: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Укупно глава 5.02.:</w:t>
            </w:r>
          </w:p>
        </w:tc>
        <w:tc>
          <w:tcPr>
            <w:tcW w:w="12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179.295.000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185.024.000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193.374.000</w:t>
            </w:r>
          </w:p>
        </w:tc>
      </w:tr>
      <w:tr w:rsidR="00E37C92" w:rsidRPr="008C5CF5" w:rsidTr="00E37C92">
        <w:trPr>
          <w:gridAfter w:val="1"/>
          <w:wAfter w:w="13" w:type="dxa"/>
          <w:trHeight w:val="495"/>
          <w:jc w:val="center"/>
        </w:trPr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Извори финансирања за функцију 820: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01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Општи приходи и примања буџета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179.295.000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185.024.000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23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Укупно за функцију 820: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193.374.000</w:t>
            </w: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23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Извори финансирања за главу 5.02.: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01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Општи приходи и примања буџета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179.295.000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185.024.000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Укупно за главу 5.02.: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193.374.000</w:t>
            </w:r>
          </w:p>
        </w:tc>
      </w:tr>
      <w:tr w:rsidR="00E37C92" w:rsidRPr="008C5CF5" w:rsidTr="00E37C92">
        <w:trPr>
          <w:gridAfter w:val="1"/>
          <w:wAfter w:w="13" w:type="dxa"/>
          <w:trHeight w:val="495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7AC5" w:rsidRPr="008C5CF5" w:rsidRDefault="00E17AC5" w:rsidP="00E17AC5">
            <w:pPr>
              <w:rPr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color w:val="000000"/>
                <w:sz w:val="18"/>
                <w:szCs w:val="18"/>
                <w:lang w:eastAsia="en-GB"/>
              </w:rPr>
              <w:t>Установе за предшколско васпитање и образовање</w:t>
            </w:r>
          </w:p>
        </w:tc>
        <w:tc>
          <w:tcPr>
            <w:tcW w:w="12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5.03.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Предшколска установа "Радост"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911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Предшколско образовање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7AC5" w:rsidRPr="008C5CF5" w:rsidRDefault="00E17AC5" w:rsidP="00E17AC5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2002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Предшколско васпитање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</w:tr>
      <w:tr w:rsidR="00E37C92" w:rsidRPr="008C5CF5" w:rsidTr="00E37C92">
        <w:trPr>
          <w:gridAfter w:val="1"/>
          <w:wAfter w:w="13" w:type="dxa"/>
          <w:trHeight w:val="975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7AC5" w:rsidRPr="008C5CF5" w:rsidRDefault="00E17AC5" w:rsidP="00E17AC5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2002-0002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AC5" w:rsidRPr="008C5CF5" w:rsidRDefault="00464CA0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Програмска активност 000</w:t>
            </w:r>
            <w:r w:rsidRPr="008C5CF5">
              <w:rPr>
                <w:b/>
                <w:bCs/>
                <w:sz w:val="18"/>
                <w:szCs w:val="18"/>
                <w:lang w:val="sr-Cyrl-RS" w:eastAsia="en-GB"/>
              </w:rPr>
              <w:t>2</w:t>
            </w:r>
            <w:r w:rsidR="00E17AC5" w:rsidRPr="008C5CF5">
              <w:rPr>
                <w:b/>
                <w:bCs/>
                <w:sz w:val="18"/>
                <w:szCs w:val="18"/>
                <w:lang w:eastAsia="en-GB"/>
              </w:rPr>
              <w:t xml:space="preserve"> - Функционисање и остваривање предшколског васпитања и образовања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168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414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 xml:space="preserve">Социјална давања </w:t>
            </w:r>
            <w:r w:rsidRPr="008C5CF5">
              <w:rPr>
                <w:sz w:val="18"/>
                <w:szCs w:val="18"/>
                <w:lang w:eastAsia="en-GB"/>
              </w:rPr>
              <w:lastRenderedPageBreak/>
              <w:t>запосленима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lastRenderedPageBreak/>
              <w:t>9.500.000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8.500.000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8.500.000</w:t>
            </w: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171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421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Стални трошкови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13.300.000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11.800.000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11.850.000</w:t>
            </w: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175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425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Текуће поправке и одржавање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3.000.000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2.500.000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2.500.000</w:t>
            </w: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176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426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Материјал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25.000.000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24.300.000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24.300.000</w:t>
            </w: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178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511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Зграде и грађевински објекти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2.000.000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1.000.000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1.000.000</w:t>
            </w: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179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512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Машине и опрема</w:t>
            </w: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2.500.000</w:t>
            </w: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1.700.000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1.700.000</w:t>
            </w: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Укупно глава 5.03.:</w:t>
            </w:r>
          </w:p>
        </w:tc>
        <w:tc>
          <w:tcPr>
            <w:tcW w:w="12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341.242.000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335.742.000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336.042.000</w:t>
            </w:r>
          </w:p>
        </w:tc>
      </w:tr>
      <w:tr w:rsidR="00E37C92" w:rsidRPr="008C5CF5" w:rsidTr="00E37C92">
        <w:trPr>
          <w:gridAfter w:val="1"/>
          <w:wAfter w:w="13" w:type="dxa"/>
          <w:trHeight w:val="495"/>
          <w:jc w:val="center"/>
        </w:trPr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Извори финансирања за функцију 911: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01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Општи приходи и примања буџета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341.242.000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335.742.000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23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Укупно за функцију 911: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336.042.000</w:t>
            </w: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23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Извори финансирања за главу 5.03.: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01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Општи приходи и примања буџета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341.242.000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335.742.000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Укупно за главу 5.03.: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336.042.000</w:t>
            </w:r>
          </w:p>
        </w:tc>
      </w:tr>
      <w:tr w:rsidR="00E37C92" w:rsidRPr="008C5CF5" w:rsidTr="00E37C92">
        <w:trPr>
          <w:gridAfter w:val="1"/>
          <w:wAfter w:w="13" w:type="dxa"/>
          <w:trHeight w:val="495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color w:val="000000"/>
                <w:sz w:val="18"/>
                <w:szCs w:val="18"/>
                <w:lang w:eastAsia="en-GB"/>
              </w:rPr>
              <w:t>Установе за развој и унапређење туризма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5.04.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Установа Туристичка организација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473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Туризам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7AC5" w:rsidRPr="008C5CF5" w:rsidRDefault="00E17AC5" w:rsidP="00E17AC5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1502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Развој туризма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</w:tr>
      <w:tr w:rsidR="00E37C92" w:rsidRPr="008C5CF5" w:rsidTr="00E37C92">
        <w:trPr>
          <w:gridAfter w:val="1"/>
          <w:wAfter w:w="13" w:type="dxa"/>
          <w:trHeight w:val="495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7AC5" w:rsidRPr="008C5CF5" w:rsidRDefault="00E17AC5" w:rsidP="00E17AC5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1502-0001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 xml:space="preserve">Програмска активност 0001 - Управљање развојем туризма 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186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421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Стални трошкови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8.550.000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8.150.000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8.550.000</w:t>
            </w: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187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422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Трошкови путовања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200.000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100.000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550.000</w:t>
            </w: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188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425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Текуће поправке и одржавање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1.700.000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1.500.000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1.700.000</w:t>
            </w: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191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511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Зграде и грађевински објекти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20.000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920.000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920.000</w:t>
            </w: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194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423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Услуге по уговору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27.000.000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29.300.000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30.400.000</w:t>
            </w: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195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424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Специјализоване услуге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68.800.000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104.332.000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104.732.000</w:t>
            </w: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Укупно глава 5.04.:</w:t>
            </w:r>
          </w:p>
        </w:tc>
        <w:tc>
          <w:tcPr>
            <w:tcW w:w="12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155.315.000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193.347.000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196.497.000</w:t>
            </w:r>
          </w:p>
        </w:tc>
      </w:tr>
      <w:tr w:rsidR="00E37C92" w:rsidRPr="008C5CF5" w:rsidTr="00E37C92">
        <w:trPr>
          <w:gridAfter w:val="1"/>
          <w:wAfter w:w="13" w:type="dxa"/>
          <w:trHeight w:val="495"/>
          <w:jc w:val="center"/>
        </w:trPr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Извори финансирања за функцију 473: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01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Општи приходи и примања буџета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155.315.000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193.347.000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23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Укупно за функцију 473: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196.497.000</w:t>
            </w: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23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Извори финансирања за главу 5.04.: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01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Општи приходи и примања буџета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155.315.000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193.347.000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Укупно за главу 5.04.: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196.497.000</w:t>
            </w: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color w:val="000000"/>
                <w:sz w:val="18"/>
                <w:szCs w:val="18"/>
                <w:lang w:eastAsia="en-GB"/>
              </w:rPr>
              <w:t>Установе спорта и физичке културе</w:t>
            </w:r>
          </w:p>
        </w:tc>
        <w:tc>
          <w:tcPr>
            <w:tcW w:w="12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5.05.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Установа Спортски центар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810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color w:val="000000"/>
                <w:sz w:val="18"/>
                <w:szCs w:val="18"/>
                <w:lang w:eastAsia="en-GB"/>
              </w:rPr>
              <w:t>Услуге рекреације и спорта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7AC5" w:rsidRPr="008C5CF5" w:rsidRDefault="00E17AC5" w:rsidP="00E17AC5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1301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color w:val="000000"/>
                <w:sz w:val="18"/>
                <w:szCs w:val="18"/>
                <w:lang w:eastAsia="en-GB"/>
              </w:rPr>
              <w:t>Развој спорта и омладине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</w:tr>
      <w:tr w:rsidR="00E37C92" w:rsidRPr="008C5CF5" w:rsidTr="00E37C92">
        <w:trPr>
          <w:gridAfter w:val="1"/>
          <w:wAfter w:w="13" w:type="dxa"/>
          <w:trHeight w:val="735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7AC5" w:rsidRPr="008C5CF5" w:rsidRDefault="00E17AC5" w:rsidP="00E17AC5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1301-0004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 xml:space="preserve">Програмска активност 0004 - Функционисање локалних спортских установа 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201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421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Стални трошкови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24.000.000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21.700.000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22.300.000</w:t>
            </w: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202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422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Трошкови путовања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600.000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340.000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1.040.000</w:t>
            </w: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203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423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Услуге по уговору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50.000.000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46.300.000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46.650.000</w:t>
            </w: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204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424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Специјализоване услуге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1.800.000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10.400.000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10.460.000</w:t>
            </w: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206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426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Материјал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5.700.000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5.200.000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7.516.000</w:t>
            </w: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210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512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Машине и опрема</w:t>
            </w:r>
          </w:p>
        </w:tc>
        <w:tc>
          <w:tcPr>
            <w:tcW w:w="12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3.000.000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2.550.000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2.750.000</w:t>
            </w: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211/1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513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Oстале некретнине и опрема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color w:val="974706"/>
                <w:sz w:val="18"/>
                <w:szCs w:val="18"/>
                <w:lang w:eastAsia="en-GB"/>
              </w:rPr>
            </w:pPr>
            <w:r w:rsidRPr="008C5CF5">
              <w:rPr>
                <w:color w:val="974706"/>
                <w:sz w:val="18"/>
                <w:szCs w:val="18"/>
                <w:lang w:eastAsia="en-GB"/>
              </w:rPr>
              <w:t>1.201.000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1.201.000</w:t>
            </w: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Укупно глава 5.05.:</w:t>
            </w:r>
          </w:p>
        </w:tc>
        <w:tc>
          <w:tcPr>
            <w:tcW w:w="12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176.864.000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179.455.000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187.461.000</w:t>
            </w:r>
          </w:p>
        </w:tc>
      </w:tr>
      <w:tr w:rsidR="00E37C92" w:rsidRPr="008C5CF5" w:rsidTr="00E37C92">
        <w:trPr>
          <w:gridAfter w:val="1"/>
          <w:wAfter w:w="13" w:type="dxa"/>
          <w:trHeight w:val="495"/>
          <w:jc w:val="center"/>
        </w:trPr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Извори финансирања за функцију 810: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01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Општи приходи и примања буџета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176.864.000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179.455.000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04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Сопствени приходи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23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Укупно за функцију 810: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187.461.000</w:t>
            </w: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23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Извори финансирања за главу 5.05.: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01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Општи приходи и примања буџета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176.864.000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179.455.000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Укупно за главу 5.05.: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187.461.000</w:t>
            </w: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</w:p>
        </w:tc>
      </w:tr>
      <w:tr w:rsidR="00E37C92" w:rsidRPr="008C5CF5" w:rsidTr="00E37C92">
        <w:trPr>
          <w:gridAfter w:val="1"/>
          <w:wAfter w:w="13" w:type="dxa"/>
          <w:trHeight w:val="495"/>
          <w:jc w:val="center"/>
        </w:trPr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Поверени послови локалне самоуправе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color w:val="000000"/>
                <w:sz w:val="18"/>
                <w:szCs w:val="18"/>
                <w:lang w:eastAsia="en-GB"/>
              </w:rPr>
              <w:t>Урбанизам и просторно планирање</w:t>
            </w:r>
          </w:p>
        </w:tc>
        <w:tc>
          <w:tcPr>
            <w:tcW w:w="12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5.06.01.</w:t>
            </w:r>
          </w:p>
        </w:tc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Општинска јавна агенција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130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Опште услуге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</w:tr>
      <w:tr w:rsidR="00E37C92" w:rsidRPr="008C5CF5" w:rsidTr="00E37C92">
        <w:trPr>
          <w:gridAfter w:val="1"/>
          <w:wAfter w:w="13" w:type="dxa"/>
          <w:trHeight w:val="495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lastRenderedPageBreak/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7AC5" w:rsidRPr="008C5CF5" w:rsidRDefault="00E17AC5" w:rsidP="00E17AC5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1101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color w:val="000000"/>
                <w:sz w:val="18"/>
                <w:szCs w:val="18"/>
                <w:lang w:eastAsia="en-GB"/>
              </w:rPr>
              <w:t>Становање, урбанизам и просторно планирање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</w:tr>
      <w:tr w:rsidR="00E37C92" w:rsidRPr="008C5CF5" w:rsidTr="00E37C92">
        <w:trPr>
          <w:gridAfter w:val="1"/>
          <w:wAfter w:w="13" w:type="dxa"/>
          <w:trHeight w:val="735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7AC5" w:rsidRPr="008C5CF5" w:rsidRDefault="00E17AC5" w:rsidP="00E17AC5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1101-0003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color w:val="000000"/>
                <w:sz w:val="18"/>
                <w:szCs w:val="18"/>
                <w:lang w:eastAsia="en-GB"/>
              </w:rPr>
              <w:t>Програмска активност 0003- Управљање грађевинским земљиштем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225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426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Материјал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3.500.000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3.000.000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3.450.000</w:t>
            </w: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Укупно глава 5.06.01.:</w:t>
            </w:r>
          </w:p>
        </w:tc>
        <w:tc>
          <w:tcPr>
            <w:tcW w:w="12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78.994.000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78.494.000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84.594.000</w:t>
            </w: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</w:tr>
      <w:tr w:rsidR="00E37C92" w:rsidRPr="008C5CF5" w:rsidTr="00E37C92">
        <w:trPr>
          <w:gridAfter w:val="1"/>
          <w:wAfter w:w="13" w:type="dxa"/>
          <w:trHeight w:val="975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5.06.02.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Управљање добрима од општег интереса и добрима у општој употреби у јавној својини (део за јавну расвету)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640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Улична расвета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7AC5" w:rsidRPr="008C5CF5" w:rsidRDefault="00E17AC5" w:rsidP="00E17AC5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1102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color w:val="000000"/>
                <w:sz w:val="18"/>
                <w:szCs w:val="18"/>
                <w:lang w:eastAsia="en-GB"/>
              </w:rPr>
              <w:t>Комуналне делатности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</w:tr>
      <w:tr w:rsidR="00E37C92" w:rsidRPr="008C5CF5" w:rsidTr="00E37C92">
        <w:trPr>
          <w:gridAfter w:val="1"/>
          <w:wAfter w:w="13" w:type="dxa"/>
          <w:trHeight w:val="735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7AC5" w:rsidRPr="008C5CF5" w:rsidRDefault="00E17AC5" w:rsidP="00E17AC5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1102-0001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color w:val="000000"/>
                <w:sz w:val="18"/>
                <w:szCs w:val="18"/>
                <w:lang w:eastAsia="en-GB"/>
              </w:rPr>
              <w:t>Програмска активност 0001- Управљање/одржавање јавним осветљењем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229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425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 xml:space="preserve">Текуће поправке и одржавање 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10.000.000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9.600.000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9.600.000</w:t>
            </w: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231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513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Остале некретнине и опрема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3.600.000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4.000.000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4.000.000</w:t>
            </w: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Укупно глава 5.06.02.:</w:t>
            </w:r>
          </w:p>
        </w:tc>
        <w:tc>
          <w:tcPr>
            <w:tcW w:w="12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17.600.000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17.600.000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17.600.000</w:t>
            </w: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5.06.04.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Зимско одржавање путева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620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Развој заједнице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E37C92" w:rsidRPr="008C5CF5" w:rsidTr="00E37C92">
        <w:trPr>
          <w:gridAfter w:val="1"/>
          <w:wAfter w:w="13" w:type="dxa"/>
          <w:trHeight w:val="495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7AC5" w:rsidRPr="008C5CF5" w:rsidRDefault="00E17AC5" w:rsidP="00E17AC5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0701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Организација саобраћаја и саобраћајна инфраструктура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E37C92" w:rsidRPr="008C5CF5" w:rsidTr="00E37C92">
        <w:trPr>
          <w:gridAfter w:val="1"/>
          <w:wAfter w:w="13" w:type="dxa"/>
          <w:trHeight w:val="735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7AC5" w:rsidRPr="008C5CF5" w:rsidRDefault="00E17AC5" w:rsidP="00E17AC5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0701-0002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color w:val="000000"/>
                <w:sz w:val="18"/>
                <w:szCs w:val="18"/>
                <w:lang w:eastAsia="en-GB"/>
              </w:rPr>
              <w:t>Програмска активност 0002- Управљање и одржавање саобраћајне инфраструктурe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234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425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Текуће поправке и одржавање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5.000.000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color w:val="974706"/>
                <w:sz w:val="18"/>
                <w:szCs w:val="18"/>
                <w:lang w:eastAsia="en-GB"/>
              </w:rPr>
            </w:pPr>
            <w:r w:rsidRPr="008C5CF5">
              <w:rPr>
                <w:color w:val="974706"/>
                <w:sz w:val="18"/>
                <w:szCs w:val="18"/>
                <w:lang w:eastAsia="en-GB"/>
              </w:rPr>
              <w:t>9.000.000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9.000.000</w:t>
            </w: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Укупно глава 5.06.04.:</w:t>
            </w:r>
          </w:p>
        </w:tc>
        <w:tc>
          <w:tcPr>
            <w:tcW w:w="12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5.000.000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9.000.000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9.000.000</w:t>
            </w: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Укупно глава 5.06.01.+…+5.06.04.:</w:t>
            </w:r>
          </w:p>
        </w:tc>
        <w:tc>
          <w:tcPr>
            <w:tcW w:w="12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224.594.000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228.094.000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55.000.000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55.000.000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289.194.000</w:t>
            </w:r>
          </w:p>
        </w:tc>
      </w:tr>
      <w:tr w:rsidR="00E37C92" w:rsidRPr="008C5CF5" w:rsidTr="00E37C92">
        <w:trPr>
          <w:gridAfter w:val="1"/>
          <w:wAfter w:w="13" w:type="dxa"/>
          <w:trHeight w:val="495"/>
          <w:jc w:val="center"/>
        </w:trPr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23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Извори финансирања за функцију 130: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01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Општи приходи и примања буџета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78.994.000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78.494.000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23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Укупно за функцију 130: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84.594.000</w:t>
            </w:r>
          </w:p>
        </w:tc>
      </w:tr>
      <w:tr w:rsidR="00E37C92" w:rsidRPr="008C5CF5" w:rsidTr="00E37C92">
        <w:trPr>
          <w:gridAfter w:val="1"/>
          <w:wAfter w:w="13" w:type="dxa"/>
          <w:trHeight w:val="495"/>
          <w:jc w:val="center"/>
        </w:trPr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23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Извори финансирања за функцију 620: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01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Општи приходи и примања буџета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128.000.000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132.000.000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23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Укупно за функцију 620: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187.000.000</w:t>
            </w:r>
          </w:p>
        </w:tc>
      </w:tr>
      <w:tr w:rsidR="00E37C92" w:rsidRPr="008C5CF5" w:rsidTr="00E37C92">
        <w:trPr>
          <w:gridAfter w:val="1"/>
          <w:wAfter w:w="13" w:type="dxa"/>
          <w:trHeight w:val="495"/>
          <w:jc w:val="center"/>
        </w:trPr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23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Извори финансирања за функцију 640: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</w:tr>
      <w:tr w:rsidR="00E37C92" w:rsidRPr="008C5CF5" w:rsidTr="00E37C92">
        <w:trPr>
          <w:gridAfter w:val="1"/>
          <w:wAfter w:w="13" w:type="dxa"/>
          <w:trHeight w:val="495"/>
          <w:jc w:val="center"/>
        </w:trPr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23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Извори финансирања за главу 5.06.01.: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01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Општи приходи и примања буџета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78.994.000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78.494.000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23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Укупно за главу 5.06.01.: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84.594.000</w:t>
            </w:r>
          </w:p>
        </w:tc>
      </w:tr>
      <w:tr w:rsidR="00E37C92" w:rsidRPr="008C5CF5" w:rsidTr="00E37C92">
        <w:trPr>
          <w:gridAfter w:val="1"/>
          <w:wAfter w:w="13" w:type="dxa"/>
          <w:trHeight w:val="495"/>
          <w:jc w:val="center"/>
        </w:trPr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23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Извори финансирања за главу 5.06.04.: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01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Општи приходи и примања буџета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5.000.000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9.000.000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23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Укупно за главу 5.06.04.: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9.000.000</w:t>
            </w:r>
          </w:p>
        </w:tc>
      </w:tr>
      <w:tr w:rsidR="00E37C92" w:rsidRPr="008C5CF5" w:rsidTr="00E37C92">
        <w:trPr>
          <w:gridAfter w:val="1"/>
          <w:wAfter w:w="13" w:type="dxa"/>
          <w:trHeight w:val="495"/>
          <w:jc w:val="center"/>
        </w:trPr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23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Извори финансирања за главу 5.06.01.+...+5.06.04: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01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Општи приходи и примања буџета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224.594.000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228.094.000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10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Примања од домаћих задуживања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55.000.000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55.000.000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</w:tr>
      <w:tr w:rsidR="00E37C92" w:rsidRPr="008C5CF5" w:rsidTr="00E37C92">
        <w:trPr>
          <w:gridAfter w:val="1"/>
          <w:wAfter w:w="13" w:type="dxa"/>
          <w:trHeight w:val="495"/>
          <w:jc w:val="center"/>
        </w:trPr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13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Нераспоређени вишак прихода из ранијих година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Укупно за главе 5.06.01.+...+5.06.04: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289.194.000</w:t>
            </w: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Укупно за главе 5.02.+…+5.06.:</w:t>
            </w:r>
          </w:p>
        </w:tc>
        <w:tc>
          <w:tcPr>
            <w:tcW w:w="12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1.077.310.000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1.121.662.000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55.000.000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55.000.000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1.202.568.000</w:t>
            </w: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Месна самоуправа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7AC5" w:rsidRPr="008C5CF5" w:rsidRDefault="00E17AC5" w:rsidP="00E17AC5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0602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Опште услуге локалне самоуправе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</w:tr>
      <w:tr w:rsidR="00E37C92" w:rsidRPr="008C5CF5" w:rsidTr="00E37C92">
        <w:trPr>
          <w:gridAfter w:val="1"/>
          <w:wAfter w:w="13" w:type="dxa"/>
          <w:trHeight w:val="495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7AC5" w:rsidRPr="008C5CF5" w:rsidRDefault="00E17AC5" w:rsidP="00E17AC5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0602-0002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Програмска активност 0002 - Функционисање месних заједница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5.07.</w:t>
            </w:r>
          </w:p>
        </w:tc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 xml:space="preserve">Месна заједница Врњачка Бања 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130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Опште услуге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235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421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Стални трошкови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4.410.000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4.657.000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4.657.000</w:t>
            </w: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237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425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Текуће поправке и одржавање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503.000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828.000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828.000</w:t>
            </w: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lastRenderedPageBreak/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238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426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Материјал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50.000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50.000</w:t>
            </w: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239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512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Машине и опрема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240.000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455.000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455.000</w:t>
            </w: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Укупно глава 5.07.:</w:t>
            </w:r>
          </w:p>
        </w:tc>
        <w:tc>
          <w:tcPr>
            <w:tcW w:w="12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7.110.000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7.947.000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7.947.000</w:t>
            </w:r>
          </w:p>
        </w:tc>
      </w:tr>
      <w:tr w:rsidR="00E37C92" w:rsidRPr="008C5CF5" w:rsidTr="00E37C92">
        <w:trPr>
          <w:gridAfter w:val="1"/>
          <w:wAfter w:w="13" w:type="dxa"/>
          <w:trHeight w:val="495"/>
          <w:jc w:val="center"/>
        </w:trPr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Извори финансирања за функцију 130: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01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Општи приходи и примања буџета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7.110.000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7.947.000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04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Сопствени приходи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23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Укупно за функцију 130: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7.947.000</w:t>
            </w: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23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0D536F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 xml:space="preserve">Извори финансирања за главу </w:t>
            </w:r>
            <w:r w:rsidRPr="008C5CF5">
              <w:rPr>
                <w:b/>
                <w:bCs/>
                <w:sz w:val="18"/>
                <w:szCs w:val="18"/>
                <w:lang w:val="sr-Cyrl-RS" w:eastAsia="en-GB"/>
              </w:rPr>
              <w:t>5</w:t>
            </w:r>
            <w:r w:rsidR="00E17AC5" w:rsidRPr="008C5CF5">
              <w:rPr>
                <w:b/>
                <w:bCs/>
                <w:sz w:val="18"/>
                <w:szCs w:val="18"/>
                <w:lang w:eastAsia="en-GB"/>
              </w:rPr>
              <w:t>.07.: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01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Општи приходи и примања буџета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7.110.000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7.947.000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04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Сопствени приходи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7.947.000</w:t>
            </w: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Укупно за главу 5.07.: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7.110.000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7.947.000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7.947.000</w:t>
            </w: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СВЕГА РАЗДЕО 5:</w:t>
            </w:r>
          </w:p>
        </w:tc>
        <w:tc>
          <w:tcPr>
            <w:tcW w:w="12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2.283.548.000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2.281.898.000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111.230.000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119.573.672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38.522.000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2.529.133.000</w:t>
            </w:r>
          </w:p>
        </w:tc>
      </w:tr>
      <w:tr w:rsidR="00E37C92" w:rsidRPr="008C5CF5" w:rsidTr="00E37C92">
        <w:trPr>
          <w:gridAfter w:val="1"/>
          <w:wAfter w:w="10" w:type="dxa"/>
          <w:trHeight w:val="300"/>
          <w:jc w:val="center"/>
        </w:trPr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554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Извори финансирања за функцију 010 - Болест и инвалидност: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01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Општи приходи и примања буџета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5.500.000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6.500.000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6.500.000</w:t>
            </w:r>
          </w:p>
        </w:tc>
      </w:tr>
      <w:tr w:rsidR="00E37C92" w:rsidRPr="008C5CF5" w:rsidTr="00E37C92">
        <w:trPr>
          <w:gridAfter w:val="1"/>
          <w:wAfter w:w="10" w:type="dxa"/>
          <w:trHeight w:val="300"/>
          <w:jc w:val="center"/>
        </w:trPr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429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Извори финансирања за функцију 020 - Старост: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0</w:t>
            </w: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01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Општи приходи и примања буџета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1.123.000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1.123.000</w:t>
            </w:r>
          </w:p>
        </w:tc>
      </w:tr>
      <w:tr w:rsidR="00E37C92" w:rsidRPr="008C5CF5" w:rsidTr="00E37C92">
        <w:trPr>
          <w:gridAfter w:val="1"/>
          <w:wAfter w:w="10" w:type="dxa"/>
          <w:trHeight w:val="300"/>
          <w:jc w:val="center"/>
        </w:trPr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554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Извори финансирања за функцију 040 - Породица и деца: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0</w:t>
            </w: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01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Општи приходи и примања буџета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102.600.000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86.053.000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86.053.000</w:t>
            </w:r>
          </w:p>
        </w:tc>
      </w:tr>
      <w:tr w:rsidR="00E37C92" w:rsidRPr="008C5CF5" w:rsidTr="00E37C92">
        <w:trPr>
          <w:gridAfter w:val="1"/>
          <w:wAfter w:w="10" w:type="dxa"/>
          <w:trHeight w:val="300"/>
          <w:jc w:val="center"/>
        </w:trPr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554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Извори финансирања за функцију 070 - Соц.пом.угрож.станов.: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0</w:t>
            </w: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01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Општи приходи и примања буџета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63.250.000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53.300.000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53.300.000</w:t>
            </w:r>
          </w:p>
        </w:tc>
      </w:tr>
      <w:tr w:rsidR="00E37C92" w:rsidRPr="008C5CF5" w:rsidTr="00E37C92">
        <w:trPr>
          <w:gridAfter w:val="1"/>
          <w:wAfter w:w="10" w:type="dxa"/>
          <w:trHeight w:val="300"/>
          <w:jc w:val="center"/>
        </w:trPr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554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Извори финансирања за функцију 111 - Извршни и законодавни орг.: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0</w:t>
            </w: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01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Општи приходи и примања буџета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93.519.000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93.310.000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93.310.000</w:t>
            </w:r>
          </w:p>
        </w:tc>
      </w:tr>
      <w:tr w:rsidR="00E37C92" w:rsidRPr="008C5CF5" w:rsidTr="00E37C92">
        <w:trPr>
          <w:gridAfter w:val="1"/>
          <w:wAfter w:w="10" w:type="dxa"/>
          <w:trHeight w:val="300"/>
          <w:jc w:val="center"/>
        </w:trPr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429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Извори финансирања за функцију 130 - Опште услуге: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0</w:t>
            </w: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01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Општи приходи и примања буџета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403.359.000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400.646.000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400.646.000</w:t>
            </w:r>
          </w:p>
        </w:tc>
      </w:tr>
      <w:tr w:rsidR="00E37C92" w:rsidRPr="008C5CF5" w:rsidTr="00E37C92">
        <w:trPr>
          <w:gridAfter w:val="1"/>
          <w:wAfter w:w="13" w:type="dxa"/>
          <w:trHeight w:val="735"/>
          <w:jc w:val="center"/>
        </w:trPr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23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Извори финансирања за функцију 160 - Општ.јавн.усл.некл.на др.месту: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0</w:t>
            </w: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01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Општи приходи и примања буџета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1.731.000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1.731.000</w:t>
            </w:r>
          </w:p>
        </w:tc>
      </w:tr>
      <w:tr w:rsidR="00E37C92" w:rsidRPr="008C5CF5" w:rsidTr="00E37C92">
        <w:trPr>
          <w:gridAfter w:val="1"/>
          <w:wAfter w:w="10" w:type="dxa"/>
          <w:trHeight w:val="300"/>
          <w:jc w:val="center"/>
        </w:trPr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666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Извори финансирања за функцију 160 - Општ.јавн.усл.некл.на др.месту: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0</w:t>
            </w: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01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 xml:space="preserve">Општи приходи и примања </w:t>
            </w:r>
            <w:r w:rsidRPr="008C5CF5">
              <w:rPr>
                <w:sz w:val="18"/>
                <w:szCs w:val="18"/>
                <w:lang w:eastAsia="en-GB"/>
              </w:rPr>
              <w:lastRenderedPageBreak/>
              <w:t>буџета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lastRenderedPageBreak/>
              <w:t>84.660.000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50.891.000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50.891.000</w:t>
            </w:r>
          </w:p>
        </w:tc>
      </w:tr>
      <w:tr w:rsidR="00E37C92" w:rsidRPr="008C5CF5" w:rsidTr="00E37C92">
        <w:trPr>
          <w:gridAfter w:val="1"/>
          <w:wAfter w:w="10" w:type="dxa"/>
          <w:trHeight w:val="300"/>
          <w:jc w:val="center"/>
        </w:trPr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554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Извори финансирања за функцију 170 - Трансакције јавног дуга: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0</w:t>
            </w: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01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Општи приходи и примања буџета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57.254.000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51.254.000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51.254.000</w:t>
            </w:r>
          </w:p>
        </w:tc>
      </w:tr>
      <w:tr w:rsidR="00E37C92" w:rsidRPr="008C5CF5" w:rsidTr="00E37C92">
        <w:trPr>
          <w:gridAfter w:val="1"/>
          <w:wAfter w:w="10" w:type="dxa"/>
          <w:trHeight w:val="300"/>
          <w:jc w:val="center"/>
        </w:trPr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554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Извори финансирања за функцију 220 - Цивилна одбрана: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0</w:t>
            </w: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01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Општи приходи и примања буџета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7.400.000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8.076.000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8.076.000</w:t>
            </w:r>
          </w:p>
        </w:tc>
      </w:tr>
      <w:tr w:rsidR="00E37C92" w:rsidRPr="008C5CF5" w:rsidTr="00E37C92">
        <w:trPr>
          <w:gridAfter w:val="1"/>
          <w:wAfter w:w="10" w:type="dxa"/>
          <w:trHeight w:val="300"/>
          <w:jc w:val="center"/>
        </w:trPr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429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Извори финансирања за функцију 330 - Судови: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0</w:t>
            </w: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01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Општи приходи и примања буџета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21.399.000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21.249.000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21.249.000</w:t>
            </w:r>
          </w:p>
        </w:tc>
      </w:tr>
      <w:tr w:rsidR="00E37C92" w:rsidRPr="008C5CF5" w:rsidTr="00E37C92">
        <w:trPr>
          <w:gridAfter w:val="1"/>
          <w:wAfter w:w="10" w:type="dxa"/>
          <w:trHeight w:val="300"/>
          <w:jc w:val="center"/>
        </w:trPr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666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Извори финансирања за функцију 412 - Општи послови по питању рада: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0</w:t>
            </w: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01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Општи приходи и примања буџета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5.200.000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4.900.000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4.900.000</w:t>
            </w:r>
          </w:p>
        </w:tc>
      </w:tr>
      <w:tr w:rsidR="00E37C92" w:rsidRPr="008C5CF5" w:rsidTr="00E37C92">
        <w:trPr>
          <w:gridAfter w:val="1"/>
          <w:wAfter w:w="10" w:type="dxa"/>
          <w:trHeight w:val="300"/>
          <w:jc w:val="center"/>
        </w:trPr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429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Извори финансирања за функцију 421 - Пољопривреда: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0</w:t>
            </w: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01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Општи приходи и примања буџета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12.400.000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12.400.000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12.400.000</w:t>
            </w:r>
          </w:p>
        </w:tc>
      </w:tr>
      <w:tr w:rsidR="00E37C92" w:rsidRPr="008C5CF5" w:rsidTr="00E37C92">
        <w:trPr>
          <w:gridAfter w:val="1"/>
          <w:wAfter w:w="13" w:type="dxa"/>
          <w:trHeight w:val="495"/>
          <w:jc w:val="center"/>
        </w:trPr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23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Извори финансирања за функцију 435: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0</w:t>
            </w: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01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Општи приходи и примања буџета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1.000.000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1.000.000</w:t>
            </w:r>
          </w:p>
        </w:tc>
      </w:tr>
      <w:tr w:rsidR="00E37C92" w:rsidRPr="008C5CF5" w:rsidTr="00E37C92">
        <w:trPr>
          <w:gridAfter w:val="1"/>
          <w:wAfter w:w="10" w:type="dxa"/>
          <w:trHeight w:val="300"/>
          <w:jc w:val="center"/>
        </w:trPr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429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Извори финансирања за функцију 450 - Саобраћај: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0</w:t>
            </w: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01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Општи приходи и примања буџета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9.000.000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9.000.000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9.000.000</w:t>
            </w:r>
          </w:p>
        </w:tc>
      </w:tr>
      <w:tr w:rsidR="00E37C92" w:rsidRPr="008C5CF5" w:rsidTr="00E37C92">
        <w:trPr>
          <w:gridAfter w:val="1"/>
          <w:wAfter w:w="10" w:type="dxa"/>
          <w:trHeight w:val="300"/>
          <w:jc w:val="center"/>
        </w:trPr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429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Извори финансирања за функцију 473 - Туризам: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0</w:t>
            </w: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01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Општи приходи и примања буџета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161.315.000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199.347.000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199.347.000</w:t>
            </w:r>
          </w:p>
        </w:tc>
      </w:tr>
      <w:tr w:rsidR="00E37C92" w:rsidRPr="008C5CF5" w:rsidTr="00E37C92">
        <w:trPr>
          <w:gridAfter w:val="1"/>
          <w:wAfter w:w="10" w:type="dxa"/>
          <w:trHeight w:val="300"/>
          <w:jc w:val="center"/>
        </w:trPr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554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Извори финансирања за функцију 474 - Вишенаменски пројекти: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0</w:t>
            </w: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01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Општи приходи и примања буџета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100.000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3.966.000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3.966.000</w:t>
            </w: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10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Примања од домаћих задуживања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10.673.000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10.673.000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10.673.000</w:t>
            </w:r>
          </w:p>
        </w:tc>
      </w:tr>
      <w:tr w:rsidR="003725D1" w:rsidRPr="008C5CF5" w:rsidTr="00E37C92">
        <w:trPr>
          <w:gridAfter w:val="1"/>
          <w:wAfter w:w="10" w:type="dxa"/>
          <w:trHeight w:val="300"/>
          <w:jc w:val="center"/>
        </w:trPr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78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Извори финансирања за функцију 550 -Заштита животне средине - истраживање и развој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0</w:t>
            </w: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01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Општи приходи и примања буџета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955.000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955.000</w:t>
            </w:r>
          </w:p>
        </w:tc>
      </w:tr>
      <w:tr w:rsidR="003725D1" w:rsidRPr="008C5CF5" w:rsidTr="00E37C92">
        <w:trPr>
          <w:gridAfter w:val="1"/>
          <w:wAfter w:w="10" w:type="dxa"/>
          <w:trHeight w:val="300"/>
          <w:jc w:val="center"/>
        </w:trPr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8802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Извори финансирања за функцију 560 -Заштита животне средине некласификована на другом месту: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0</w:t>
            </w: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01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Општи приходи и примања буџета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99.688.000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101.566.000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101.566.000</w:t>
            </w:r>
          </w:p>
        </w:tc>
      </w:tr>
      <w:tr w:rsidR="00E37C92" w:rsidRPr="008C5CF5" w:rsidTr="00E37C92">
        <w:trPr>
          <w:gridAfter w:val="1"/>
          <w:wAfter w:w="13" w:type="dxa"/>
          <w:trHeight w:val="495"/>
          <w:jc w:val="center"/>
        </w:trPr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13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Нераспоређени вишак прихода из ранијих година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2.222.000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2.222.000</w:t>
            </w:r>
          </w:p>
        </w:tc>
      </w:tr>
      <w:tr w:rsidR="00E37C92" w:rsidRPr="008C5CF5" w:rsidTr="00E37C92">
        <w:trPr>
          <w:gridAfter w:val="1"/>
          <w:wAfter w:w="10" w:type="dxa"/>
          <w:trHeight w:val="300"/>
          <w:jc w:val="center"/>
        </w:trPr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554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Извори финансирања за функцију 620 - Развој заједнице: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0</w:t>
            </w: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01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Општи приходи и примања буџета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222.700.000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235.200.000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235.200.000</w:t>
            </w: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10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 xml:space="preserve">Примања од домаћих </w:t>
            </w:r>
            <w:r w:rsidRPr="008C5CF5">
              <w:rPr>
                <w:sz w:val="18"/>
                <w:szCs w:val="18"/>
                <w:lang w:eastAsia="en-GB"/>
              </w:rPr>
              <w:lastRenderedPageBreak/>
              <w:t>задуживања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55.000.000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55.000.000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55.000.000</w:t>
            </w:r>
          </w:p>
        </w:tc>
      </w:tr>
      <w:tr w:rsidR="00E37C92" w:rsidRPr="008C5CF5" w:rsidTr="00E37C92">
        <w:trPr>
          <w:gridAfter w:val="1"/>
          <w:wAfter w:w="13" w:type="dxa"/>
          <w:trHeight w:val="495"/>
          <w:jc w:val="center"/>
        </w:trPr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13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Нераспоређени вишак прихода из ранијих година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33.600.000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33.600.000</w:t>
            </w:r>
          </w:p>
        </w:tc>
      </w:tr>
      <w:tr w:rsidR="00E37C92" w:rsidRPr="008C5CF5" w:rsidTr="00E37C92">
        <w:trPr>
          <w:gridAfter w:val="1"/>
          <w:wAfter w:w="10" w:type="dxa"/>
          <w:trHeight w:val="300"/>
          <w:jc w:val="center"/>
        </w:trPr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554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Извори финансирања за функцију 630 - Развој заједнице: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0</w:t>
            </w: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01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Општи приходи и примања буџета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15.950.000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15.950.000</w:t>
            </w: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10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Примања од домаћих задуживања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20.557.000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28.900.672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28.900.672</w:t>
            </w:r>
          </w:p>
        </w:tc>
      </w:tr>
      <w:tr w:rsidR="00E37C92" w:rsidRPr="008C5CF5" w:rsidTr="00E37C92">
        <w:trPr>
          <w:gridAfter w:val="1"/>
          <w:wAfter w:w="10" w:type="dxa"/>
          <w:trHeight w:val="300"/>
          <w:jc w:val="center"/>
        </w:trPr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554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Извори финансирања за функцију 640 - Улична расвета: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0</w:t>
            </w: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01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Општи приходи и примања буџета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107.600.000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102.101.000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102.101.000</w:t>
            </w:r>
          </w:p>
        </w:tc>
      </w:tr>
      <w:tr w:rsidR="003725D1" w:rsidRPr="008C5CF5" w:rsidTr="00E37C92">
        <w:trPr>
          <w:gridAfter w:val="1"/>
          <w:wAfter w:w="10" w:type="dxa"/>
          <w:trHeight w:val="300"/>
          <w:jc w:val="center"/>
        </w:trPr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8802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Извори финансирања за функцију 660 - Послови становања и заједнице некласификовани на другом месту: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0</w:t>
            </w: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01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Општи приходи и примања буџета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10.000.000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10.000.000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10.000.000</w:t>
            </w:r>
          </w:p>
        </w:tc>
      </w:tr>
      <w:tr w:rsidR="00E37C92" w:rsidRPr="008C5CF5" w:rsidTr="00E37C92">
        <w:trPr>
          <w:gridAfter w:val="1"/>
          <w:wAfter w:w="10" w:type="dxa"/>
          <w:trHeight w:val="300"/>
          <w:jc w:val="center"/>
        </w:trPr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554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Извори финансирања за функцију 740 - Услуге јавног здравства: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0</w:t>
            </w: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01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Општи приходи и примања буџета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1.550.000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2.150.000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2.150.000</w:t>
            </w:r>
          </w:p>
        </w:tc>
      </w:tr>
      <w:tr w:rsidR="00E37C92" w:rsidRPr="008C5CF5" w:rsidTr="00E37C92">
        <w:trPr>
          <w:gridAfter w:val="1"/>
          <w:wAfter w:w="10" w:type="dxa"/>
          <w:trHeight w:val="300"/>
          <w:jc w:val="center"/>
        </w:trPr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554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Извори финансирања за функцију 760 - Здравство некл.на др.месту: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0</w:t>
            </w: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01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Општи приходи и примања буџета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26.400.000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26.100.000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26.100.000</w:t>
            </w:r>
          </w:p>
        </w:tc>
      </w:tr>
      <w:tr w:rsidR="00E37C92" w:rsidRPr="008C5CF5" w:rsidTr="00E37C92">
        <w:trPr>
          <w:gridAfter w:val="1"/>
          <w:wAfter w:w="10" w:type="dxa"/>
          <w:trHeight w:val="300"/>
          <w:jc w:val="center"/>
        </w:trPr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554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Извори финансирања за функцију 810 - Услуге рекреације и спорта: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0</w:t>
            </w: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01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Општи приходи и примања буџета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211.184.000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214.975.000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214.975.000</w:t>
            </w:r>
          </w:p>
        </w:tc>
      </w:tr>
      <w:tr w:rsidR="00E37C92" w:rsidRPr="008C5CF5" w:rsidTr="00E37C92">
        <w:trPr>
          <w:gridAfter w:val="1"/>
          <w:wAfter w:w="10" w:type="dxa"/>
          <w:trHeight w:val="300"/>
          <w:jc w:val="center"/>
        </w:trPr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554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Извори финансирања за функцију 820 - Услуге културе: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0</w:t>
            </w: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01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Општи приходи и примања буџета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183.895.000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190.329.000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190.329.000</w:t>
            </w:r>
          </w:p>
        </w:tc>
      </w:tr>
      <w:tr w:rsidR="00E37C92" w:rsidRPr="008C5CF5" w:rsidTr="00E37C92">
        <w:trPr>
          <w:gridAfter w:val="1"/>
          <w:wAfter w:w="10" w:type="dxa"/>
          <w:trHeight w:val="315"/>
          <w:jc w:val="center"/>
        </w:trPr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554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Извори финансирања за функцију 912 - Основно образовање: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0</w:t>
            </w: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01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Општи приходи и примања буџета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85.618.000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88.118.000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88.118.000</w:t>
            </w:r>
          </w:p>
        </w:tc>
      </w:tr>
      <w:tr w:rsidR="00E37C92" w:rsidRPr="008C5CF5" w:rsidTr="00E37C92">
        <w:trPr>
          <w:gridAfter w:val="1"/>
          <w:wAfter w:w="13" w:type="dxa"/>
          <w:trHeight w:val="495"/>
          <w:jc w:val="center"/>
        </w:trPr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17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Неутрошена средства трансфера од других нивоа власти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1.920.000</w:t>
            </w: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10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Примања од домаћих задуживања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25.000.000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25.000.000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25.000.000</w:t>
            </w:r>
          </w:p>
        </w:tc>
      </w:tr>
      <w:tr w:rsidR="00E37C92" w:rsidRPr="008C5CF5" w:rsidTr="00E37C92">
        <w:trPr>
          <w:gridAfter w:val="1"/>
          <w:wAfter w:w="13" w:type="dxa"/>
          <w:trHeight w:val="495"/>
          <w:jc w:val="center"/>
        </w:trPr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13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Нераспоређени вишак прихода из ранијих година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2.700.000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2.700.000</w:t>
            </w:r>
          </w:p>
        </w:tc>
      </w:tr>
      <w:tr w:rsidR="00E37C92" w:rsidRPr="008C5CF5" w:rsidTr="00E37C92">
        <w:trPr>
          <w:gridAfter w:val="1"/>
          <w:wAfter w:w="10" w:type="dxa"/>
          <w:trHeight w:val="300"/>
          <w:jc w:val="center"/>
        </w:trPr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554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Извори финансирања за функцију 911 - Предшколско образовање: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0</w:t>
            </w:r>
          </w:p>
        </w:tc>
      </w:tr>
      <w:tr w:rsidR="00E37C92" w:rsidRPr="008C5CF5" w:rsidTr="00E37C92">
        <w:trPr>
          <w:gridAfter w:val="1"/>
          <w:wAfter w:w="13" w:type="dxa"/>
          <w:trHeight w:val="300"/>
          <w:jc w:val="center"/>
        </w:trPr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lang w:eastAsia="en-GB"/>
              </w:rPr>
            </w:pP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01</w:t>
            </w:r>
          </w:p>
        </w:tc>
        <w:tc>
          <w:tcPr>
            <w:tcW w:w="23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7AC5" w:rsidRPr="008C5CF5" w:rsidRDefault="00E17AC5" w:rsidP="00E17AC5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Општи приходи и примања буџета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341.242.000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335.742.000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lang w:eastAsia="en-GB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335.742.000</w:t>
            </w:r>
          </w:p>
        </w:tc>
      </w:tr>
      <w:tr w:rsidR="00E37C92" w:rsidRPr="008C5CF5" w:rsidTr="00E37C92">
        <w:trPr>
          <w:gridAfter w:val="1"/>
          <w:wAfter w:w="10" w:type="dxa"/>
          <w:trHeight w:val="315"/>
          <w:jc w:val="center"/>
        </w:trPr>
        <w:tc>
          <w:tcPr>
            <w:tcW w:w="72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3848" w:type="dxa"/>
            <w:gridSpan w:val="6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УКУПНИ РАСХОДИ И ИЗДАЦИ:</w:t>
            </w: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2.402.796.000</w:t>
            </w: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2.402.796.000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111.230.000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119.573.672</w:t>
            </w:r>
          </w:p>
        </w:tc>
        <w:tc>
          <w:tcPr>
            <w:tcW w:w="1022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38.522.000</w:t>
            </w: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AC5" w:rsidRPr="008C5CF5" w:rsidRDefault="00E17AC5" w:rsidP="00E17AC5">
            <w:pPr>
              <w:jc w:val="right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2.650.031.000</w:t>
            </w:r>
          </w:p>
        </w:tc>
      </w:tr>
    </w:tbl>
    <w:p w:rsidR="00E17AC5" w:rsidRPr="008C5CF5" w:rsidRDefault="00E17AC5" w:rsidP="004F2723">
      <w:pPr>
        <w:keepLines/>
        <w:spacing w:after="80"/>
        <w:ind w:firstLine="706"/>
        <w:jc w:val="both"/>
        <w:rPr>
          <w:sz w:val="22"/>
          <w:szCs w:val="22"/>
        </w:rPr>
      </w:pPr>
    </w:p>
    <w:p w:rsidR="004F2723" w:rsidRPr="008C5CF5" w:rsidRDefault="004F2723" w:rsidP="004771C8">
      <w:pPr>
        <w:ind w:firstLine="708"/>
        <w:jc w:val="both"/>
        <w:rPr>
          <w:sz w:val="22"/>
          <w:szCs w:val="22"/>
          <w:lang w:val="sr-Latn-CS"/>
        </w:rPr>
      </w:pPr>
    </w:p>
    <w:p w:rsidR="005B64CA" w:rsidRPr="008C5CF5" w:rsidRDefault="00E968A6" w:rsidP="00350F71">
      <w:pPr>
        <w:ind w:firstLine="720"/>
        <w:jc w:val="both"/>
        <w:rPr>
          <w:sz w:val="22"/>
          <w:lang w:val="sr-Latn-CS"/>
        </w:rPr>
      </w:pPr>
      <w:r w:rsidRPr="008C5CF5">
        <w:rPr>
          <w:sz w:val="24"/>
          <w:szCs w:val="24"/>
          <w:lang w:val="sr-Latn-CS"/>
        </w:rPr>
        <w:lastRenderedPageBreak/>
        <w:t>Апропријације које нису наведене у овом члану остају у износима у којима су утврђене Одлуком о буџету општине Врњачка Бања за 2026. годину.</w:t>
      </w:r>
    </w:p>
    <w:p w:rsidR="00350F71" w:rsidRPr="008C5CF5" w:rsidRDefault="00350F71" w:rsidP="004771C8">
      <w:pPr>
        <w:ind w:firstLine="708"/>
        <w:jc w:val="both"/>
        <w:rPr>
          <w:sz w:val="22"/>
          <w:szCs w:val="22"/>
          <w:lang w:val="sr-Latn-CS"/>
        </w:rPr>
      </w:pPr>
    </w:p>
    <w:p w:rsidR="00625BD0" w:rsidRPr="008C5CF5" w:rsidRDefault="00625BD0" w:rsidP="00612859">
      <w:pPr>
        <w:rPr>
          <w:lang w:val="sr-Latn-CS"/>
        </w:rPr>
      </w:pPr>
    </w:p>
    <w:p w:rsidR="00625BD0" w:rsidRPr="008C5CF5" w:rsidRDefault="00625BD0" w:rsidP="00612859">
      <w:pPr>
        <w:rPr>
          <w:lang w:val="sr-Latn-CS"/>
        </w:rPr>
      </w:pPr>
    </w:p>
    <w:p w:rsidR="001A0A34" w:rsidRPr="008C5CF5" w:rsidRDefault="00612859" w:rsidP="00612859">
      <w:pPr>
        <w:rPr>
          <w:sz w:val="24"/>
          <w:szCs w:val="24"/>
          <w:lang w:val="sr-Cyrl-RS"/>
        </w:rPr>
      </w:pPr>
      <w:r w:rsidRPr="008C5CF5">
        <w:rPr>
          <w:lang w:val="sr-Latn-CS"/>
        </w:rPr>
        <w:tab/>
      </w:r>
      <w:r w:rsidR="00981F7B" w:rsidRPr="008C5CF5">
        <w:rPr>
          <w:lang w:val="sr-Latn-CS"/>
        </w:rPr>
        <w:tab/>
      </w:r>
      <w:r w:rsidR="000D536F" w:rsidRPr="008C5CF5">
        <w:rPr>
          <w:sz w:val="24"/>
          <w:szCs w:val="24"/>
        </w:rPr>
        <w:t>У збирним табелама износ исказан у колони 9 замењује се новим износом исказаним у колони 10, и то</w:t>
      </w:r>
      <w:r w:rsidR="000D536F" w:rsidRPr="008C5CF5">
        <w:rPr>
          <w:sz w:val="24"/>
          <w:szCs w:val="24"/>
          <w:lang w:val="sr-Cyrl-RS"/>
        </w:rPr>
        <w:t>:</w:t>
      </w:r>
    </w:p>
    <w:p w:rsidR="001A0A34" w:rsidRPr="008C5CF5" w:rsidRDefault="001A0A34" w:rsidP="00612859">
      <w:pPr>
        <w:rPr>
          <w:lang w:val="sr-Latn-CS"/>
        </w:rPr>
      </w:pPr>
    </w:p>
    <w:tbl>
      <w:tblPr>
        <w:tblW w:w="9760" w:type="dxa"/>
        <w:jc w:val="center"/>
        <w:tblLook w:val="04A0" w:firstRow="1" w:lastRow="0" w:firstColumn="1" w:lastColumn="0" w:noHBand="0" w:noVBand="1"/>
      </w:tblPr>
      <w:tblGrid>
        <w:gridCol w:w="729"/>
        <w:gridCol w:w="801"/>
        <w:gridCol w:w="774"/>
        <w:gridCol w:w="929"/>
        <w:gridCol w:w="712"/>
        <w:gridCol w:w="1353"/>
        <w:gridCol w:w="1258"/>
        <w:gridCol w:w="3640"/>
        <w:gridCol w:w="1220"/>
        <w:gridCol w:w="1180"/>
      </w:tblGrid>
      <w:tr w:rsidR="00981F7B" w:rsidRPr="008C5CF5" w:rsidTr="00981F7B">
        <w:trPr>
          <w:trHeight w:val="300"/>
          <w:jc w:val="center"/>
        </w:trPr>
        <w:tc>
          <w:tcPr>
            <w:tcW w:w="4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Буџет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Ребаланс</w:t>
            </w:r>
          </w:p>
        </w:tc>
      </w:tr>
      <w:tr w:rsidR="00981F7B" w:rsidRPr="008C5CF5" w:rsidTr="00981F7B">
        <w:trPr>
          <w:trHeight w:val="300"/>
          <w:jc w:val="center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Раздео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Глава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Функц.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Програм.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Број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Економска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 xml:space="preserve">Извор </w:t>
            </w: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О п и с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2026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2026</w:t>
            </w:r>
          </w:p>
        </w:tc>
      </w:tr>
      <w:tr w:rsidR="00981F7B" w:rsidRPr="008C5CF5" w:rsidTr="00981F7B">
        <w:trPr>
          <w:trHeight w:val="300"/>
          <w:jc w:val="center"/>
        </w:trPr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клас.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класиф.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позиц.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класификација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финансирања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01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01</w:t>
            </w:r>
          </w:p>
        </w:tc>
      </w:tr>
      <w:tr w:rsidR="00981F7B" w:rsidRPr="008C5CF5" w:rsidTr="00981F7B">
        <w:trPr>
          <w:trHeight w:val="300"/>
          <w:jc w:val="center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10</w:t>
            </w:r>
          </w:p>
        </w:tc>
      </w:tr>
      <w:tr w:rsidR="00981F7B" w:rsidRPr="008C5CF5" w:rsidTr="00981F7B">
        <w:trPr>
          <w:trHeight w:val="300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5.02.01.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Установа Културни центар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</w:tr>
      <w:tr w:rsidR="00981F7B" w:rsidRPr="008C5CF5" w:rsidTr="00981F7B">
        <w:trPr>
          <w:trHeight w:val="300"/>
          <w:jc w:val="center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820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Услуге културе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</w:tr>
      <w:tr w:rsidR="00981F7B" w:rsidRPr="008C5CF5" w:rsidTr="00981F7B">
        <w:trPr>
          <w:trHeight w:val="300"/>
          <w:jc w:val="center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F7B" w:rsidRPr="008C5CF5" w:rsidRDefault="00981F7B" w:rsidP="00981F7B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1201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Развој културе и информисања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</w:tr>
      <w:tr w:rsidR="00981F7B" w:rsidRPr="008C5CF5" w:rsidTr="00981F7B">
        <w:trPr>
          <w:trHeight w:val="300"/>
          <w:jc w:val="center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F7B" w:rsidRPr="008C5CF5" w:rsidRDefault="00981F7B" w:rsidP="00981F7B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1201-0001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Програмска активност 0001 - Функционисање локалних установа културе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</w:tr>
      <w:tr w:rsidR="00981F7B" w:rsidRPr="008C5CF5" w:rsidTr="00981F7B">
        <w:trPr>
          <w:trHeight w:val="300"/>
          <w:jc w:val="center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155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423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Услуге по уговору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41.800.000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42.950.000</w:t>
            </w:r>
          </w:p>
        </w:tc>
      </w:tr>
      <w:tr w:rsidR="00981F7B" w:rsidRPr="008C5CF5" w:rsidTr="00981F7B">
        <w:trPr>
          <w:trHeight w:val="300"/>
          <w:jc w:val="center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156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424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Специјализоване услуге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14.100.000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17.380.000</w:t>
            </w:r>
          </w:p>
        </w:tc>
      </w:tr>
      <w:tr w:rsidR="00981F7B" w:rsidRPr="008C5CF5" w:rsidTr="00981F7B">
        <w:trPr>
          <w:trHeight w:val="300"/>
          <w:jc w:val="center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162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512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Машине и опрема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600.000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1.800.000</w:t>
            </w:r>
          </w:p>
        </w:tc>
      </w:tr>
      <w:tr w:rsidR="00981F7B" w:rsidRPr="008C5CF5" w:rsidTr="00981F7B">
        <w:trPr>
          <w:trHeight w:val="300"/>
          <w:jc w:val="center"/>
        </w:trPr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Укупно глава 5.02.01.:</w:t>
            </w: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right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121.702.000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right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127.332.000</w:t>
            </w:r>
          </w:p>
        </w:tc>
      </w:tr>
      <w:tr w:rsidR="00981F7B" w:rsidRPr="008C5CF5" w:rsidTr="00981F7B">
        <w:trPr>
          <w:trHeight w:val="300"/>
          <w:jc w:val="center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Извори финансирања за функцију 820: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lang w:eastAsia="en-GB"/>
              </w:rPr>
            </w:pPr>
          </w:p>
        </w:tc>
      </w:tr>
      <w:tr w:rsidR="00981F7B" w:rsidRPr="008C5CF5" w:rsidTr="00981F7B">
        <w:trPr>
          <w:trHeight w:val="300"/>
          <w:jc w:val="center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lang w:eastAsia="en-GB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center"/>
              <w:rPr>
                <w:lang w:eastAsia="en-GB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center"/>
              <w:rPr>
                <w:lang w:eastAsia="en-GB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center"/>
              <w:rPr>
                <w:lang w:eastAsia="en-GB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lang w:eastAsia="en-GB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center"/>
              <w:rPr>
                <w:lang w:eastAsia="en-GB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01</w:t>
            </w: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Општи приходи и примања буџета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121.702.000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127.332.000</w:t>
            </w:r>
          </w:p>
        </w:tc>
      </w:tr>
      <w:tr w:rsidR="00981F7B" w:rsidRPr="008C5CF5" w:rsidTr="00981F7B">
        <w:trPr>
          <w:trHeight w:val="300"/>
          <w:jc w:val="center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right"/>
              <w:rPr>
                <w:sz w:val="18"/>
                <w:szCs w:val="18"/>
                <w:lang w:eastAsia="en-GB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center"/>
              <w:rPr>
                <w:lang w:eastAsia="en-GB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center"/>
              <w:rPr>
                <w:lang w:eastAsia="en-GB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center"/>
              <w:rPr>
                <w:lang w:eastAsia="en-GB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lang w:eastAsia="en-GB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center"/>
              <w:rPr>
                <w:lang w:eastAsia="en-GB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lang w:eastAsia="en-GB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Укупно за функцију 820: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lang w:eastAsia="en-GB"/>
              </w:rPr>
            </w:pPr>
          </w:p>
        </w:tc>
      </w:tr>
      <w:tr w:rsidR="00981F7B" w:rsidRPr="008C5CF5" w:rsidTr="00981F7B">
        <w:trPr>
          <w:trHeight w:val="300"/>
          <w:jc w:val="center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lang w:eastAsia="en-GB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center"/>
              <w:rPr>
                <w:lang w:eastAsia="en-GB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center"/>
              <w:rPr>
                <w:lang w:eastAsia="en-GB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center"/>
              <w:rPr>
                <w:lang w:eastAsia="en-GB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lang w:eastAsia="en-GB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center"/>
              <w:rPr>
                <w:lang w:eastAsia="en-GB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lang w:eastAsia="en-GB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Извори финансирања за главу 5.02.01.: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lang w:eastAsia="en-GB"/>
              </w:rPr>
            </w:pPr>
          </w:p>
        </w:tc>
      </w:tr>
      <w:tr w:rsidR="00981F7B" w:rsidRPr="008C5CF5" w:rsidTr="00981F7B">
        <w:trPr>
          <w:trHeight w:val="300"/>
          <w:jc w:val="center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lang w:eastAsia="en-GB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center"/>
              <w:rPr>
                <w:lang w:eastAsia="en-GB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center"/>
              <w:rPr>
                <w:lang w:eastAsia="en-GB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center"/>
              <w:rPr>
                <w:lang w:eastAsia="en-GB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lang w:eastAsia="en-GB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center"/>
              <w:rPr>
                <w:lang w:eastAsia="en-GB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01</w:t>
            </w: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Општи приходи и примања буџета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121.702.000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127.332.000</w:t>
            </w:r>
          </w:p>
        </w:tc>
      </w:tr>
      <w:tr w:rsidR="00981F7B" w:rsidRPr="008C5CF5" w:rsidTr="00981F7B">
        <w:trPr>
          <w:trHeight w:val="300"/>
          <w:jc w:val="center"/>
        </w:trPr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Укупно за главу 5.02.01.: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</w:tr>
      <w:tr w:rsidR="00981F7B" w:rsidRPr="008C5CF5" w:rsidTr="00981F7B">
        <w:trPr>
          <w:trHeight w:val="300"/>
          <w:jc w:val="center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</w:tr>
      <w:tr w:rsidR="00981F7B" w:rsidRPr="008C5CF5" w:rsidTr="00981F7B">
        <w:trPr>
          <w:trHeight w:val="300"/>
          <w:jc w:val="center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5.02.02.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Установа Библиотека "Др. Душан Радић"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</w:tr>
      <w:tr w:rsidR="00981F7B" w:rsidRPr="008C5CF5" w:rsidTr="00981F7B">
        <w:trPr>
          <w:trHeight w:val="300"/>
          <w:jc w:val="center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820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Услуге културе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</w:tr>
      <w:tr w:rsidR="00981F7B" w:rsidRPr="008C5CF5" w:rsidTr="00981F7B">
        <w:trPr>
          <w:trHeight w:val="300"/>
          <w:jc w:val="center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F7B" w:rsidRPr="008C5CF5" w:rsidRDefault="00981F7B" w:rsidP="00981F7B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1201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Развој културе и информисања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</w:tr>
      <w:tr w:rsidR="00981F7B" w:rsidRPr="008C5CF5" w:rsidTr="00981F7B">
        <w:trPr>
          <w:trHeight w:val="300"/>
          <w:jc w:val="center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F7B" w:rsidRPr="008C5CF5" w:rsidRDefault="00981F7B" w:rsidP="00981F7B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1201-0001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Програмска активност 0001 - Функционисање локалних установа културе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</w:tr>
      <w:tr w:rsidR="00981F7B" w:rsidRPr="008C5CF5" w:rsidTr="00981F7B">
        <w:trPr>
          <w:trHeight w:val="300"/>
          <w:jc w:val="center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163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515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Нематеријална имовина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700.000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799.000</w:t>
            </w:r>
          </w:p>
        </w:tc>
      </w:tr>
      <w:tr w:rsidR="00981F7B" w:rsidRPr="008C5CF5" w:rsidTr="00981F7B">
        <w:trPr>
          <w:trHeight w:val="300"/>
          <w:jc w:val="center"/>
        </w:trPr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Укупно глава 5.02.02.:</w:t>
            </w: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right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57.593.000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right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57.692.000</w:t>
            </w:r>
          </w:p>
        </w:tc>
      </w:tr>
      <w:tr w:rsidR="00981F7B" w:rsidRPr="008C5CF5" w:rsidTr="00981F7B">
        <w:trPr>
          <w:trHeight w:val="300"/>
          <w:jc w:val="center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Извори финансирања за функцију 820: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</w:tr>
      <w:tr w:rsidR="00981F7B" w:rsidRPr="008C5CF5" w:rsidTr="00981F7B">
        <w:trPr>
          <w:trHeight w:val="300"/>
          <w:jc w:val="center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sz w:val="18"/>
                <w:szCs w:val="18"/>
                <w:lang w:eastAsia="en-GB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center"/>
              <w:rPr>
                <w:lang w:eastAsia="en-GB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center"/>
              <w:rPr>
                <w:lang w:eastAsia="en-GB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center"/>
              <w:rPr>
                <w:lang w:eastAsia="en-GB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lang w:eastAsia="en-GB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center"/>
              <w:rPr>
                <w:lang w:eastAsia="en-GB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01</w:t>
            </w: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Општи приходи и примања буџета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57.593.000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57.692.000</w:t>
            </w:r>
          </w:p>
        </w:tc>
      </w:tr>
      <w:tr w:rsidR="00981F7B" w:rsidRPr="008C5CF5" w:rsidTr="00981F7B">
        <w:trPr>
          <w:trHeight w:val="300"/>
          <w:jc w:val="center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right"/>
              <w:rPr>
                <w:sz w:val="18"/>
                <w:szCs w:val="18"/>
                <w:lang w:eastAsia="en-GB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center"/>
              <w:rPr>
                <w:lang w:eastAsia="en-GB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center"/>
              <w:rPr>
                <w:lang w:eastAsia="en-GB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center"/>
              <w:rPr>
                <w:lang w:eastAsia="en-GB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lang w:eastAsia="en-GB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center"/>
              <w:rPr>
                <w:lang w:eastAsia="en-GB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lang w:eastAsia="en-GB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Укупно за функцију 820: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lang w:eastAsia="en-GB"/>
              </w:rPr>
            </w:pPr>
          </w:p>
        </w:tc>
      </w:tr>
      <w:tr w:rsidR="00981F7B" w:rsidRPr="008C5CF5" w:rsidTr="00981F7B">
        <w:trPr>
          <w:trHeight w:val="300"/>
          <w:jc w:val="center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lang w:eastAsia="en-GB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center"/>
              <w:rPr>
                <w:lang w:eastAsia="en-GB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center"/>
              <w:rPr>
                <w:lang w:eastAsia="en-GB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center"/>
              <w:rPr>
                <w:lang w:eastAsia="en-GB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lang w:eastAsia="en-GB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center"/>
              <w:rPr>
                <w:lang w:eastAsia="en-GB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lang w:eastAsia="en-GB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Извори финансирања за главу 5.02.02.: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lang w:eastAsia="en-GB"/>
              </w:rPr>
            </w:pPr>
          </w:p>
        </w:tc>
      </w:tr>
      <w:tr w:rsidR="00981F7B" w:rsidRPr="008C5CF5" w:rsidTr="00981F7B">
        <w:trPr>
          <w:trHeight w:val="300"/>
          <w:jc w:val="center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lang w:eastAsia="en-GB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center"/>
              <w:rPr>
                <w:lang w:eastAsia="en-GB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center"/>
              <w:rPr>
                <w:lang w:eastAsia="en-GB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center"/>
              <w:rPr>
                <w:lang w:eastAsia="en-GB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lang w:eastAsia="en-GB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center"/>
              <w:rPr>
                <w:lang w:eastAsia="en-GB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01</w:t>
            </w: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Општи приходи и примања буџета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57.593.000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57.692.000</w:t>
            </w:r>
          </w:p>
        </w:tc>
      </w:tr>
      <w:tr w:rsidR="00981F7B" w:rsidRPr="008C5CF5" w:rsidTr="00981F7B">
        <w:trPr>
          <w:trHeight w:val="300"/>
          <w:jc w:val="center"/>
        </w:trPr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Укупно за главу 5.02.02.: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</w:tr>
      <w:tr w:rsidR="00981F7B" w:rsidRPr="008C5CF5" w:rsidTr="00981F7B">
        <w:trPr>
          <w:trHeight w:val="330"/>
          <w:jc w:val="center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lang w:eastAsia="en-GB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lang w:eastAsia="en-GB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lang w:eastAsia="en-GB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lang w:eastAsia="en-GB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lang w:eastAsia="en-GB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lang w:eastAsia="en-GB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lang w:eastAsia="en-GB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lang w:eastAsia="en-GB"/>
              </w:rPr>
            </w:pPr>
          </w:p>
        </w:tc>
      </w:tr>
      <w:tr w:rsidR="00981F7B" w:rsidRPr="008C5CF5" w:rsidTr="00981F7B">
        <w:trPr>
          <w:trHeight w:val="300"/>
          <w:jc w:val="center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lang w:eastAsia="en-GB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lang w:eastAsia="en-GB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lang w:eastAsia="en-GB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lang w:eastAsia="en-GB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lang w:eastAsia="en-GB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lang w:eastAsia="en-GB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lang w:eastAsia="en-GB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lang w:eastAsia="en-GB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lang w:eastAsia="en-GB"/>
              </w:rPr>
            </w:pPr>
          </w:p>
        </w:tc>
      </w:tr>
      <w:tr w:rsidR="00981F7B" w:rsidRPr="008C5CF5" w:rsidTr="00981F7B">
        <w:trPr>
          <w:trHeight w:val="300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</w:tr>
      <w:tr w:rsidR="00981F7B" w:rsidRPr="008C5CF5" w:rsidTr="00981F7B">
        <w:trPr>
          <w:trHeight w:val="300"/>
          <w:jc w:val="center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5.07.03.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Месна заједница Грачац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</w:tr>
      <w:tr w:rsidR="00981F7B" w:rsidRPr="008C5CF5" w:rsidTr="00981F7B">
        <w:trPr>
          <w:trHeight w:val="300"/>
          <w:jc w:val="center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130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Опште услуге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</w:tr>
      <w:tr w:rsidR="00981F7B" w:rsidRPr="008C5CF5" w:rsidTr="00981F7B">
        <w:trPr>
          <w:trHeight w:val="300"/>
          <w:jc w:val="center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235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426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Материјал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60.000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110.000</w:t>
            </w:r>
          </w:p>
        </w:tc>
      </w:tr>
      <w:tr w:rsidR="00981F7B" w:rsidRPr="008C5CF5" w:rsidTr="00981F7B">
        <w:trPr>
          <w:trHeight w:val="300"/>
          <w:jc w:val="center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236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512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Машине и опрема</w:t>
            </w: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20.000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55.000</w:t>
            </w:r>
          </w:p>
        </w:tc>
      </w:tr>
      <w:tr w:rsidR="00981F7B" w:rsidRPr="008C5CF5" w:rsidTr="00981F7B">
        <w:trPr>
          <w:trHeight w:val="300"/>
          <w:jc w:val="center"/>
        </w:trPr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Укупно глава 5.07.03.:</w:t>
            </w: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right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950.000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right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1.035.000</w:t>
            </w:r>
          </w:p>
        </w:tc>
      </w:tr>
      <w:tr w:rsidR="00981F7B" w:rsidRPr="008C5CF5" w:rsidTr="00981F7B">
        <w:trPr>
          <w:trHeight w:val="300"/>
          <w:jc w:val="center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Извори финансирања за функцију 130: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</w:tr>
      <w:tr w:rsidR="00981F7B" w:rsidRPr="008C5CF5" w:rsidTr="00981F7B">
        <w:trPr>
          <w:trHeight w:val="300"/>
          <w:jc w:val="center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sz w:val="18"/>
                <w:szCs w:val="18"/>
                <w:lang w:eastAsia="en-GB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center"/>
              <w:rPr>
                <w:lang w:eastAsia="en-GB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center"/>
              <w:rPr>
                <w:lang w:eastAsia="en-GB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center"/>
              <w:rPr>
                <w:lang w:eastAsia="en-GB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lang w:eastAsia="en-GB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center"/>
              <w:rPr>
                <w:lang w:eastAsia="en-GB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01</w:t>
            </w: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Општи приходи и примања буџета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950.000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1.035.000</w:t>
            </w:r>
          </w:p>
        </w:tc>
      </w:tr>
      <w:tr w:rsidR="00981F7B" w:rsidRPr="008C5CF5" w:rsidTr="00981F7B">
        <w:trPr>
          <w:trHeight w:val="300"/>
          <w:jc w:val="center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right"/>
              <w:rPr>
                <w:sz w:val="18"/>
                <w:szCs w:val="18"/>
                <w:lang w:eastAsia="en-GB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center"/>
              <w:rPr>
                <w:lang w:eastAsia="en-GB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center"/>
              <w:rPr>
                <w:lang w:eastAsia="en-GB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center"/>
              <w:rPr>
                <w:lang w:eastAsia="en-GB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lang w:eastAsia="en-GB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center"/>
              <w:rPr>
                <w:lang w:eastAsia="en-GB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lang w:eastAsia="en-GB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Укупно за функцију 130: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lang w:eastAsia="en-GB"/>
              </w:rPr>
            </w:pPr>
          </w:p>
        </w:tc>
      </w:tr>
      <w:tr w:rsidR="00981F7B" w:rsidRPr="008C5CF5" w:rsidTr="00981F7B">
        <w:trPr>
          <w:trHeight w:val="300"/>
          <w:jc w:val="center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lang w:eastAsia="en-GB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center"/>
              <w:rPr>
                <w:lang w:eastAsia="en-GB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center"/>
              <w:rPr>
                <w:lang w:eastAsia="en-GB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center"/>
              <w:rPr>
                <w:lang w:eastAsia="en-GB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lang w:eastAsia="en-GB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center"/>
              <w:rPr>
                <w:lang w:eastAsia="en-GB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lang w:eastAsia="en-GB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Извори финансирања за главу 5.07.03.: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lang w:eastAsia="en-GB"/>
              </w:rPr>
            </w:pPr>
          </w:p>
        </w:tc>
      </w:tr>
      <w:tr w:rsidR="00981F7B" w:rsidRPr="008C5CF5" w:rsidTr="00981F7B">
        <w:trPr>
          <w:trHeight w:val="300"/>
          <w:jc w:val="center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lang w:eastAsia="en-GB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center"/>
              <w:rPr>
                <w:lang w:eastAsia="en-GB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center"/>
              <w:rPr>
                <w:lang w:eastAsia="en-GB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center"/>
              <w:rPr>
                <w:lang w:eastAsia="en-GB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lang w:eastAsia="en-GB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center"/>
              <w:rPr>
                <w:lang w:eastAsia="en-GB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01</w:t>
            </w: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Приходи из буџета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950.000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1.035.000</w:t>
            </w:r>
          </w:p>
        </w:tc>
      </w:tr>
      <w:tr w:rsidR="00981F7B" w:rsidRPr="008C5CF5" w:rsidTr="00981F7B">
        <w:trPr>
          <w:trHeight w:val="300"/>
          <w:jc w:val="center"/>
        </w:trPr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Укупно за главу 5.07.03.: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</w:tr>
      <w:tr w:rsidR="00981F7B" w:rsidRPr="008C5CF5" w:rsidTr="00981F7B">
        <w:trPr>
          <w:trHeight w:val="300"/>
          <w:jc w:val="center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</w:tr>
      <w:tr w:rsidR="00981F7B" w:rsidRPr="008C5CF5" w:rsidTr="00981F7B">
        <w:trPr>
          <w:trHeight w:val="300"/>
          <w:jc w:val="center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5.07.04.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 xml:space="preserve">Месна заједница Вранеши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</w:tr>
      <w:tr w:rsidR="00981F7B" w:rsidRPr="008C5CF5" w:rsidTr="00981F7B">
        <w:trPr>
          <w:trHeight w:val="300"/>
          <w:jc w:val="center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130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Опште услуге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</w:tr>
      <w:tr w:rsidR="00981F7B" w:rsidRPr="008C5CF5" w:rsidTr="00981F7B">
        <w:trPr>
          <w:trHeight w:val="300"/>
          <w:jc w:val="center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234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425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Текуће поправке и одржавање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30.000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355.000</w:t>
            </w:r>
          </w:p>
        </w:tc>
      </w:tr>
      <w:tr w:rsidR="00981F7B" w:rsidRPr="008C5CF5" w:rsidTr="00981F7B">
        <w:trPr>
          <w:trHeight w:val="300"/>
          <w:jc w:val="center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236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F7B" w:rsidRPr="008C5CF5" w:rsidRDefault="00981F7B" w:rsidP="00981F7B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512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Машине и опрема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F7B" w:rsidRPr="008C5CF5" w:rsidRDefault="00981F7B" w:rsidP="00981F7B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20.000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F7B" w:rsidRPr="008C5CF5" w:rsidRDefault="00981F7B" w:rsidP="00981F7B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200.000</w:t>
            </w:r>
          </w:p>
        </w:tc>
      </w:tr>
      <w:tr w:rsidR="00981F7B" w:rsidRPr="008C5CF5" w:rsidTr="00981F7B">
        <w:trPr>
          <w:trHeight w:val="300"/>
          <w:jc w:val="center"/>
        </w:trPr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Укупно глава 5.07.04.:</w:t>
            </w: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right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525.000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right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1.030.000</w:t>
            </w:r>
          </w:p>
        </w:tc>
      </w:tr>
      <w:tr w:rsidR="00981F7B" w:rsidRPr="008C5CF5" w:rsidTr="00981F7B">
        <w:trPr>
          <w:trHeight w:val="300"/>
          <w:jc w:val="center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Извори финансирања за функцију 130: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</w:tr>
      <w:tr w:rsidR="00981F7B" w:rsidRPr="008C5CF5" w:rsidTr="00981F7B">
        <w:trPr>
          <w:trHeight w:val="300"/>
          <w:jc w:val="center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sz w:val="18"/>
                <w:szCs w:val="18"/>
                <w:lang w:eastAsia="en-GB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center"/>
              <w:rPr>
                <w:lang w:eastAsia="en-GB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center"/>
              <w:rPr>
                <w:lang w:eastAsia="en-GB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center"/>
              <w:rPr>
                <w:lang w:eastAsia="en-GB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lang w:eastAsia="en-GB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center"/>
              <w:rPr>
                <w:lang w:eastAsia="en-GB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01</w:t>
            </w: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Општи приходи и примања буџета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525.000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1.030.000</w:t>
            </w:r>
          </w:p>
        </w:tc>
      </w:tr>
      <w:tr w:rsidR="00981F7B" w:rsidRPr="008C5CF5" w:rsidTr="00981F7B">
        <w:trPr>
          <w:trHeight w:val="300"/>
          <w:jc w:val="center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right"/>
              <w:rPr>
                <w:sz w:val="18"/>
                <w:szCs w:val="18"/>
                <w:lang w:eastAsia="en-GB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center"/>
              <w:rPr>
                <w:lang w:eastAsia="en-GB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center"/>
              <w:rPr>
                <w:lang w:eastAsia="en-GB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center"/>
              <w:rPr>
                <w:lang w:eastAsia="en-GB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lang w:eastAsia="en-GB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center"/>
              <w:rPr>
                <w:lang w:eastAsia="en-GB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lang w:eastAsia="en-GB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Укупно за функцију 130: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lang w:eastAsia="en-GB"/>
              </w:rPr>
            </w:pPr>
          </w:p>
        </w:tc>
      </w:tr>
      <w:tr w:rsidR="00981F7B" w:rsidRPr="008C5CF5" w:rsidTr="00981F7B">
        <w:trPr>
          <w:trHeight w:val="300"/>
          <w:jc w:val="center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lang w:eastAsia="en-GB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center"/>
              <w:rPr>
                <w:lang w:eastAsia="en-GB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center"/>
              <w:rPr>
                <w:lang w:eastAsia="en-GB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center"/>
              <w:rPr>
                <w:lang w:eastAsia="en-GB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lang w:eastAsia="en-GB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center"/>
              <w:rPr>
                <w:lang w:eastAsia="en-GB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lang w:eastAsia="en-GB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Извори финансирања за главу 5.07.04.: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lang w:eastAsia="en-GB"/>
              </w:rPr>
            </w:pPr>
          </w:p>
        </w:tc>
      </w:tr>
      <w:tr w:rsidR="00981F7B" w:rsidRPr="008C5CF5" w:rsidTr="00981F7B">
        <w:trPr>
          <w:trHeight w:val="300"/>
          <w:jc w:val="center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lang w:eastAsia="en-GB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center"/>
              <w:rPr>
                <w:lang w:eastAsia="en-GB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center"/>
              <w:rPr>
                <w:lang w:eastAsia="en-GB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center"/>
              <w:rPr>
                <w:lang w:eastAsia="en-GB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lang w:eastAsia="en-GB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center"/>
              <w:rPr>
                <w:lang w:eastAsia="en-GB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01</w:t>
            </w: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Општи приходи и примања буџета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525.000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1.030.000</w:t>
            </w:r>
          </w:p>
        </w:tc>
      </w:tr>
      <w:tr w:rsidR="00981F7B" w:rsidRPr="008C5CF5" w:rsidTr="00981F7B">
        <w:trPr>
          <w:trHeight w:val="300"/>
          <w:jc w:val="center"/>
        </w:trPr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Укупно за главу 5.07.04.: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</w:tr>
      <w:tr w:rsidR="00981F7B" w:rsidRPr="008C5CF5" w:rsidTr="00981F7B">
        <w:trPr>
          <w:trHeight w:val="300"/>
          <w:jc w:val="center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</w:tr>
      <w:tr w:rsidR="00981F7B" w:rsidRPr="008C5CF5" w:rsidTr="00981F7B">
        <w:trPr>
          <w:trHeight w:val="300"/>
          <w:jc w:val="center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5.07.07.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Месна заједница Руђинци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</w:tr>
      <w:tr w:rsidR="00981F7B" w:rsidRPr="008C5CF5" w:rsidTr="00981F7B">
        <w:trPr>
          <w:trHeight w:val="300"/>
          <w:jc w:val="center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130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Опште услуге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</w:tr>
      <w:tr w:rsidR="00981F7B" w:rsidRPr="008C5CF5" w:rsidTr="00981F7B">
        <w:trPr>
          <w:trHeight w:val="300"/>
          <w:jc w:val="center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232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421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Стални трошкови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160.000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407.000</w:t>
            </w:r>
          </w:p>
        </w:tc>
      </w:tr>
      <w:tr w:rsidR="00981F7B" w:rsidRPr="008C5CF5" w:rsidTr="00981F7B">
        <w:trPr>
          <w:trHeight w:val="300"/>
          <w:jc w:val="center"/>
        </w:trPr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lastRenderedPageBreak/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Укупно глава 5.07.07.:</w:t>
            </w: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right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330.000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right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577.000</w:t>
            </w:r>
          </w:p>
        </w:tc>
      </w:tr>
      <w:tr w:rsidR="00981F7B" w:rsidRPr="008C5CF5" w:rsidTr="00981F7B">
        <w:trPr>
          <w:trHeight w:val="300"/>
          <w:jc w:val="center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Извори финансирања за функцију 130: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sz w:val="18"/>
                <w:szCs w:val="18"/>
                <w:lang w:eastAsia="en-GB"/>
              </w:rPr>
            </w:pPr>
          </w:p>
        </w:tc>
      </w:tr>
      <w:tr w:rsidR="00981F7B" w:rsidRPr="008C5CF5" w:rsidTr="00981F7B">
        <w:trPr>
          <w:trHeight w:val="300"/>
          <w:jc w:val="center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lang w:eastAsia="en-GB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center"/>
              <w:rPr>
                <w:lang w:eastAsia="en-GB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center"/>
              <w:rPr>
                <w:lang w:eastAsia="en-GB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center"/>
              <w:rPr>
                <w:lang w:eastAsia="en-GB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lang w:eastAsia="en-GB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center"/>
              <w:rPr>
                <w:lang w:eastAsia="en-GB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01</w:t>
            </w: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Општи приходи и примања буџета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330.000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577.000</w:t>
            </w:r>
          </w:p>
        </w:tc>
      </w:tr>
      <w:tr w:rsidR="00981F7B" w:rsidRPr="008C5CF5" w:rsidTr="00981F7B">
        <w:trPr>
          <w:trHeight w:val="300"/>
          <w:jc w:val="center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right"/>
              <w:rPr>
                <w:sz w:val="18"/>
                <w:szCs w:val="18"/>
                <w:lang w:eastAsia="en-GB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center"/>
              <w:rPr>
                <w:lang w:eastAsia="en-GB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center"/>
              <w:rPr>
                <w:lang w:eastAsia="en-GB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center"/>
              <w:rPr>
                <w:lang w:eastAsia="en-GB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lang w:eastAsia="en-GB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center"/>
              <w:rPr>
                <w:lang w:eastAsia="en-GB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lang w:eastAsia="en-GB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Укупно за функцију 130: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lang w:eastAsia="en-GB"/>
              </w:rPr>
            </w:pPr>
          </w:p>
        </w:tc>
      </w:tr>
      <w:tr w:rsidR="00981F7B" w:rsidRPr="008C5CF5" w:rsidTr="00981F7B">
        <w:trPr>
          <w:trHeight w:val="300"/>
          <w:jc w:val="center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lang w:eastAsia="en-GB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center"/>
              <w:rPr>
                <w:lang w:eastAsia="en-GB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center"/>
              <w:rPr>
                <w:lang w:eastAsia="en-GB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center"/>
              <w:rPr>
                <w:lang w:eastAsia="en-GB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lang w:eastAsia="en-GB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center"/>
              <w:rPr>
                <w:lang w:eastAsia="en-GB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lang w:eastAsia="en-GB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Извори финансирања за главу 5.07.07.: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lang w:eastAsia="en-GB"/>
              </w:rPr>
            </w:pPr>
          </w:p>
        </w:tc>
      </w:tr>
      <w:tr w:rsidR="00981F7B" w:rsidRPr="008C5CF5" w:rsidTr="00981F7B">
        <w:trPr>
          <w:trHeight w:val="300"/>
          <w:jc w:val="center"/>
        </w:trPr>
        <w:tc>
          <w:tcPr>
            <w:tcW w:w="4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lang w:eastAsia="en-GB"/>
              </w:rPr>
            </w:pPr>
          </w:p>
        </w:tc>
        <w:tc>
          <w:tcPr>
            <w:tcW w:w="6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center"/>
              <w:rPr>
                <w:lang w:eastAsia="en-GB"/>
              </w:rPr>
            </w:pPr>
          </w:p>
        </w:tc>
        <w:tc>
          <w:tcPr>
            <w:tcW w:w="4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center"/>
              <w:rPr>
                <w:lang w:eastAsia="en-GB"/>
              </w:rPr>
            </w:pPr>
          </w:p>
        </w:tc>
        <w:tc>
          <w:tcPr>
            <w:tcW w:w="6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center"/>
              <w:rPr>
                <w:lang w:eastAsia="en-GB"/>
              </w:rPr>
            </w:pPr>
          </w:p>
        </w:tc>
        <w:tc>
          <w:tcPr>
            <w:tcW w:w="5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lang w:eastAsia="en-GB"/>
              </w:rPr>
            </w:pPr>
          </w:p>
        </w:tc>
        <w:tc>
          <w:tcPr>
            <w:tcW w:w="5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center"/>
              <w:rPr>
                <w:lang w:eastAsia="en-GB"/>
              </w:rPr>
            </w:pPr>
          </w:p>
        </w:tc>
        <w:tc>
          <w:tcPr>
            <w:tcW w:w="4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01</w:t>
            </w:r>
          </w:p>
        </w:tc>
        <w:tc>
          <w:tcPr>
            <w:tcW w:w="36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Општи приходи и примања буџета</w:t>
            </w:r>
          </w:p>
        </w:tc>
        <w:tc>
          <w:tcPr>
            <w:tcW w:w="12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330.000</w:t>
            </w:r>
          </w:p>
        </w:tc>
        <w:tc>
          <w:tcPr>
            <w:tcW w:w="11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right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577.000</w:t>
            </w:r>
          </w:p>
        </w:tc>
      </w:tr>
      <w:tr w:rsidR="00981F7B" w:rsidRPr="008C5CF5" w:rsidTr="00981F7B">
        <w:trPr>
          <w:trHeight w:val="300"/>
          <w:jc w:val="center"/>
        </w:trPr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 xml:space="preserve"> 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Укупно за главу 5.07.07.: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1F7B" w:rsidRPr="008C5CF5" w:rsidRDefault="00981F7B" w:rsidP="00981F7B">
            <w:pPr>
              <w:rPr>
                <w:b/>
                <w:bCs/>
                <w:sz w:val="18"/>
                <w:szCs w:val="18"/>
                <w:lang w:eastAsia="en-GB"/>
              </w:rPr>
            </w:pPr>
          </w:p>
        </w:tc>
      </w:tr>
    </w:tbl>
    <w:p w:rsidR="00981F7B" w:rsidRPr="008C5CF5" w:rsidRDefault="00981F7B" w:rsidP="00612859">
      <w:pPr>
        <w:rPr>
          <w:lang w:val="sr-Latn-CS"/>
        </w:rPr>
      </w:pPr>
    </w:p>
    <w:p w:rsidR="00981F7B" w:rsidRPr="008C5CF5" w:rsidRDefault="00981F7B" w:rsidP="00612859">
      <w:pPr>
        <w:rPr>
          <w:lang w:val="sr-Latn-CS"/>
        </w:rPr>
      </w:pPr>
    </w:p>
    <w:p w:rsidR="00981F7B" w:rsidRPr="008C5CF5" w:rsidRDefault="00981F7B" w:rsidP="00612859">
      <w:pPr>
        <w:rPr>
          <w:lang w:val="sr-Latn-CS"/>
        </w:rPr>
      </w:pPr>
    </w:p>
    <w:p w:rsidR="00625BD0" w:rsidRPr="008C5CF5" w:rsidRDefault="00625BD0" w:rsidP="00612859">
      <w:pPr>
        <w:rPr>
          <w:lang w:val="sr-Latn-CS"/>
        </w:rPr>
      </w:pPr>
    </w:p>
    <w:p w:rsidR="002A7833" w:rsidRPr="008C5CF5" w:rsidRDefault="005029D8" w:rsidP="002A7833">
      <w:pPr>
        <w:ind w:firstLine="708"/>
        <w:jc w:val="center"/>
        <w:rPr>
          <w:sz w:val="22"/>
          <w:szCs w:val="22"/>
          <w:lang w:val="sr-Latn-CS"/>
        </w:rPr>
      </w:pPr>
      <w:r w:rsidRPr="008C5CF5">
        <w:rPr>
          <w:sz w:val="22"/>
          <w:szCs w:val="22"/>
          <w:lang w:val="sr-Latn-CS"/>
        </w:rPr>
        <w:t>Члан</w:t>
      </w:r>
      <w:r w:rsidR="00290FBB" w:rsidRPr="008C5CF5">
        <w:rPr>
          <w:sz w:val="22"/>
          <w:szCs w:val="22"/>
          <w:lang w:val="sr-Latn-CS"/>
        </w:rPr>
        <w:t xml:space="preserve"> 10</w:t>
      </w:r>
      <w:r w:rsidR="002A7833" w:rsidRPr="008C5CF5">
        <w:rPr>
          <w:sz w:val="22"/>
          <w:szCs w:val="22"/>
          <w:lang w:val="sr-Latn-CS"/>
        </w:rPr>
        <w:t>.</w:t>
      </w:r>
    </w:p>
    <w:p w:rsidR="002A7833" w:rsidRPr="008C5CF5" w:rsidRDefault="002A7833" w:rsidP="002A7833">
      <w:pPr>
        <w:ind w:firstLine="708"/>
        <w:jc w:val="both"/>
        <w:rPr>
          <w:sz w:val="22"/>
          <w:szCs w:val="22"/>
          <w:lang w:val="sr-Latn-CS"/>
        </w:rPr>
      </w:pPr>
      <w:r w:rsidRPr="008C5CF5">
        <w:rPr>
          <w:sz w:val="22"/>
          <w:szCs w:val="22"/>
          <w:lang w:val="sr-Latn-CS"/>
        </w:rPr>
        <w:t>У члану 5</w:t>
      </w:r>
      <w:r w:rsidR="000D536F" w:rsidRPr="008C5CF5">
        <w:rPr>
          <w:sz w:val="22"/>
          <w:szCs w:val="22"/>
          <w:lang w:val="sr-Cyrl-RS"/>
        </w:rPr>
        <w:t>4а</w:t>
      </w:r>
      <w:r w:rsidRPr="008C5CF5">
        <w:rPr>
          <w:sz w:val="22"/>
          <w:szCs w:val="22"/>
          <w:lang w:val="sr-Latn-CS"/>
        </w:rPr>
        <w:t xml:space="preserve"> мења се став 1 и гласи:</w:t>
      </w:r>
    </w:p>
    <w:p w:rsidR="002A7833" w:rsidRPr="008C5CF5" w:rsidRDefault="00E17AC5" w:rsidP="002A7833">
      <w:pPr>
        <w:ind w:firstLine="720"/>
        <w:jc w:val="both"/>
        <w:rPr>
          <w:sz w:val="22"/>
          <w:lang w:val="sr-Latn-CS"/>
        </w:rPr>
      </w:pPr>
      <w:r w:rsidRPr="008C5CF5">
        <w:rPr>
          <w:sz w:val="21"/>
        </w:rPr>
        <w:t>„Средства из буџета у износу од 2.402.796.000 динара (извор финансирања 01), средства прихода од изворних активности индиректних корисника буџета у укупном износу од 25.606.000 динара (извор финансирања 04), средства из осталих извора финансирања, и то: средства из извора финансирања 10 – Примања од домаћих задуживања у износу од 119.573.672 динара, средства из извора финансирања 13 – Нераспоређени вишак прихода из ранијих година у износу од 38.522.000 динара, средства из извора финансирања 15 – Неутрошена средства донација, помоћи и трансфера из ранијих година у износу од 1.198.896 динара, средства из извора финансирања 16 – Родитељски динар за ваннаставне активности у износу од 300.000 динара и средства из извора финансирања 17 – Неутрошена средства трансфера од других нивоа власти у износу од 62.034.432 динара</w:t>
      </w:r>
      <w:r w:rsidR="003D5C62" w:rsidRPr="008C5CF5">
        <w:rPr>
          <w:sz w:val="22"/>
          <w:lang w:val="sr-Latn-CS"/>
        </w:rPr>
        <w:t>,  распоређују се по програмској класификацији:</w:t>
      </w:r>
      <w:r w:rsidR="002A7833" w:rsidRPr="008C5CF5">
        <w:rPr>
          <w:sz w:val="22"/>
          <w:lang w:val="sr-Latn-CS"/>
        </w:rPr>
        <w:t>“</w:t>
      </w:r>
    </w:p>
    <w:p w:rsidR="00731471" w:rsidRPr="008C5CF5" w:rsidRDefault="00731471" w:rsidP="002A7833">
      <w:pPr>
        <w:ind w:firstLine="720"/>
        <w:jc w:val="both"/>
        <w:rPr>
          <w:sz w:val="22"/>
          <w:lang w:val="sr-Latn-CS"/>
        </w:rPr>
      </w:pPr>
    </w:p>
    <w:p w:rsidR="002F1D35" w:rsidRPr="008C5CF5" w:rsidRDefault="00FC70D0" w:rsidP="001E3D65">
      <w:pPr>
        <w:pStyle w:val="xl24"/>
        <w:spacing w:before="0" w:beforeAutospacing="0" w:after="0" w:afterAutospacing="0"/>
        <w:ind w:firstLine="708"/>
        <w:jc w:val="left"/>
        <w:rPr>
          <w:lang w:val="sr-Latn-CS"/>
        </w:rPr>
      </w:pPr>
      <w:r w:rsidRPr="008C5CF5">
        <w:rPr>
          <w:lang w:val="sr-Latn-CS"/>
        </w:rPr>
        <w:t>У члану 5</w:t>
      </w:r>
      <w:r w:rsidR="003725D1" w:rsidRPr="008C5CF5">
        <w:rPr>
          <w:lang w:val="sr-Latn-CS"/>
        </w:rPr>
        <w:t>4</w:t>
      </w:r>
      <w:r w:rsidR="003725D1" w:rsidRPr="008C5CF5">
        <w:rPr>
          <w:lang w:val="sr-Cyrl-RS"/>
        </w:rPr>
        <w:t>а</w:t>
      </w:r>
      <w:r w:rsidR="00927F23" w:rsidRPr="008C5CF5">
        <w:rPr>
          <w:lang w:val="sr-Latn-CS"/>
        </w:rPr>
        <w:t xml:space="preserve"> </w:t>
      </w:r>
      <w:r w:rsidRPr="008C5CF5">
        <w:rPr>
          <w:lang w:val="sr-Latn-CS"/>
        </w:rPr>
        <w:t xml:space="preserve">Буџета у табеларном делу врше се измене постојећих износа у колонама </w:t>
      </w:r>
      <w:r w:rsidR="002C4AF5" w:rsidRPr="008C5CF5">
        <w:rPr>
          <w:lang w:val="sr-Latn-CS"/>
        </w:rPr>
        <w:t>5</w:t>
      </w:r>
      <w:r w:rsidR="00927F23" w:rsidRPr="008C5CF5">
        <w:rPr>
          <w:lang w:val="sr-Latn-CS"/>
        </w:rPr>
        <w:t xml:space="preserve"> и 7</w:t>
      </w:r>
      <w:r w:rsidR="001E3D65" w:rsidRPr="008C5CF5">
        <w:rPr>
          <w:lang w:val="sr-Latn-CS"/>
        </w:rPr>
        <w:t xml:space="preserve"> са новим износима</w:t>
      </w:r>
      <w:r w:rsidR="003725D1" w:rsidRPr="008C5CF5">
        <w:t xml:space="preserve"> у колонама 6 и 8</w:t>
      </w:r>
      <w:r w:rsidR="001E3D65" w:rsidRPr="008C5CF5">
        <w:rPr>
          <w:lang w:val="sr-Latn-CS"/>
        </w:rPr>
        <w:t xml:space="preserve">, </w:t>
      </w:r>
      <w:r w:rsidR="000D536F" w:rsidRPr="008C5CF5">
        <w:rPr>
          <w:lang w:val="sr-Latn-CS"/>
        </w:rPr>
        <w:t xml:space="preserve">колона </w:t>
      </w:r>
      <w:r w:rsidR="000D536F" w:rsidRPr="008C5CF5">
        <w:rPr>
          <w:lang w:val="sr-Cyrl-RS"/>
        </w:rPr>
        <w:t>9</w:t>
      </w:r>
      <w:r w:rsidR="004C611F" w:rsidRPr="008C5CF5">
        <w:rPr>
          <w:lang w:val="sr-Latn-CS"/>
        </w:rPr>
        <w:t xml:space="preserve"> је нова колона која се додаје (није је било у иницијалном буџету), </w:t>
      </w:r>
      <w:r w:rsidR="00C8210D" w:rsidRPr="008C5CF5">
        <w:rPr>
          <w:lang w:val="sr-Cyrl-RS"/>
        </w:rPr>
        <w:t>к</w:t>
      </w:r>
      <w:r w:rsidR="000D536F" w:rsidRPr="008C5CF5">
        <w:rPr>
          <w:lang w:val="sr-Cyrl-RS"/>
        </w:rPr>
        <w:t>олона 10</w:t>
      </w:r>
      <w:r w:rsidR="00C8210D" w:rsidRPr="008C5CF5">
        <w:rPr>
          <w:lang w:val="sr-Cyrl-RS"/>
        </w:rPr>
        <w:t xml:space="preserve"> приказује укупна средства из свих извора након ребаланса</w:t>
      </w:r>
      <w:r w:rsidR="004C611F" w:rsidRPr="008C5CF5">
        <w:rPr>
          <w:lang w:val="sr-Latn-CS"/>
        </w:rPr>
        <w:t>, и то:</w:t>
      </w:r>
    </w:p>
    <w:p w:rsidR="00464CA0" w:rsidRPr="008C5CF5" w:rsidRDefault="00464CA0" w:rsidP="001E3D65">
      <w:pPr>
        <w:pStyle w:val="xl24"/>
        <w:spacing w:before="0" w:beforeAutospacing="0" w:after="0" w:afterAutospacing="0"/>
        <w:ind w:firstLine="708"/>
        <w:jc w:val="left"/>
        <w:rPr>
          <w:lang w:val="sr-Latn-CS"/>
        </w:rPr>
      </w:pPr>
    </w:p>
    <w:p w:rsidR="00464CA0" w:rsidRPr="008C5CF5" w:rsidRDefault="00464CA0" w:rsidP="001E3D65">
      <w:pPr>
        <w:pStyle w:val="xl24"/>
        <w:spacing w:before="0" w:beforeAutospacing="0" w:after="0" w:afterAutospacing="0"/>
        <w:ind w:firstLine="708"/>
        <w:jc w:val="left"/>
        <w:rPr>
          <w:lang w:val="sr-Cyrl-RS"/>
        </w:rPr>
      </w:pPr>
    </w:p>
    <w:tbl>
      <w:tblPr>
        <w:tblW w:w="12060" w:type="dxa"/>
        <w:jc w:val="center"/>
        <w:tblLook w:val="04A0" w:firstRow="1" w:lastRow="0" w:firstColumn="1" w:lastColumn="0" w:noHBand="0" w:noVBand="1"/>
      </w:tblPr>
      <w:tblGrid>
        <w:gridCol w:w="930"/>
        <w:gridCol w:w="930"/>
        <w:gridCol w:w="1174"/>
        <w:gridCol w:w="2017"/>
        <w:gridCol w:w="1251"/>
        <w:gridCol w:w="1260"/>
        <w:gridCol w:w="1180"/>
        <w:gridCol w:w="1120"/>
        <w:gridCol w:w="1026"/>
        <w:gridCol w:w="1251"/>
      </w:tblGrid>
      <w:tr w:rsidR="00464CA0" w:rsidRPr="008C5CF5" w:rsidTr="00464CA0">
        <w:trPr>
          <w:trHeight w:val="495"/>
          <w:jc w:val="center"/>
        </w:trPr>
        <w:tc>
          <w:tcPr>
            <w:tcW w:w="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Р.бр.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Шифра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Шифра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64CA0" w:rsidRPr="008C5CF5" w:rsidRDefault="00464CA0" w:rsidP="00464CA0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Буџет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Ребаланс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Буџет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Ребаланс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Ребаланс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64CA0" w:rsidRPr="008C5CF5" w:rsidRDefault="00464CA0" w:rsidP="00464CA0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Ребаланс - Укупна</w:t>
            </w:r>
          </w:p>
        </w:tc>
      </w:tr>
      <w:tr w:rsidR="00464CA0" w:rsidRPr="008C5CF5" w:rsidTr="00464CA0">
        <w:trPr>
          <w:trHeight w:val="300"/>
          <w:jc w:val="center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програма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програма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прогр.актив.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64CA0" w:rsidRPr="008C5CF5" w:rsidRDefault="00464CA0" w:rsidP="00464CA0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Назив програма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2026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2026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2026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2026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2026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средства</w:t>
            </w:r>
          </w:p>
        </w:tc>
      </w:tr>
      <w:tr w:rsidR="00464CA0" w:rsidRPr="008C5CF5" w:rsidTr="00464CA0">
        <w:trPr>
          <w:trHeight w:val="300"/>
          <w:jc w:val="center"/>
        </w:trPr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4CA0" w:rsidRPr="008C5CF5" w:rsidRDefault="00464CA0" w:rsidP="00464CA0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01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01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13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 </w:t>
            </w:r>
          </w:p>
        </w:tc>
      </w:tr>
      <w:tr w:rsidR="00464CA0" w:rsidRPr="008C5CF5" w:rsidTr="00464CA0">
        <w:trPr>
          <w:trHeight w:val="300"/>
          <w:jc w:val="center"/>
        </w:trPr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4CA0" w:rsidRPr="008C5CF5" w:rsidRDefault="00464CA0" w:rsidP="00464CA0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center"/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10</w:t>
            </w:r>
          </w:p>
        </w:tc>
      </w:tr>
      <w:tr w:rsidR="00464CA0" w:rsidRPr="008C5CF5" w:rsidTr="00464CA0">
        <w:trPr>
          <w:trHeight w:val="480"/>
          <w:jc w:val="center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color w:val="000000"/>
                <w:sz w:val="18"/>
                <w:szCs w:val="18"/>
                <w:lang w:eastAsia="en-GB"/>
              </w:rPr>
              <w:t>1101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4CA0" w:rsidRPr="008C5CF5" w:rsidRDefault="00464CA0" w:rsidP="00464CA0">
            <w:pPr>
              <w:rPr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color w:val="000000"/>
                <w:sz w:val="18"/>
                <w:szCs w:val="18"/>
                <w:lang w:eastAsia="en-GB"/>
              </w:rPr>
              <w:t>СТАНОВАЊЕ, УРБАНИЗАМ И ПРОСТОРНО ПЛАНИРАЊЕ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right"/>
              <w:rPr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color w:val="000000"/>
                <w:sz w:val="18"/>
                <w:szCs w:val="18"/>
                <w:lang w:eastAsia="en-GB"/>
              </w:rPr>
              <w:t>225.994.000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right"/>
              <w:rPr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color w:val="000000"/>
                <w:sz w:val="18"/>
                <w:szCs w:val="18"/>
                <w:lang w:eastAsia="en-GB"/>
              </w:rPr>
              <w:t>233.994.000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right"/>
              <w:rPr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color w:val="000000"/>
                <w:sz w:val="18"/>
                <w:szCs w:val="18"/>
                <w:lang w:eastAsia="en-GB"/>
              </w:rPr>
              <w:t>55.000.000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right"/>
              <w:rPr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color w:val="000000"/>
                <w:sz w:val="18"/>
                <w:szCs w:val="18"/>
                <w:lang w:eastAsia="en-GB"/>
              </w:rPr>
              <w:t>55.000.000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right"/>
              <w:rPr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right"/>
              <w:rPr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color w:val="000000"/>
                <w:sz w:val="18"/>
                <w:szCs w:val="18"/>
                <w:lang w:eastAsia="en-GB"/>
              </w:rPr>
              <w:t>295.094.000</w:t>
            </w:r>
          </w:p>
        </w:tc>
      </w:tr>
      <w:tr w:rsidR="00464CA0" w:rsidRPr="008C5CF5" w:rsidTr="00464CA0">
        <w:trPr>
          <w:trHeight w:val="480"/>
          <w:jc w:val="center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0002</w:t>
            </w:r>
          </w:p>
        </w:tc>
        <w:tc>
          <w:tcPr>
            <w:tcW w:w="37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64CA0" w:rsidRPr="008C5CF5" w:rsidRDefault="00464CA0" w:rsidP="00464CA0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Спровођење урбанистичких и просторних планова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147.000.000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155.500.000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55.000.000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55.000.000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210.500.000</w:t>
            </w:r>
          </w:p>
        </w:tc>
      </w:tr>
      <w:tr w:rsidR="00464CA0" w:rsidRPr="008C5CF5" w:rsidTr="00464CA0">
        <w:trPr>
          <w:trHeight w:val="300"/>
          <w:jc w:val="center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0003</w:t>
            </w:r>
          </w:p>
        </w:tc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4CA0" w:rsidRPr="008C5CF5" w:rsidRDefault="00464CA0" w:rsidP="00464CA0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Управљање грађевинским земљиштем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78.994.000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78.494.000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84.594.000</w:t>
            </w:r>
          </w:p>
        </w:tc>
      </w:tr>
      <w:tr w:rsidR="00464CA0" w:rsidRPr="008C5CF5" w:rsidTr="00464CA0">
        <w:trPr>
          <w:trHeight w:val="300"/>
          <w:jc w:val="center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color w:val="000000"/>
                <w:sz w:val="18"/>
                <w:szCs w:val="18"/>
                <w:lang w:eastAsia="en-GB"/>
              </w:rPr>
              <w:t>1102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64CA0" w:rsidRPr="008C5CF5" w:rsidRDefault="00464CA0" w:rsidP="00464CA0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color w:val="000000"/>
                <w:sz w:val="18"/>
                <w:szCs w:val="18"/>
                <w:lang w:eastAsia="en-GB"/>
              </w:rPr>
              <w:t>КОМУНАЛНЕ ДЕЛАТНОСТИ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right"/>
              <w:rPr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color w:val="000000"/>
                <w:sz w:val="18"/>
                <w:szCs w:val="18"/>
                <w:lang w:eastAsia="en-GB"/>
              </w:rPr>
              <w:t>216.904.000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right"/>
              <w:rPr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color w:val="000000"/>
                <w:sz w:val="18"/>
                <w:szCs w:val="18"/>
                <w:lang w:eastAsia="en-GB"/>
              </w:rPr>
              <w:t>225.133.000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right"/>
              <w:rPr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color w:val="000000"/>
                <w:sz w:val="18"/>
                <w:szCs w:val="18"/>
                <w:lang w:eastAsia="en-GB"/>
              </w:rPr>
              <w:t>20.557.000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right"/>
              <w:rPr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color w:val="000000"/>
                <w:sz w:val="18"/>
                <w:szCs w:val="18"/>
                <w:lang w:eastAsia="en-GB"/>
              </w:rPr>
              <w:t>28.900.672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right"/>
              <w:rPr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color w:val="000000"/>
                <w:sz w:val="18"/>
                <w:szCs w:val="18"/>
                <w:lang w:eastAsia="en-GB"/>
              </w:rPr>
              <w:t>2.222.000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right"/>
              <w:rPr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color w:val="000000"/>
                <w:sz w:val="18"/>
                <w:szCs w:val="18"/>
                <w:lang w:eastAsia="en-GB"/>
              </w:rPr>
              <w:t>266.756.204</w:t>
            </w:r>
          </w:p>
        </w:tc>
      </w:tr>
      <w:tr w:rsidR="00464CA0" w:rsidRPr="008C5CF5" w:rsidTr="00464CA0">
        <w:trPr>
          <w:trHeight w:val="300"/>
          <w:jc w:val="center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0001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64CA0" w:rsidRPr="008C5CF5" w:rsidRDefault="00464CA0" w:rsidP="00464CA0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Управљање/одржавање јавним осветљењем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107.600.000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97.600.000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97.600.000</w:t>
            </w:r>
          </w:p>
        </w:tc>
      </w:tr>
      <w:tr w:rsidR="00464CA0" w:rsidRPr="008C5CF5" w:rsidTr="00464CA0">
        <w:trPr>
          <w:trHeight w:val="480"/>
          <w:jc w:val="center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lastRenderedPageBreak/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0003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4CA0" w:rsidRPr="008C5CF5" w:rsidRDefault="00464CA0" w:rsidP="00464CA0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 xml:space="preserve">Одржавање чистоће на површинама јавне намене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103.804.000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106.582.000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2.222.000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108.804.000</w:t>
            </w:r>
          </w:p>
        </w:tc>
      </w:tr>
      <w:tr w:rsidR="00464CA0" w:rsidRPr="008C5CF5" w:rsidTr="00464CA0">
        <w:trPr>
          <w:trHeight w:val="495"/>
          <w:jc w:val="center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5002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4CA0" w:rsidRPr="008C5CF5" w:rsidRDefault="00464CA0" w:rsidP="00464CA0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Пројекат: „Санација постројења за пречишћавање воде и резервоара „Липова”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5.000.000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15.950.000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20.557.000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28.900.672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44.850.672</w:t>
            </w:r>
          </w:p>
        </w:tc>
      </w:tr>
      <w:tr w:rsidR="00464CA0" w:rsidRPr="008C5CF5" w:rsidTr="00464CA0">
        <w:trPr>
          <w:trHeight w:val="975"/>
          <w:jc w:val="center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5004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4CA0" w:rsidRPr="008C5CF5" w:rsidRDefault="00464CA0" w:rsidP="00464CA0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Пројекат: Замена постојећих извора светлости јавне расвете, ЛЕД светиљкама,  у делу Врњачке Бање и то: насељена места Грачац и Подунавци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4.501.000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15.001.532</w:t>
            </w:r>
          </w:p>
        </w:tc>
      </w:tr>
      <w:tr w:rsidR="00464CA0" w:rsidRPr="008C5CF5" w:rsidTr="00464CA0">
        <w:trPr>
          <w:trHeight w:val="300"/>
          <w:jc w:val="center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color w:val="000000"/>
                <w:sz w:val="18"/>
                <w:szCs w:val="18"/>
                <w:lang w:eastAsia="en-GB"/>
              </w:rPr>
              <w:t>1501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4CA0" w:rsidRPr="008C5CF5" w:rsidRDefault="00464CA0" w:rsidP="00464CA0">
            <w:pPr>
              <w:rPr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color w:val="000000"/>
                <w:sz w:val="18"/>
                <w:szCs w:val="18"/>
                <w:lang w:eastAsia="en-GB"/>
              </w:rPr>
              <w:t>ЛОКАЛНИ ЕКОНОМСКИ РАЗВОЈ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right"/>
              <w:rPr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color w:val="000000"/>
                <w:sz w:val="18"/>
                <w:szCs w:val="18"/>
                <w:lang w:eastAsia="en-GB"/>
              </w:rPr>
              <w:t>41.000.000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right"/>
              <w:rPr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color w:val="000000"/>
                <w:sz w:val="18"/>
                <w:szCs w:val="18"/>
                <w:lang w:eastAsia="en-GB"/>
              </w:rPr>
              <w:t>40.700.000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right"/>
              <w:rPr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right"/>
              <w:rPr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right"/>
              <w:rPr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right"/>
              <w:rPr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color w:val="000000"/>
                <w:sz w:val="18"/>
                <w:szCs w:val="18"/>
                <w:lang w:eastAsia="en-GB"/>
              </w:rPr>
              <w:t>40.700.000</w:t>
            </w:r>
          </w:p>
        </w:tc>
      </w:tr>
      <w:tr w:rsidR="00464CA0" w:rsidRPr="008C5CF5" w:rsidTr="00464CA0">
        <w:trPr>
          <w:trHeight w:val="300"/>
          <w:jc w:val="center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0002</w:t>
            </w:r>
          </w:p>
        </w:tc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4CA0" w:rsidRPr="008C5CF5" w:rsidRDefault="00464CA0" w:rsidP="00464CA0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Мере активне политике запошљавања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5.200.000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4.900.000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4.900.000</w:t>
            </w:r>
          </w:p>
        </w:tc>
      </w:tr>
      <w:tr w:rsidR="00464CA0" w:rsidRPr="008C5CF5" w:rsidTr="00464CA0">
        <w:trPr>
          <w:trHeight w:val="300"/>
          <w:jc w:val="center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color w:val="000000"/>
                <w:sz w:val="18"/>
                <w:szCs w:val="18"/>
                <w:lang w:eastAsia="en-GB"/>
              </w:rPr>
              <w:t>1502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4CA0" w:rsidRPr="008C5CF5" w:rsidRDefault="00464CA0" w:rsidP="00464CA0">
            <w:pPr>
              <w:rPr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color w:val="000000"/>
                <w:sz w:val="18"/>
                <w:szCs w:val="18"/>
                <w:lang w:eastAsia="en-GB"/>
              </w:rPr>
              <w:t>РАЗВОЈ ТУРИЗМА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right"/>
              <w:rPr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color w:val="000000"/>
                <w:sz w:val="18"/>
                <w:szCs w:val="18"/>
                <w:lang w:eastAsia="en-GB"/>
              </w:rPr>
              <w:t>161.415.000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right"/>
              <w:rPr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color w:val="000000"/>
                <w:sz w:val="18"/>
                <w:szCs w:val="18"/>
                <w:lang w:eastAsia="en-GB"/>
              </w:rPr>
              <w:t>203.313.000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right"/>
              <w:rPr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color w:val="000000"/>
                <w:sz w:val="18"/>
                <w:szCs w:val="18"/>
                <w:lang w:eastAsia="en-GB"/>
              </w:rPr>
              <w:t>10.673.000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right"/>
              <w:rPr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color w:val="000000"/>
                <w:sz w:val="18"/>
                <w:szCs w:val="18"/>
                <w:lang w:eastAsia="en-GB"/>
              </w:rPr>
              <w:t>10.673.000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right"/>
              <w:rPr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right"/>
              <w:rPr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color w:val="000000"/>
                <w:sz w:val="18"/>
                <w:szCs w:val="18"/>
                <w:lang w:eastAsia="en-GB"/>
              </w:rPr>
              <w:t>247.136.000</w:t>
            </w:r>
          </w:p>
        </w:tc>
      </w:tr>
      <w:tr w:rsidR="00464CA0" w:rsidRPr="008C5CF5" w:rsidTr="00464CA0">
        <w:trPr>
          <w:trHeight w:val="300"/>
          <w:jc w:val="center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0001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4CA0" w:rsidRPr="008C5CF5" w:rsidRDefault="00464CA0" w:rsidP="00464CA0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Управљање развојем туризма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59.515.000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59.715.000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61.365.000</w:t>
            </w:r>
          </w:p>
        </w:tc>
      </w:tr>
      <w:tr w:rsidR="00464CA0" w:rsidRPr="008C5CF5" w:rsidTr="00464CA0">
        <w:trPr>
          <w:trHeight w:val="300"/>
          <w:jc w:val="center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0002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4CA0" w:rsidRPr="008C5CF5" w:rsidRDefault="00464CA0" w:rsidP="00464CA0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Промоција туристичке понуде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95.800.000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133.632.000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135.132.000</w:t>
            </w:r>
          </w:p>
        </w:tc>
      </w:tr>
      <w:tr w:rsidR="00464CA0" w:rsidRPr="008C5CF5" w:rsidTr="00464CA0">
        <w:trPr>
          <w:trHeight w:val="495"/>
          <w:jc w:val="center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4009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4CA0" w:rsidRPr="008C5CF5" w:rsidRDefault="00464CA0" w:rsidP="00464CA0">
            <w:pPr>
              <w:rPr>
                <w:b/>
                <w:bCs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sz w:val="18"/>
                <w:szCs w:val="18"/>
                <w:lang w:eastAsia="en-GB"/>
              </w:rPr>
              <w:t>Пројекат: Дечије игралиште у централном парку Врњачке Бање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100.000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3.966.000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10.673.000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10.673.000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14.639.000</w:t>
            </w:r>
          </w:p>
        </w:tc>
      </w:tr>
      <w:tr w:rsidR="00464CA0" w:rsidRPr="008C5CF5" w:rsidTr="00464CA0">
        <w:trPr>
          <w:trHeight w:val="300"/>
          <w:jc w:val="center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6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color w:val="000000"/>
                <w:sz w:val="18"/>
                <w:szCs w:val="18"/>
                <w:lang w:eastAsia="en-GB"/>
              </w:rPr>
              <w:t>0401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4CA0" w:rsidRPr="008C5CF5" w:rsidRDefault="00464CA0" w:rsidP="00464CA0">
            <w:pPr>
              <w:rPr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color w:val="000000"/>
                <w:sz w:val="18"/>
                <w:szCs w:val="18"/>
                <w:lang w:eastAsia="en-GB"/>
              </w:rPr>
              <w:t>ЗАШТИТА ЖИВОТНЕ СРЕДИНЕ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right"/>
              <w:rPr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color w:val="000000"/>
                <w:sz w:val="18"/>
                <w:szCs w:val="18"/>
                <w:lang w:eastAsia="en-GB"/>
              </w:rPr>
              <w:t>2.786.000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right"/>
              <w:rPr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color w:val="000000"/>
                <w:sz w:val="18"/>
                <w:szCs w:val="18"/>
                <w:lang w:eastAsia="en-GB"/>
              </w:rPr>
              <w:t>1.886.000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right"/>
              <w:rPr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right"/>
              <w:rPr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right"/>
              <w:rPr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right"/>
              <w:rPr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color w:val="000000"/>
                <w:sz w:val="18"/>
                <w:szCs w:val="18"/>
                <w:lang w:eastAsia="en-GB"/>
              </w:rPr>
              <w:t>6.600.296</w:t>
            </w:r>
          </w:p>
        </w:tc>
      </w:tr>
      <w:tr w:rsidR="00464CA0" w:rsidRPr="008C5CF5" w:rsidTr="00464CA0">
        <w:trPr>
          <w:trHeight w:val="300"/>
          <w:jc w:val="center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0001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4CA0" w:rsidRPr="008C5CF5" w:rsidRDefault="00464CA0" w:rsidP="00464CA0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Управљање заштитом животне средине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1.584.000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684.000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684.000</w:t>
            </w:r>
          </w:p>
        </w:tc>
      </w:tr>
      <w:tr w:rsidR="00464CA0" w:rsidRPr="008C5CF5" w:rsidTr="00464CA0">
        <w:trPr>
          <w:trHeight w:val="480"/>
          <w:jc w:val="center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color w:val="000000"/>
                <w:sz w:val="18"/>
                <w:szCs w:val="18"/>
                <w:lang w:eastAsia="en-GB"/>
              </w:rPr>
              <w:t>0701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64CA0" w:rsidRPr="008C5CF5" w:rsidRDefault="00464CA0" w:rsidP="00464CA0">
            <w:pPr>
              <w:rPr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color w:val="000000"/>
                <w:sz w:val="18"/>
                <w:szCs w:val="18"/>
                <w:lang w:eastAsia="en-GB"/>
              </w:rPr>
              <w:t>ОРГАНИЗАЦИЈА САОБРАЋАЈА И САОБРАЋАЈНА ИНФРАСТРУКТУРА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right"/>
              <w:rPr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color w:val="000000"/>
                <w:sz w:val="18"/>
                <w:szCs w:val="18"/>
                <w:lang w:eastAsia="en-GB"/>
              </w:rPr>
              <w:t>14.000.000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right"/>
              <w:rPr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color w:val="000000"/>
                <w:sz w:val="18"/>
                <w:szCs w:val="18"/>
                <w:lang w:eastAsia="en-GB"/>
              </w:rPr>
              <w:t>18.000.000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right"/>
              <w:rPr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right"/>
              <w:rPr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right"/>
              <w:rPr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right"/>
              <w:rPr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color w:val="000000"/>
                <w:sz w:val="18"/>
                <w:szCs w:val="18"/>
                <w:lang w:eastAsia="en-GB"/>
              </w:rPr>
              <w:t>18.000.000</w:t>
            </w:r>
          </w:p>
        </w:tc>
      </w:tr>
      <w:tr w:rsidR="00464CA0" w:rsidRPr="008C5CF5" w:rsidTr="00464CA0">
        <w:trPr>
          <w:trHeight w:val="480"/>
          <w:jc w:val="center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0002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64CA0" w:rsidRPr="008C5CF5" w:rsidRDefault="00464CA0" w:rsidP="00464CA0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Управљање и одржавање саобраћајне инфраструктурe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5.000.000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9.000.000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9.000.000</w:t>
            </w:r>
          </w:p>
        </w:tc>
      </w:tr>
      <w:tr w:rsidR="00464CA0" w:rsidRPr="008C5CF5" w:rsidTr="00464CA0">
        <w:trPr>
          <w:trHeight w:val="300"/>
          <w:jc w:val="center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color w:val="000000"/>
                <w:sz w:val="18"/>
                <w:szCs w:val="18"/>
                <w:lang w:eastAsia="en-GB"/>
              </w:rPr>
              <w:t>2002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4CA0" w:rsidRPr="008C5CF5" w:rsidRDefault="00464CA0" w:rsidP="00464CA0">
            <w:pPr>
              <w:rPr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color w:val="000000"/>
                <w:sz w:val="18"/>
                <w:szCs w:val="18"/>
                <w:lang w:eastAsia="en-GB"/>
              </w:rPr>
              <w:t xml:space="preserve">ПРЕДШКОЛСКО ВАСПИТАЊЕ 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right"/>
              <w:rPr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color w:val="000000"/>
                <w:sz w:val="18"/>
                <w:szCs w:val="18"/>
                <w:lang w:eastAsia="en-GB"/>
              </w:rPr>
              <w:t>341.242.000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right"/>
              <w:rPr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color w:val="000000"/>
                <w:sz w:val="18"/>
                <w:szCs w:val="18"/>
                <w:lang w:eastAsia="en-GB"/>
              </w:rPr>
              <w:t>335.742.000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right"/>
              <w:rPr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right"/>
              <w:rPr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right"/>
              <w:rPr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right"/>
              <w:rPr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color w:val="000000"/>
                <w:sz w:val="18"/>
                <w:szCs w:val="18"/>
                <w:lang w:eastAsia="en-GB"/>
              </w:rPr>
              <w:t>336.042.000</w:t>
            </w:r>
          </w:p>
        </w:tc>
      </w:tr>
      <w:tr w:rsidR="00464CA0" w:rsidRPr="008C5CF5" w:rsidTr="00464CA0">
        <w:trPr>
          <w:trHeight w:val="480"/>
          <w:jc w:val="center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0002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4CA0" w:rsidRPr="008C5CF5" w:rsidRDefault="00464CA0" w:rsidP="00464CA0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Функционисање и остваривање предшколског васпитања и образовања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341.242.000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335.742.000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336.042.000</w:t>
            </w:r>
          </w:p>
        </w:tc>
      </w:tr>
      <w:tr w:rsidR="00464CA0" w:rsidRPr="008C5CF5" w:rsidTr="00464CA0">
        <w:trPr>
          <w:trHeight w:val="300"/>
          <w:jc w:val="center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lastRenderedPageBreak/>
              <w:t>9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color w:val="000000"/>
                <w:sz w:val="18"/>
                <w:szCs w:val="18"/>
                <w:lang w:eastAsia="en-GB"/>
              </w:rPr>
              <w:t>2003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4CA0" w:rsidRPr="008C5CF5" w:rsidRDefault="00464CA0" w:rsidP="00464CA0">
            <w:pPr>
              <w:rPr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color w:val="000000"/>
                <w:sz w:val="18"/>
                <w:szCs w:val="18"/>
                <w:lang w:eastAsia="en-GB"/>
              </w:rPr>
              <w:t>ОСНОВНО ОБРАЗОВАЊЕ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right"/>
              <w:rPr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color w:val="000000"/>
                <w:sz w:val="18"/>
                <w:szCs w:val="18"/>
                <w:lang w:eastAsia="en-GB"/>
              </w:rPr>
              <w:t>85.618.000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right"/>
              <w:rPr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color w:val="000000"/>
                <w:sz w:val="18"/>
                <w:szCs w:val="18"/>
                <w:lang w:eastAsia="en-GB"/>
              </w:rPr>
              <w:t>88.118.000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25.000.000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25.000.000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2.700.000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right"/>
              <w:rPr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color w:val="000000"/>
                <w:sz w:val="18"/>
                <w:szCs w:val="18"/>
                <w:lang w:eastAsia="en-GB"/>
              </w:rPr>
              <w:t>115.818.000</w:t>
            </w:r>
          </w:p>
        </w:tc>
      </w:tr>
      <w:tr w:rsidR="00464CA0" w:rsidRPr="008C5CF5" w:rsidTr="00464CA0">
        <w:trPr>
          <w:trHeight w:val="300"/>
          <w:jc w:val="center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0001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4CA0" w:rsidRPr="008C5CF5" w:rsidRDefault="00464CA0" w:rsidP="00464CA0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Реализација делатности основног образовања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85.618.000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88.118.000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25.000.000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25.000.000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2.700.000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115.818.000</w:t>
            </w:r>
          </w:p>
        </w:tc>
      </w:tr>
      <w:tr w:rsidR="00464CA0" w:rsidRPr="008C5CF5" w:rsidTr="00464CA0">
        <w:trPr>
          <w:trHeight w:val="300"/>
          <w:jc w:val="center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11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color w:val="000000"/>
                <w:sz w:val="18"/>
                <w:szCs w:val="18"/>
                <w:lang w:eastAsia="en-GB"/>
              </w:rPr>
              <w:t>0902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4CA0" w:rsidRPr="008C5CF5" w:rsidRDefault="00464CA0" w:rsidP="00464CA0">
            <w:pPr>
              <w:rPr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color w:val="000000"/>
                <w:sz w:val="18"/>
                <w:szCs w:val="18"/>
                <w:lang w:eastAsia="en-GB"/>
              </w:rPr>
              <w:t>СОЦИЈАЛНА И ДЕЧЈА ЗАШТИТА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right"/>
              <w:rPr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color w:val="000000"/>
                <w:sz w:val="18"/>
                <w:szCs w:val="18"/>
                <w:lang w:eastAsia="en-GB"/>
              </w:rPr>
              <w:t>178.064.000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right"/>
              <w:rPr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color w:val="000000"/>
                <w:sz w:val="18"/>
                <w:szCs w:val="18"/>
                <w:lang w:eastAsia="en-GB"/>
              </w:rPr>
              <w:t>151.977.000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right"/>
              <w:rPr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right"/>
              <w:rPr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right"/>
              <w:rPr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right"/>
              <w:rPr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color w:val="000000"/>
                <w:sz w:val="18"/>
                <w:szCs w:val="18"/>
                <w:lang w:eastAsia="en-GB"/>
              </w:rPr>
              <w:t>158.707.000</w:t>
            </w:r>
          </w:p>
        </w:tc>
      </w:tr>
      <w:tr w:rsidR="00464CA0" w:rsidRPr="008C5CF5" w:rsidTr="00464CA0">
        <w:trPr>
          <w:trHeight w:val="300"/>
          <w:jc w:val="center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0001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64CA0" w:rsidRPr="008C5CF5" w:rsidRDefault="00464CA0" w:rsidP="00464CA0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Једнократне помоћи и други облици помоћи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35.000.000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24.050.000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30.780.000</w:t>
            </w:r>
          </w:p>
        </w:tc>
      </w:tr>
      <w:tr w:rsidR="00464CA0" w:rsidRPr="008C5CF5" w:rsidTr="00464CA0">
        <w:trPr>
          <w:trHeight w:val="480"/>
          <w:jc w:val="center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0018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64CA0" w:rsidRPr="008C5CF5" w:rsidRDefault="00464CA0" w:rsidP="00464CA0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Подршка реализацији програма Црвеног крста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15.000.000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16.000.000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16.000.000</w:t>
            </w:r>
          </w:p>
        </w:tc>
      </w:tr>
      <w:tr w:rsidR="00464CA0" w:rsidRPr="008C5CF5" w:rsidTr="00464CA0">
        <w:trPr>
          <w:trHeight w:val="300"/>
          <w:jc w:val="center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0019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4CA0" w:rsidRPr="008C5CF5" w:rsidRDefault="00464CA0" w:rsidP="00464CA0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Подршка деци и породицама са децом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102.600.000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86.053.000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86.053.000</w:t>
            </w:r>
          </w:p>
        </w:tc>
      </w:tr>
      <w:tr w:rsidR="00464CA0" w:rsidRPr="008C5CF5" w:rsidTr="00464CA0">
        <w:trPr>
          <w:trHeight w:val="300"/>
          <w:jc w:val="center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0020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4CA0" w:rsidRPr="008C5CF5" w:rsidRDefault="00464CA0" w:rsidP="00464CA0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Подршка рађању и родитељству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1.300.000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1.000.000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1.000.000</w:t>
            </w:r>
          </w:p>
        </w:tc>
      </w:tr>
      <w:tr w:rsidR="00464CA0" w:rsidRPr="008C5CF5" w:rsidTr="00464CA0">
        <w:trPr>
          <w:trHeight w:val="300"/>
          <w:jc w:val="center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0021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4CA0" w:rsidRPr="008C5CF5" w:rsidRDefault="00464CA0" w:rsidP="00464CA0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Подршка особама са инвалидитетом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5.500.000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6.500.000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6.500.000</w:t>
            </w:r>
          </w:p>
        </w:tc>
      </w:tr>
      <w:tr w:rsidR="00464CA0" w:rsidRPr="008C5CF5" w:rsidTr="00464CA0">
        <w:trPr>
          <w:trHeight w:val="1200"/>
          <w:jc w:val="center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4007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64CA0" w:rsidRPr="008C5CF5" w:rsidRDefault="00464CA0" w:rsidP="00464CA0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Пројекат: ИПА 2020 – Унапређење локалног система социјалне заштите – Ширење пружања локалне социјалне услуге „Помоћ у кући за старије“ у руралним подручјима Врњачке Бање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1.413.000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1.123.000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1.123.000</w:t>
            </w:r>
          </w:p>
        </w:tc>
      </w:tr>
      <w:tr w:rsidR="00464CA0" w:rsidRPr="008C5CF5" w:rsidTr="00464CA0">
        <w:trPr>
          <w:trHeight w:val="300"/>
          <w:jc w:val="center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12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color w:val="000000"/>
                <w:sz w:val="18"/>
                <w:szCs w:val="18"/>
                <w:lang w:eastAsia="en-GB"/>
              </w:rPr>
              <w:t>1801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64CA0" w:rsidRPr="008C5CF5" w:rsidRDefault="00464CA0" w:rsidP="00464CA0">
            <w:pPr>
              <w:rPr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color w:val="000000"/>
                <w:sz w:val="18"/>
                <w:szCs w:val="18"/>
                <w:lang w:eastAsia="en-GB"/>
              </w:rPr>
              <w:t>ЗДРАВСТВЕНА ЗАШТИТА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right"/>
              <w:rPr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color w:val="000000"/>
                <w:sz w:val="18"/>
                <w:szCs w:val="18"/>
                <w:lang w:eastAsia="en-GB"/>
              </w:rPr>
              <w:t>27.650.000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right"/>
              <w:rPr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color w:val="000000"/>
                <w:sz w:val="18"/>
                <w:szCs w:val="18"/>
                <w:lang w:eastAsia="en-GB"/>
              </w:rPr>
              <w:t>27.250.000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right"/>
              <w:rPr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right"/>
              <w:rPr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right"/>
              <w:rPr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right"/>
              <w:rPr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color w:val="000000"/>
                <w:sz w:val="18"/>
                <w:szCs w:val="18"/>
                <w:lang w:eastAsia="en-GB"/>
              </w:rPr>
              <w:t>27.250.000</w:t>
            </w:r>
          </w:p>
        </w:tc>
      </w:tr>
      <w:tr w:rsidR="00464CA0" w:rsidRPr="008C5CF5" w:rsidTr="00464CA0">
        <w:trPr>
          <w:trHeight w:val="495"/>
          <w:jc w:val="center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0003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4CA0" w:rsidRPr="008C5CF5" w:rsidRDefault="00464CA0" w:rsidP="00464CA0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Спровођење активности из области друштвене бриге за јавно здравље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2.550.000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2.150.000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2.150.000</w:t>
            </w:r>
          </w:p>
        </w:tc>
      </w:tr>
      <w:tr w:rsidR="00464CA0" w:rsidRPr="008C5CF5" w:rsidTr="00464CA0">
        <w:trPr>
          <w:trHeight w:val="300"/>
          <w:jc w:val="center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13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color w:val="000000"/>
                <w:sz w:val="18"/>
                <w:szCs w:val="18"/>
                <w:lang w:eastAsia="en-GB"/>
              </w:rPr>
              <w:t>1201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4CA0" w:rsidRPr="008C5CF5" w:rsidRDefault="00464CA0" w:rsidP="00464CA0">
            <w:pPr>
              <w:rPr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color w:val="000000"/>
                <w:sz w:val="18"/>
                <w:szCs w:val="18"/>
                <w:lang w:eastAsia="en-GB"/>
              </w:rPr>
              <w:t>РАЗВОЈ КУЛТУРЕ И ИНФОРМИСАЊА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right"/>
              <w:rPr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color w:val="000000"/>
                <w:sz w:val="18"/>
                <w:szCs w:val="18"/>
                <w:lang w:eastAsia="en-GB"/>
              </w:rPr>
              <w:t>200.521.000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right"/>
              <w:rPr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color w:val="000000"/>
                <w:sz w:val="18"/>
                <w:szCs w:val="18"/>
                <w:lang w:eastAsia="en-GB"/>
              </w:rPr>
              <w:t>206.955.000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right"/>
              <w:rPr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right"/>
              <w:rPr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right"/>
              <w:rPr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right"/>
              <w:rPr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color w:val="000000"/>
                <w:sz w:val="18"/>
                <w:szCs w:val="18"/>
                <w:lang w:eastAsia="en-GB"/>
              </w:rPr>
              <w:t>221.305.000</w:t>
            </w:r>
          </w:p>
        </w:tc>
      </w:tr>
      <w:tr w:rsidR="00464CA0" w:rsidRPr="008C5CF5" w:rsidTr="00464CA0">
        <w:trPr>
          <w:trHeight w:val="300"/>
          <w:jc w:val="center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0001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4CA0" w:rsidRPr="008C5CF5" w:rsidRDefault="00464CA0" w:rsidP="00464CA0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Функционисање локалних установа културе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179.295.000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185.024.000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193.374.000</w:t>
            </w:r>
          </w:p>
        </w:tc>
      </w:tr>
      <w:tr w:rsidR="00464CA0" w:rsidRPr="008C5CF5" w:rsidTr="00464CA0">
        <w:trPr>
          <w:trHeight w:val="735"/>
          <w:jc w:val="center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5002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4CA0" w:rsidRPr="008C5CF5" w:rsidRDefault="00464CA0" w:rsidP="00464CA0">
            <w:pPr>
              <w:rPr>
                <w:sz w:val="18"/>
                <w:szCs w:val="18"/>
                <w:lang w:eastAsia="en-GB"/>
              </w:rPr>
            </w:pPr>
            <w:r w:rsidRPr="008C5CF5">
              <w:rPr>
                <w:sz w:val="18"/>
                <w:szCs w:val="18"/>
                <w:lang w:eastAsia="en-GB"/>
              </w:rPr>
              <w:t>Пројекат: Санација и конзерваторско-рестаураторски радови на делу објекта Дворац Белимарковић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705.000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6.705.000</w:t>
            </w:r>
          </w:p>
        </w:tc>
      </w:tr>
      <w:tr w:rsidR="00464CA0" w:rsidRPr="008C5CF5" w:rsidTr="00464CA0">
        <w:trPr>
          <w:trHeight w:val="300"/>
          <w:jc w:val="center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14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color w:val="000000"/>
                <w:sz w:val="18"/>
                <w:szCs w:val="18"/>
                <w:lang w:eastAsia="en-GB"/>
              </w:rPr>
              <w:t>1301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4CA0" w:rsidRPr="008C5CF5" w:rsidRDefault="00464CA0" w:rsidP="00464CA0">
            <w:pPr>
              <w:rPr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color w:val="000000"/>
                <w:sz w:val="18"/>
                <w:szCs w:val="18"/>
                <w:lang w:eastAsia="en-GB"/>
              </w:rPr>
              <w:t>РАЗВОЈ СПОРТА И ОМЛАДИНЕ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right"/>
              <w:rPr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color w:val="000000"/>
                <w:sz w:val="18"/>
                <w:szCs w:val="18"/>
                <w:lang w:eastAsia="en-GB"/>
              </w:rPr>
              <w:t>191.573.000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right"/>
              <w:rPr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color w:val="000000"/>
                <w:sz w:val="18"/>
                <w:szCs w:val="18"/>
                <w:lang w:eastAsia="en-GB"/>
              </w:rPr>
              <w:t>196.964.000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right"/>
              <w:rPr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right"/>
              <w:rPr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right"/>
              <w:rPr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right"/>
              <w:rPr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color w:val="000000"/>
                <w:sz w:val="18"/>
                <w:szCs w:val="18"/>
                <w:lang w:eastAsia="en-GB"/>
              </w:rPr>
              <w:t>204.970.000</w:t>
            </w:r>
          </w:p>
        </w:tc>
      </w:tr>
      <w:tr w:rsidR="00464CA0" w:rsidRPr="008C5CF5" w:rsidTr="00464CA0">
        <w:trPr>
          <w:trHeight w:val="480"/>
          <w:jc w:val="center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0001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4CA0" w:rsidRPr="008C5CF5" w:rsidRDefault="00464CA0" w:rsidP="00464CA0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 xml:space="preserve">Подршка локалним спортским организацијама, удружењима и савезима 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34.000.000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35.200.000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35.200.000</w:t>
            </w:r>
          </w:p>
        </w:tc>
      </w:tr>
      <w:tr w:rsidR="00464CA0" w:rsidRPr="008C5CF5" w:rsidTr="00464CA0">
        <w:trPr>
          <w:trHeight w:val="300"/>
          <w:jc w:val="center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lastRenderedPageBreak/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0004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4CA0" w:rsidRPr="008C5CF5" w:rsidRDefault="00464CA0" w:rsidP="00464CA0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Функционисање локалних спортских установа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152.514.000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155.105.000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163.111.000</w:t>
            </w:r>
          </w:p>
        </w:tc>
      </w:tr>
      <w:tr w:rsidR="00464CA0" w:rsidRPr="008C5CF5" w:rsidTr="00464CA0">
        <w:trPr>
          <w:trHeight w:val="300"/>
          <w:jc w:val="center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0005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4CA0" w:rsidRPr="008C5CF5" w:rsidRDefault="00464CA0" w:rsidP="00464CA0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Спровођење омладинске политике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4.739.000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6.339.000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6.339.000</w:t>
            </w:r>
          </w:p>
        </w:tc>
      </w:tr>
      <w:tr w:rsidR="00464CA0" w:rsidRPr="008C5CF5" w:rsidTr="00464CA0">
        <w:trPr>
          <w:trHeight w:val="480"/>
          <w:jc w:val="center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15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color w:val="000000"/>
                <w:sz w:val="18"/>
                <w:szCs w:val="18"/>
                <w:lang w:eastAsia="en-GB"/>
              </w:rPr>
              <w:t>0602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4CA0" w:rsidRPr="008C5CF5" w:rsidRDefault="00464CA0" w:rsidP="00464CA0">
            <w:pPr>
              <w:rPr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color w:val="000000"/>
                <w:sz w:val="18"/>
                <w:szCs w:val="18"/>
                <w:lang w:eastAsia="en-GB"/>
              </w:rPr>
              <w:t>ОПШТЕ УСЛУГЕ ЛОКАЛНЕ САМОУПРАВЕ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right"/>
              <w:rPr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color w:val="000000"/>
                <w:sz w:val="18"/>
                <w:szCs w:val="18"/>
                <w:lang w:eastAsia="en-GB"/>
              </w:rPr>
              <w:t>556.649.000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right"/>
              <w:rPr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color w:val="000000"/>
                <w:sz w:val="18"/>
                <w:szCs w:val="18"/>
                <w:lang w:eastAsia="en-GB"/>
              </w:rPr>
              <w:t>513.184.000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right"/>
              <w:rPr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right"/>
              <w:rPr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right"/>
              <w:rPr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color w:val="000000"/>
                <w:sz w:val="18"/>
                <w:szCs w:val="18"/>
                <w:lang w:eastAsia="en-GB"/>
              </w:rPr>
              <w:t>33.600.000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right"/>
              <w:rPr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color w:val="000000"/>
                <w:sz w:val="18"/>
                <w:szCs w:val="18"/>
                <w:lang w:eastAsia="en-GB"/>
              </w:rPr>
              <w:t>546.784.000</w:t>
            </w:r>
          </w:p>
        </w:tc>
      </w:tr>
      <w:tr w:rsidR="00464CA0" w:rsidRPr="008C5CF5" w:rsidTr="00464CA0">
        <w:trPr>
          <w:trHeight w:val="300"/>
          <w:jc w:val="center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0001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4CA0" w:rsidRPr="008C5CF5" w:rsidRDefault="00464CA0" w:rsidP="00464CA0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Функционисање локалне самоуправе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419.755.000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416.705.000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33.600.000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450.305.000</w:t>
            </w:r>
          </w:p>
        </w:tc>
      </w:tr>
      <w:tr w:rsidR="00464CA0" w:rsidRPr="008C5CF5" w:rsidTr="00464CA0">
        <w:trPr>
          <w:trHeight w:val="300"/>
          <w:jc w:val="center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0002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4CA0" w:rsidRPr="008C5CF5" w:rsidRDefault="00464CA0" w:rsidP="00464CA0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Функционисање месних заједница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7.110.000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7.947.000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7.947.000</w:t>
            </w:r>
          </w:p>
        </w:tc>
      </w:tr>
      <w:tr w:rsidR="00464CA0" w:rsidRPr="008C5CF5" w:rsidTr="00464CA0">
        <w:trPr>
          <w:trHeight w:val="300"/>
          <w:jc w:val="center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0003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4CA0" w:rsidRPr="008C5CF5" w:rsidRDefault="00464CA0" w:rsidP="00464CA0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Сервисирање јавног дуга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57.254.000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51.254.000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51.254.000</w:t>
            </w:r>
          </w:p>
        </w:tc>
      </w:tr>
      <w:tr w:rsidR="00464CA0" w:rsidRPr="008C5CF5" w:rsidTr="00464CA0">
        <w:trPr>
          <w:trHeight w:val="300"/>
          <w:jc w:val="center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0004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4CA0" w:rsidRPr="008C5CF5" w:rsidRDefault="00464CA0" w:rsidP="00464CA0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Општинско правобранилаштво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21.399.000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21.249.000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21.249.000</w:t>
            </w:r>
          </w:p>
        </w:tc>
      </w:tr>
      <w:tr w:rsidR="00464CA0" w:rsidRPr="008C5CF5" w:rsidTr="00464CA0">
        <w:trPr>
          <w:trHeight w:val="300"/>
          <w:jc w:val="center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0009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4CA0" w:rsidRPr="008C5CF5" w:rsidRDefault="00464CA0" w:rsidP="00464CA0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Текућа буџетска резерва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41.500.000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6.122.000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6.122.000</w:t>
            </w:r>
          </w:p>
        </w:tc>
      </w:tr>
      <w:tr w:rsidR="00464CA0" w:rsidRPr="008C5CF5" w:rsidTr="00464CA0">
        <w:trPr>
          <w:trHeight w:val="300"/>
          <w:jc w:val="center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0010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4CA0" w:rsidRPr="008C5CF5" w:rsidRDefault="00464CA0" w:rsidP="00464CA0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Стална буџетска резерва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500.000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100.000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100.000</w:t>
            </w:r>
          </w:p>
        </w:tc>
      </w:tr>
      <w:tr w:rsidR="00464CA0" w:rsidRPr="008C5CF5" w:rsidTr="00464CA0">
        <w:trPr>
          <w:trHeight w:val="300"/>
          <w:jc w:val="center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0014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4CA0" w:rsidRPr="008C5CF5" w:rsidRDefault="00464CA0" w:rsidP="00464CA0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Управљање у ванредним ситуацијама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7.400.000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8.076.000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8.076.000</w:t>
            </w:r>
          </w:p>
        </w:tc>
      </w:tr>
      <w:tr w:rsidR="00464CA0" w:rsidRPr="008C5CF5" w:rsidTr="00464CA0">
        <w:trPr>
          <w:trHeight w:val="480"/>
          <w:jc w:val="center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16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color w:val="000000"/>
                <w:sz w:val="18"/>
                <w:szCs w:val="18"/>
                <w:lang w:eastAsia="en-GB"/>
              </w:rPr>
              <w:t>2101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4CA0" w:rsidRPr="008C5CF5" w:rsidRDefault="00464CA0" w:rsidP="00464CA0">
            <w:pPr>
              <w:rPr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color w:val="000000"/>
                <w:sz w:val="18"/>
                <w:szCs w:val="18"/>
                <w:lang w:eastAsia="en-GB"/>
              </w:rPr>
              <w:t>ПОЛИТИЧКИ СИСТЕМ ЛОКАЛНЕ САМОУПРАВЕ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right"/>
              <w:rPr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color w:val="000000"/>
                <w:sz w:val="18"/>
                <w:szCs w:val="18"/>
                <w:lang w:eastAsia="en-GB"/>
              </w:rPr>
              <w:t>93.110.000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right"/>
              <w:rPr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color w:val="000000"/>
                <w:sz w:val="18"/>
                <w:szCs w:val="18"/>
                <w:lang w:eastAsia="en-GB"/>
              </w:rPr>
              <w:t>93.310.000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right"/>
              <w:rPr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right"/>
              <w:rPr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right"/>
              <w:rPr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right"/>
              <w:rPr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color w:val="000000"/>
                <w:sz w:val="18"/>
                <w:szCs w:val="18"/>
                <w:lang w:eastAsia="en-GB"/>
              </w:rPr>
              <w:t>93.310.000</w:t>
            </w:r>
          </w:p>
        </w:tc>
      </w:tr>
      <w:tr w:rsidR="00464CA0" w:rsidRPr="008C5CF5" w:rsidTr="00464CA0">
        <w:trPr>
          <w:trHeight w:val="300"/>
          <w:jc w:val="center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0001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4CA0" w:rsidRPr="008C5CF5" w:rsidRDefault="00464CA0" w:rsidP="00464CA0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Функционисање скупштине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41.730.000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40.580.000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40.580.000</w:t>
            </w:r>
          </w:p>
        </w:tc>
      </w:tr>
      <w:tr w:rsidR="00464CA0" w:rsidRPr="008C5CF5" w:rsidTr="00464CA0">
        <w:trPr>
          <w:trHeight w:val="300"/>
          <w:jc w:val="center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0002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4CA0" w:rsidRPr="008C5CF5" w:rsidRDefault="00464CA0" w:rsidP="00464CA0">
            <w:pPr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Функционисање извршних органа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51.380.000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52.730.000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right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52.730.000</w:t>
            </w:r>
          </w:p>
        </w:tc>
      </w:tr>
      <w:tr w:rsidR="00464CA0" w:rsidRPr="008C5CF5" w:rsidTr="00464CA0">
        <w:trPr>
          <w:trHeight w:val="300"/>
          <w:jc w:val="center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4CA0" w:rsidRPr="008C5CF5" w:rsidRDefault="00464CA0" w:rsidP="00464CA0">
            <w:pPr>
              <w:jc w:val="right"/>
              <w:rPr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right"/>
              <w:rPr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color w:val="000000"/>
                <w:sz w:val="18"/>
                <w:szCs w:val="18"/>
                <w:lang w:eastAsia="en-GB"/>
              </w:rPr>
              <w:t>2.402.796.000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right"/>
              <w:rPr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color w:val="000000"/>
                <w:sz w:val="18"/>
                <w:szCs w:val="18"/>
                <w:lang w:eastAsia="en-GB"/>
              </w:rPr>
              <w:t>2.402.796.000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right"/>
              <w:rPr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color w:val="000000"/>
                <w:sz w:val="18"/>
                <w:szCs w:val="18"/>
                <w:lang w:eastAsia="en-GB"/>
              </w:rPr>
              <w:t>111.230.000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right"/>
              <w:rPr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color w:val="000000"/>
                <w:sz w:val="18"/>
                <w:szCs w:val="18"/>
                <w:lang w:eastAsia="en-GB"/>
              </w:rPr>
              <w:t>119.573.672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right"/>
              <w:rPr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color w:val="000000"/>
                <w:sz w:val="18"/>
                <w:szCs w:val="18"/>
                <w:lang w:eastAsia="en-GB"/>
              </w:rPr>
              <w:t>38.522.000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CA0" w:rsidRPr="008C5CF5" w:rsidRDefault="00464CA0" w:rsidP="00464CA0">
            <w:pPr>
              <w:jc w:val="right"/>
              <w:rPr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C5CF5">
              <w:rPr>
                <w:b/>
                <w:bCs/>
                <w:color w:val="000000"/>
                <w:sz w:val="18"/>
                <w:szCs w:val="18"/>
                <w:lang w:eastAsia="en-GB"/>
              </w:rPr>
              <w:t>2.650.031.000</w:t>
            </w:r>
          </w:p>
        </w:tc>
      </w:tr>
    </w:tbl>
    <w:p w:rsidR="00464CA0" w:rsidRPr="008C5CF5" w:rsidRDefault="00464CA0" w:rsidP="001E3D65">
      <w:pPr>
        <w:pStyle w:val="xl24"/>
        <w:spacing w:before="0" w:beforeAutospacing="0" w:after="0" w:afterAutospacing="0"/>
        <w:ind w:firstLine="708"/>
        <w:jc w:val="left"/>
        <w:rPr>
          <w:lang w:val="sr-Latn-CS"/>
        </w:rPr>
      </w:pPr>
    </w:p>
    <w:p w:rsidR="00464CA0" w:rsidRPr="008C5CF5" w:rsidRDefault="00464CA0" w:rsidP="001E3D65">
      <w:pPr>
        <w:pStyle w:val="xl24"/>
        <w:spacing w:before="0" w:beforeAutospacing="0" w:after="0" w:afterAutospacing="0"/>
        <w:ind w:firstLine="708"/>
        <w:jc w:val="left"/>
        <w:rPr>
          <w:lang w:val="sr-Latn-CS"/>
        </w:rPr>
      </w:pPr>
    </w:p>
    <w:p w:rsidR="00464CA0" w:rsidRPr="008C5CF5" w:rsidRDefault="00464CA0" w:rsidP="001E3D65">
      <w:pPr>
        <w:pStyle w:val="xl24"/>
        <w:spacing w:before="0" w:beforeAutospacing="0" w:after="0" w:afterAutospacing="0"/>
        <w:ind w:firstLine="708"/>
        <w:jc w:val="left"/>
        <w:rPr>
          <w:lang w:val="sr-Latn-CS"/>
        </w:rPr>
      </w:pPr>
    </w:p>
    <w:p w:rsidR="00464CA0" w:rsidRPr="008C5CF5" w:rsidRDefault="00464CA0" w:rsidP="001E3D65">
      <w:pPr>
        <w:pStyle w:val="xl24"/>
        <w:spacing w:before="0" w:beforeAutospacing="0" w:after="0" w:afterAutospacing="0"/>
        <w:ind w:firstLine="708"/>
        <w:jc w:val="left"/>
        <w:rPr>
          <w:lang w:val="sr-Latn-CS"/>
        </w:rPr>
      </w:pPr>
    </w:p>
    <w:p w:rsidR="00877000" w:rsidRPr="008C5CF5" w:rsidRDefault="00877000" w:rsidP="004771C8">
      <w:pPr>
        <w:pStyle w:val="xl24"/>
        <w:spacing w:before="0" w:beforeAutospacing="0" w:after="0" w:afterAutospacing="0"/>
        <w:ind w:firstLine="708"/>
        <w:rPr>
          <w:lang w:val="sr-Latn-CS"/>
        </w:rPr>
        <w:sectPr w:rsidR="00877000" w:rsidRPr="008C5CF5" w:rsidSect="00E6294E">
          <w:pgSz w:w="16838" w:h="11906" w:orient="landscape"/>
          <w:pgMar w:top="567" w:right="567" w:bottom="567" w:left="567" w:header="709" w:footer="709" w:gutter="0"/>
          <w:cols w:space="708"/>
        </w:sectPr>
      </w:pPr>
    </w:p>
    <w:p w:rsidR="00364189" w:rsidRPr="008C5CF5" w:rsidRDefault="00625BD0" w:rsidP="00927F23">
      <w:pPr>
        <w:jc w:val="both"/>
        <w:rPr>
          <w:sz w:val="22"/>
          <w:lang w:val="sr-Latn-CS"/>
        </w:rPr>
      </w:pPr>
      <w:r w:rsidRPr="008C5CF5">
        <w:rPr>
          <w:sz w:val="22"/>
          <w:lang w:val="sr-Latn-CS"/>
        </w:rPr>
        <w:lastRenderedPageBreak/>
        <w:tab/>
      </w:r>
    </w:p>
    <w:p w:rsidR="00364189" w:rsidRPr="008C5CF5" w:rsidRDefault="00625BD0" w:rsidP="00625BD0">
      <w:pPr>
        <w:jc w:val="right"/>
        <w:rPr>
          <w:sz w:val="22"/>
          <w:lang w:val="sr-Latn-CS"/>
        </w:rPr>
      </w:pPr>
      <w:r w:rsidRPr="008C5CF5">
        <w:rPr>
          <w:sz w:val="22"/>
          <w:lang w:val="sr-Latn-CS"/>
        </w:rPr>
        <w:t>„</w:t>
      </w:r>
    </w:p>
    <w:p w:rsidR="008E4F2E" w:rsidRPr="008C5CF5" w:rsidRDefault="00F17DF7" w:rsidP="008E4F2E">
      <w:pPr>
        <w:jc w:val="center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 xml:space="preserve">Члан </w:t>
      </w:r>
      <w:r w:rsidRPr="008C5CF5">
        <w:rPr>
          <w:sz w:val="22"/>
          <w:szCs w:val="22"/>
          <w:lang w:val="sr-Latn-RS"/>
        </w:rPr>
        <w:t>11</w:t>
      </w:r>
      <w:r w:rsidR="008E4F2E" w:rsidRPr="008C5CF5">
        <w:rPr>
          <w:sz w:val="22"/>
          <w:szCs w:val="22"/>
          <w:lang w:val="sr-Cyrl-RS"/>
        </w:rPr>
        <w:t>.</w:t>
      </w:r>
    </w:p>
    <w:p w:rsidR="008E4F2E" w:rsidRPr="008C5CF5" w:rsidRDefault="008E4F2E" w:rsidP="008E4F2E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ab/>
      </w:r>
      <w:r w:rsidRPr="008C5CF5">
        <w:rPr>
          <w:sz w:val="22"/>
          <w:szCs w:val="22"/>
          <w:lang w:val="sr-Latn-RS"/>
        </w:rPr>
        <w:t xml:space="preserve">У члану </w:t>
      </w:r>
      <w:r w:rsidRPr="008C5CF5">
        <w:rPr>
          <w:sz w:val="22"/>
          <w:szCs w:val="22"/>
          <w:lang w:val="sr-Cyrl-RS"/>
        </w:rPr>
        <w:t>56 мења се</w:t>
      </w:r>
      <w:r w:rsidRPr="008C5CF5">
        <w:rPr>
          <w:sz w:val="22"/>
          <w:szCs w:val="22"/>
          <w:lang w:val="sr-Latn-RS"/>
        </w:rPr>
        <w:t xml:space="preserve"> текстуални део </w:t>
      </w:r>
      <w:r w:rsidRPr="008C5CF5">
        <w:rPr>
          <w:sz w:val="22"/>
          <w:szCs w:val="22"/>
          <w:lang w:val="sr-Cyrl-RS"/>
        </w:rPr>
        <w:t xml:space="preserve"> и гласи:</w:t>
      </w:r>
    </w:p>
    <w:p w:rsidR="008E4F2E" w:rsidRPr="008C5CF5" w:rsidRDefault="008E4F2E" w:rsidP="008E4F2E">
      <w:pPr>
        <w:jc w:val="both"/>
        <w:rPr>
          <w:sz w:val="22"/>
          <w:szCs w:val="22"/>
          <w:lang w:val="sr-Cyrl-RS"/>
        </w:rPr>
      </w:pPr>
    </w:p>
    <w:p w:rsidR="004F2723" w:rsidRPr="008C5CF5" w:rsidRDefault="008E4F2E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ab/>
        <w:t>„Програмским буџетом реализују се циљеви који су постављени Планом развоја општине Врњачка Бања 2023-2030 („Службени лист општине Врњачка Бања“ бр. 14/23) и законске обавезе које има локална самоуправа, по програмима и то:</w:t>
      </w:r>
    </w:p>
    <w:p w:rsidR="004F2723" w:rsidRPr="008C5CF5" w:rsidRDefault="004F2723" w:rsidP="004F2723">
      <w:pPr>
        <w:pStyle w:val="NoSpacing"/>
        <w:jc w:val="both"/>
        <w:rPr>
          <w:spacing w:val="-6"/>
          <w:sz w:val="22"/>
          <w:lang w:val="sr-Cyrl-RS"/>
        </w:rPr>
      </w:pP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Програм 1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Назив: СТАНОВАЊЕ, УРБАНИЗАМ И ПРОСТОРНО ПЛАНИРАЊЕ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Шифра: 1101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Сектор: Урбанизам и просторно планирање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 xml:space="preserve">Сврха: Планирање, уређење и коришћење простора у локалној заједници засновано на начелима одрживог развоја, равномерног територијалног развоја и рационалног коришћења земљишта; Подстицање одрживог развоја становања кроз унапређење услова становања грађанки и грађана и очување и унапређење вредности стамбеног фонда. 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Опис програма: Општинска јавна агенција реализује обавезе ЈЛС утврђене Законом о локалној самоуправи, Законом о јавној својини као и Законом о јавним агенцијама, Закон о планирању и изградњи, Закон о озакоњењу објеката изграђених без грађевинске дозволе, Закон о становању и одржавању зграда и Закон о националној инфраструктури геопросторних података сви подаци који се односе на лица а које локална самоуправа прикупља у својим евиденцијама и регистрима у Програму 1, морају бити доступни и разложени по полу, а важно је да се прати и учешће осетљивих група, као што су самохрани родитељи и особе са инвалидитетом.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 xml:space="preserve">Правни основ: Закон о локалној самоуправи, Закон о јавној својини, Закон о јавним агенцијама, Закон о планирању и изградњи, Закон о озакоњењу објеката изграђених без грађевинске дозволе, Закон о становању и одржавању зграда и Закон о националној инфраструктури геопросторних података 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Буџетски корисник који спроводи програм и одговорна лица за реализацију програма: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 xml:space="preserve">-Општинска управа – Славиша Пауновић, начелник Општинске управе, за програмску активност 1101-0002 Спровођење урбанистичких и просторних планова, 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-Општинска јавна агенција, Бранислав Бежановић, директор, за програмску активност 1101-0003 Управљање грађевинским земљиштем.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Планирање, израда пројектне документације и реконструкција саобраћајница, тротоара и јавних површина спроводиће се уз примену функционалних захтева универзалне приступачности, у складу са европским стандардом EN 17210, са циљем обезбеђења непрекидног, безбедног и употребљивог ланца кретања за све кориснике простора – „Vrnjacka Banja for All“.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Општи циљ: 6. До 2030. унапређен и уједначен квалитет уређености и приступачности урбаног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простора- област Одрживи урбани развој и заштита животне средине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Посебан циљ: 6.1. Унапређење урбаних зона и јавних простора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 xml:space="preserve">Индикатор исхода: 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 xml:space="preserve">-Дужина коловоза који је одржаван 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Извор верификације: Извештај о раду Општинске јавне агенције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Посебан циљ: 6.4. Обезбеђење приуштивог и одговарајућег становања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 xml:space="preserve">Индикатор исхода: Проценат издатих грађевинских дозвола, решења о одобрењу извођења радова и употребних дозвола у односу на број поднетих захтева 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 xml:space="preserve">РОБ индикатор: Проценат решених захтева за издавање решења и дозвола поднетих од стране грађанки у укупном броју издатих решења и дозвола                                                                                                                                   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РОБ индикатор: Проценат решених захтева за издавање решења и дозвола од стране грађана у укупном броју издатих решења и дозвола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Извор верификације: Извештај о раду Општинске управе- Одсека за урбанизам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Остали параметри програма: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1. Приоритет програма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noProof/>
          <w:spacing w:val="-6"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77F314EB" wp14:editId="437683BE">
                <wp:simplePos x="0" y="0"/>
                <wp:positionH relativeFrom="column">
                  <wp:posOffset>-37465</wp:posOffset>
                </wp:positionH>
                <wp:positionV relativeFrom="paragraph">
                  <wp:posOffset>19685</wp:posOffset>
                </wp:positionV>
                <wp:extent cx="154305" cy="135255"/>
                <wp:effectExtent l="0" t="0" r="17145" b="17145"/>
                <wp:wrapNone/>
                <wp:docPr id="4" name="Oval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305" cy="135255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6CCE36E" id="Oval 94" o:spid="_x0000_s1026" style="position:absolute;margin-left:-2.95pt;margin-top:1.55pt;width:12.15pt;height:10.6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" filled="f"/>
            </w:pict>
          </mc:Fallback>
        </mc:AlternateContent>
      </w:r>
      <w:r w:rsidRPr="008C5CF5">
        <w:rPr>
          <w:sz w:val="22"/>
          <w:szCs w:val="22"/>
          <w:lang w:val="sr-Cyrl-RS"/>
        </w:rPr>
        <w:t>а) законска обавеза   б) низак   в) средњи   г) висок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2. Ризици остварења програма: Промена законске регулативе, ванредни избори, остварење приходне стране буџета.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Програм 2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Назив: КОМУНАЛНЕ ДЕЛАТНОСТИ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Шифра: 1102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Сектор: Урбанизам и просторно планирање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Сврха: Пружање комуналних услуга од значаја за остварење животних потреба грађанки и грађана, физичких и правних лица уз обезбеђење одговарајућег квалитета, обима, доступности и континуитета; одрживо снабдевање корисника топлотном енергијом; редовно, сигурно и одрживо снабдевање водом за пиће становника, уређивање начина коришћења и управљања изворима, јавним бунарима и чесмама.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Опис програма: Општинска стамбена агенција реализује законом утврђене обавезе ЈЛС у области одржавања, адаптације и унапређења објеката и инсталација јавног осветљења којима се осветљавају саобраћајне и друге површине јавне намене. Све грађанке и грађани, без обзира на њихова лична својства, треба равноправно да имају користи од мера које ЈЛС финансира у области комуналних делатности. Сви подаци који се односе на лица а које локална самоуправа прикупља у својим евиденцијама и регистрима у Програму 2, морају бити доступни и разложени по полу, а важно је да се прати и учешће осетљивих група, као што су самохрани родитељи и особе са инвалидитетом.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Код модернизације јавне расвете, комуналне инфраструктуре и пратеће сигнализације примењиваће се принципи универзалног дизајна, укључујући мултисензорну сигнализацију и континуитет приступачности простора, у складу са функционалним захтевима стандарда EN 17210.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 xml:space="preserve">Правни основ: Закон о локалној самоуправи, Закон о комуналним делатностима 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Буџетски корисник који спроводи програм и одговорна лица за реализацију програма: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-Општинска управа – Славиша Пауновић, начелник Општинске управе, за програмску активност 1102-0001 Управљање/одржавање јавним осветљењем, програмску активност 1102-0003 Одржавање чистоће на површинама јавне намене и програмску активност 1102-0006 Инспекцијски послови,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-Општинска јавна агенција, Бранислав Бежановић, директор, за програмску активност 1102-0001 Управљање/одржавање јавним осветљењем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Општи циљ: 6. До 2030. унапређен и уједначен квалитет уређености и приступачности урбаног простора- област Одрживи урбани развој и заштита животне средине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 xml:space="preserve">Индикатор исхода: Број замењених сијаличиних места у укупном броју пријављених кварова 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РОБ индикатор: Укупан број интервенција по поднетим иницијативама грађана за замену светиљки када престану да раде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РОБ индикатор: Укупан број интервенција по поднетим иницијативама грађанки за замену светиљки када престану да раде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Извор верификације: Годишњи извештај о раду Општинске стамбене агенције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Остали параметри програма: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1. Приоритет програма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noProof/>
          <w:spacing w:val="-6"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34A8D9FB" wp14:editId="4CBF3060">
                <wp:simplePos x="0" y="0"/>
                <wp:positionH relativeFrom="column">
                  <wp:posOffset>-39370</wp:posOffset>
                </wp:positionH>
                <wp:positionV relativeFrom="paragraph">
                  <wp:posOffset>27305</wp:posOffset>
                </wp:positionV>
                <wp:extent cx="154305" cy="135255"/>
                <wp:effectExtent l="0" t="0" r="17145" b="17145"/>
                <wp:wrapNone/>
                <wp:docPr id="5" name="Oval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305" cy="135255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37DC061" id="Oval 94" o:spid="_x0000_s1026" style="position:absolute;margin-left:-3.1pt;margin-top:2.15pt;width:12.15pt;height:10.6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" filled="f"/>
            </w:pict>
          </mc:Fallback>
        </mc:AlternateContent>
      </w:r>
      <w:r w:rsidRPr="008C5CF5">
        <w:rPr>
          <w:sz w:val="22"/>
          <w:szCs w:val="22"/>
          <w:lang w:val="sr-Cyrl-RS"/>
        </w:rPr>
        <w:t>а) законска обавеза   б) низак   в) средњи   г) висок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2. Ризици остварења програма: Промена законске регулативе, ванредни избори, остварење приходне стране буџета.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</w:p>
    <w:p w:rsidR="004F2723" w:rsidRPr="008C5CF5" w:rsidRDefault="004F2723" w:rsidP="004F2723">
      <w:pPr>
        <w:pStyle w:val="NoSpacing"/>
        <w:jc w:val="both"/>
        <w:rPr>
          <w:spacing w:val="-6"/>
          <w:sz w:val="22"/>
          <w:lang w:val="sr-Cyrl-RS"/>
        </w:rPr>
      </w:pPr>
      <w:r w:rsidRPr="008C5CF5">
        <w:rPr>
          <w:spacing w:val="-6"/>
          <w:sz w:val="22"/>
          <w:lang w:val="sr-Cyrl-RS"/>
        </w:rPr>
        <w:t>ПРОЈЕКТИ</w:t>
      </w:r>
    </w:p>
    <w:p w:rsidR="004F2723" w:rsidRPr="008C5CF5" w:rsidRDefault="004F2723" w:rsidP="004F2723">
      <w:pPr>
        <w:pStyle w:val="NoSpacing"/>
        <w:jc w:val="both"/>
        <w:rPr>
          <w:spacing w:val="-6"/>
          <w:sz w:val="22"/>
          <w:lang w:val="sr-Cyrl-RS"/>
        </w:rPr>
      </w:pPr>
    </w:p>
    <w:p w:rsidR="004F2723" w:rsidRPr="008C5CF5" w:rsidRDefault="004F2723" w:rsidP="004F2723">
      <w:pPr>
        <w:jc w:val="both"/>
        <w:rPr>
          <w:rFonts w:eastAsia="Calibri"/>
          <w:spacing w:val="-6"/>
          <w:sz w:val="22"/>
          <w:szCs w:val="22"/>
          <w:lang w:val="sr-Cyrl-RS"/>
        </w:rPr>
      </w:pPr>
      <w:r w:rsidRPr="008C5CF5">
        <w:rPr>
          <w:rFonts w:eastAsia="Calibri"/>
          <w:spacing w:val="-6"/>
          <w:sz w:val="22"/>
          <w:szCs w:val="22"/>
          <w:lang w:val="sr-Cyrl-RS"/>
        </w:rPr>
        <w:t>Шифра и назив пројекта: 1102-5002 Пројекат: Санација постројења за пречишћавање воде и резервоара „Липова“</w:t>
      </w:r>
    </w:p>
    <w:p w:rsidR="004F2723" w:rsidRPr="008C5CF5" w:rsidRDefault="004F2723" w:rsidP="004F2723">
      <w:pPr>
        <w:jc w:val="both"/>
        <w:rPr>
          <w:rFonts w:eastAsia="Calibri"/>
          <w:spacing w:val="-6"/>
          <w:sz w:val="22"/>
          <w:szCs w:val="22"/>
          <w:lang w:val="sr-Cyrl-RS"/>
        </w:rPr>
      </w:pPr>
      <w:r w:rsidRPr="008C5CF5">
        <w:rPr>
          <w:rFonts w:eastAsia="Calibri"/>
          <w:spacing w:val="-6"/>
          <w:sz w:val="22"/>
          <w:szCs w:val="22"/>
          <w:lang w:val="sr-Cyrl-RS"/>
        </w:rPr>
        <w:t>Буџетски корисник који реализује пројекат и одговорна лица за реализацију пројекта:</w:t>
      </w:r>
    </w:p>
    <w:p w:rsidR="004F2723" w:rsidRPr="008C5CF5" w:rsidRDefault="004F2723" w:rsidP="004F2723">
      <w:pPr>
        <w:jc w:val="both"/>
        <w:rPr>
          <w:rFonts w:eastAsia="Calibri"/>
          <w:spacing w:val="-6"/>
          <w:sz w:val="22"/>
          <w:szCs w:val="22"/>
          <w:lang w:val="sr-Cyrl-RS"/>
        </w:rPr>
      </w:pPr>
      <w:r w:rsidRPr="008C5CF5">
        <w:rPr>
          <w:rFonts w:eastAsia="Calibri"/>
          <w:spacing w:val="-6"/>
          <w:sz w:val="22"/>
          <w:szCs w:val="22"/>
          <w:lang w:val="sr-Cyrl-RS"/>
        </w:rPr>
        <w:t>-Општинска управа, Славиша Пауновић, начелник Општинске управе,</w:t>
      </w:r>
    </w:p>
    <w:p w:rsidR="004F2723" w:rsidRPr="008C5CF5" w:rsidRDefault="004F2723" w:rsidP="004F2723">
      <w:pPr>
        <w:jc w:val="both"/>
        <w:rPr>
          <w:rFonts w:eastAsia="Calibri"/>
          <w:spacing w:val="-6"/>
          <w:sz w:val="22"/>
          <w:szCs w:val="22"/>
          <w:lang w:val="sr-Cyrl-RS"/>
        </w:rPr>
      </w:pPr>
      <w:r w:rsidRPr="008C5CF5">
        <w:rPr>
          <w:rFonts w:eastAsia="Calibri"/>
          <w:spacing w:val="-6"/>
          <w:sz w:val="22"/>
          <w:szCs w:val="22"/>
          <w:lang w:val="sr-Cyrl-RS"/>
        </w:rPr>
        <w:t xml:space="preserve">Циљ пројекта: </w:t>
      </w:r>
      <w:r w:rsidRPr="008C5CF5">
        <w:rPr>
          <w:sz w:val="22"/>
          <w:szCs w:val="22"/>
          <w:lang w:val="sr-Cyrl-RS"/>
        </w:rPr>
        <w:t>Побољшање квалитета и доступности водоснабдевања у општини Врњачка Бања</w:t>
      </w:r>
    </w:p>
    <w:p w:rsidR="004F2723" w:rsidRPr="008C5CF5" w:rsidRDefault="004F2723" w:rsidP="004F2723">
      <w:pPr>
        <w:jc w:val="both"/>
        <w:rPr>
          <w:rFonts w:eastAsia="Calibri"/>
          <w:spacing w:val="-6"/>
          <w:sz w:val="22"/>
          <w:szCs w:val="22"/>
          <w:lang w:val="sr-Cyrl-RS"/>
        </w:rPr>
      </w:pPr>
      <w:r w:rsidRPr="008C5CF5">
        <w:rPr>
          <w:rFonts w:eastAsia="Calibri"/>
          <w:spacing w:val="-6"/>
          <w:sz w:val="22"/>
          <w:szCs w:val="22"/>
          <w:lang w:val="sr-Cyrl-RS"/>
        </w:rPr>
        <w:t>Индикатор исхода: % становника општине који користи пијаћу воду из система којим се безбедно управља</w:t>
      </w:r>
    </w:p>
    <w:p w:rsidR="004F2723" w:rsidRPr="008C5CF5" w:rsidRDefault="004F2723" w:rsidP="004F2723">
      <w:pPr>
        <w:jc w:val="both"/>
        <w:rPr>
          <w:rFonts w:eastAsia="Calibri"/>
          <w:spacing w:val="-6"/>
          <w:sz w:val="22"/>
          <w:szCs w:val="22"/>
          <w:lang w:val="sr-Cyrl-RS"/>
        </w:rPr>
      </w:pPr>
      <w:r w:rsidRPr="008C5CF5">
        <w:rPr>
          <w:rFonts w:eastAsia="Calibri"/>
          <w:spacing w:val="-6"/>
          <w:sz w:val="22"/>
          <w:szCs w:val="22"/>
          <w:lang w:val="sr-Cyrl-RS"/>
        </w:rPr>
        <w:t>Извор верификације: Извештај о реализацији плана развоја Општине Врњачка Бања</w:t>
      </w:r>
    </w:p>
    <w:p w:rsidR="004F2723" w:rsidRPr="008C5CF5" w:rsidRDefault="004F2723" w:rsidP="004F2723">
      <w:pPr>
        <w:jc w:val="both"/>
        <w:rPr>
          <w:rFonts w:eastAsia="Calibri"/>
          <w:spacing w:val="-6"/>
          <w:sz w:val="22"/>
          <w:szCs w:val="22"/>
          <w:lang w:val="sr-Cyrl-RS"/>
        </w:rPr>
      </w:pP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Шифра и назив пројекта: 1102-5004 Замена постојећих извора светлости јавне расвете, ЛЕД светиљкама,  у делу Врњачке Бање и то: насељена места Грачац и Подунавци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Буџетски корисник који реализује пројекат и одговорна лица за реализацију пројекта: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-Општинска управа, Славиша Пауновић, начелник Општинске управе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lastRenderedPageBreak/>
        <w:t>Циљ пројекта: Уштеда електричне енергије по основу коришћења ЛЕД светиљки као извора светлости јавне расвете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Индикатор исхода: смањење рачуна за јавну расвету за 10%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Извор верификације: Извештај енергетског менаџера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Програм 3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Назив: ЛОКАЛНИ ЕКОНОМСКИ РАЗВОЈ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Шифра: 1501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Сектор: Економска и развојна политика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Сврха: Обезбеђивање стимулативног оквира за пословање и адекватног привредног амбијента за привлачење инвестиција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Опис програма: Реализацијом овог програма, Општина у сарадњи са Националном службом за запошљавање-филијала Врњачка Бања, финансира програм стручног оспособљавања приправника-волонтера без искуства који се воде у евиденцији НЗС, кроз њихово ангажовање код послодаваца на територији Општине Врњачка Бања. Све грађанке и грађани, без обзира на њихова лична својства, треба равноправно да имају користи од мера које ЈЛС финансира у области локални економски развој. Сви подаци који се односе на лица а које локална самоуправа прикупља у својим евиденцијама и регистрима у Програму 3, морају бити доступни и разложени по полу, а важно је да се прати и учешће осетљивих група, као што су самохрани родитељи и особе са инвалидитетом.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Мере и активности у оквиру Програма локалног економског развоја спроводиће се уз примену принципа универзалног дизајна у управљању услугама и процесима, у циљу обезбеђења равноправног и приступачног учешћа свих грађана и привредних субјеката, укључујући и осјетљиве групе, у програмима запошљавања, стручног оспособљавања и подршке локалној привреди.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Правни основ: Закон о запошљавању и осигурању за случај незапослености, Локални акциони план за запошљавање, Закон о родној равноправности.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Буџетски корисник који спроводи програм и одговорна лица за реализацију програма: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-Општинска управа – Славиша Пауновић, начелник Општинске управе, за програмску активност 1501-0002 Мере активне политике запошљавања и програмска активност 1501-0003 Подршка економском развоју и промоцији предузетништва,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Општи циљ: 2. Општина Врњачка Бања је привлачна инвестициона дестинација са повољним пословним окружењем и развијеним предузетничким и  МСП сектором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Посебан циљ: 2.1. Унапредити услове за пословање и инвестирање на локалном нивоу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Индикатор исхода: Смањење броја незапослених на евиденцији НЗС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РОБ индикатор: Смањење броја незапослених жена на евиденцији НЗС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РОБ индикатор: Смањење броја незапослених мушкараца на евиденцији НЗС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 xml:space="preserve">Извор верификације: Статистика НЗС  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Остали параметри програма: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1. Приоритет програма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noProof/>
          <w:spacing w:val="-6"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5DAFA392" wp14:editId="362309EE">
                <wp:simplePos x="0" y="0"/>
                <wp:positionH relativeFrom="column">
                  <wp:posOffset>2558261</wp:posOffset>
                </wp:positionH>
                <wp:positionV relativeFrom="paragraph">
                  <wp:posOffset>8890</wp:posOffset>
                </wp:positionV>
                <wp:extent cx="154305" cy="135255"/>
                <wp:effectExtent l="0" t="0" r="17145" b="17145"/>
                <wp:wrapNone/>
                <wp:docPr id="6" name="Oval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305" cy="135255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6CDA2B8" id="Oval 94" o:spid="_x0000_s1026" style="position:absolute;margin-left:201.45pt;margin-top:.7pt;width:12.15pt;height:10.6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" filled="f"/>
            </w:pict>
          </mc:Fallback>
        </mc:AlternateContent>
      </w:r>
      <w:r w:rsidRPr="008C5CF5">
        <w:rPr>
          <w:sz w:val="22"/>
          <w:szCs w:val="22"/>
          <w:lang w:val="sr-Cyrl-RS"/>
        </w:rPr>
        <w:t>а) законска обавеза   б) низак   в) средњи   г) висок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2. Ризици остварења програма: Промена законске регулативе, ванредни избори, остварење приходне стране буџета.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ПРОЈЕКТИ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Шифра и назив пројекта: 1501-5001 Пројекат: Фудбалски терен у Врњцима, фаза 2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 xml:space="preserve">Буџетски корисник који реализује пројекат и одговорна лица за реализацију пројекта: 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-Установа Спортски центар, Душан Радовић, директор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Циљ пројекта: Повећање броја фудбалских екипа које долазе на припреме у Врњачку Бању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Индикатор исхода: Завршена фаза 2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Извор верификације: Извештај надзорног органа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Шифра и назив пројекта: 1501-5002 Пројекат: Балон хала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 xml:space="preserve">Буџетски корисник који реализује пројекат и одговорна лица за реализацију пројекта: 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-Установа Спортски центар, Душан Радовић, директор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Циљ пројекта: Стварање услова за бављење спортом и у хладнијем добу године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Индикатор исхода: Изграђена балон хала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Извор верификације: Извештај надзорног органа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Програм 4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Назив: РАЗВОЈ ТУРИЗМА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Шифра: 1502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Сектор: Економска и развојна политика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Сврха: Унапређење туристичке понуде у општини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Опис програма: Програм „Развој туризма“ доприноси побољшању туристичке понуде Врњачке Бање, као туристичке дестинације прве категорије у Србији, кроз финансирање активности које реализује Установа Туристичка организација. Све грађанке и грађани, без обзира на њихова лична својства, треба равноправно да имају користи од мера које ЈЛС финансира у области развоја туризма. Сви подаци који се односе на лица а које локална самоуправа прикупља у својим евиденцијама и регистрима у Програму 4, морају бити доступни и разложени по полу, а важно је да се прати и учешће осетљивих група, као што су самохрани родитељи и особе са инвалидитетом.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Развој туристичке инфраструктуре и садржаја спроводиће се уз примену принципа универзалне приступачности и мултисензорне интерпретације простора, у циљу унапређења туристичког искуства за све посетиоце и позиционирања општине као инклузивне и одрживе туристичке дестинације „Vrnjacka Banja for All“.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Правни основ: Закон о локалној самоуправи, Закон о туризму, Закон о угоститељству.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Буџетски корисник који спроводи програм и одговорна лица за реализацију програма: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-Туристичка организација, Иван Трифуновић, директор, за програмске активности 1502-0001 Управљање развојем туризма и 1502-0002 Промоција туристичке понуде.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Општи циљ: 1. Општина Врњачка Бања је привлачна и јединствена туристичка дестинација и бањско лечилиште које се позиционира као најпосећенија бања у региону- област Одрживи економски развој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Посебан циљ: 1.4. Одрживи развој туризма и брендирање Врњачке Бање као туристичког места и бањског лечилишта И категорије Фаза 4 - Промоција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Индикатор исхода: Укупан број ноћења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 xml:space="preserve">РОБ индикатор: Број жена у укупном броју ноћења 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РОБ индикатор: Број мушкараца у укупном броју ноћења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Извор верификације: Извештај о раду Установе Туристичка организација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 xml:space="preserve">Остали параметри програма:     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1. Приоритет програма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noProof/>
          <w:spacing w:val="-6"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7940CCE5" wp14:editId="46015A70">
                <wp:simplePos x="0" y="0"/>
                <wp:positionH relativeFrom="column">
                  <wp:posOffset>2605819</wp:posOffset>
                </wp:positionH>
                <wp:positionV relativeFrom="paragraph">
                  <wp:posOffset>15240</wp:posOffset>
                </wp:positionV>
                <wp:extent cx="154305" cy="135255"/>
                <wp:effectExtent l="0" t="0" r="17145" b="17145"/>
                <wp:wrapNone/>
                <wp:docPr id="7" name="Oval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305" cy="135255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AFE6058" id="Oval 94" o:spid="_x0000_s1026" style="position:absolute;margin-left:205.2pt;margin-top:1.2pt;width:12.15pt;height:10.6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" filled="f"/>
            </w:pict>
          </mc:Fallback>
        </mc:AlternateContent>
      </w:r>
      <w:r w:rsidRPr="008C5CF5">
        <w:rPr>
          <w:sz w:val="22"/>
          <w:szCs w:val="22"/>
          <w:lang w:val="sr-Cyrl-RS"/>
        </w:rPr>
        <w:t>а) законска обавеза   б) низак   в) средњи   г) висок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2. Ризици остварења програма: Промена законске регулативе, ванредни избори, остварење приходне стране буџета.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ПРОЈЕКТИ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</w:p>
    <w:p w:rsidR="004F2723" w:rsidRPr="008C5CF5" w:rsidRDefault="004F2723" w:rsidP="004F2723">
      <w:pPr>
        <w:pStyle w:val="NoSpacing"/>
        <w:jc w:val="both"/>
        <w:rPr>
          <w:spacing w:val="-6"/>
          <w:sz w:val="22"/>
          <w:lang w:val="sr-Cyrl-RS"/>
        </w:rPr>
      </w:pPr>
      <w:r w:rsidRPr="008C5CF5">
        <w:rPr>
          <w:spacing w:val="-6"/>
          <w:sz w:val="22"/>
          <w:lang w:val="sr-Cyrl-RS"/>
        </w:rPr>
        <w:t>Шифра и назив пројекта: 1502-4009 Пројекат: Дечије игралиште у централном парку Врњачке Бање</w:t>
      </w:r>
    </w:p>
    <w:p w:rsidR="004F2723" w:rsidRPr="008C5CF5" w:rsidRDefault="004F2723" w:rsidP="004F2723">
      <w:pPr>
        <w:pStyle w:val="NoSpacing"/>
        <w:jc w:val="both"/>
        <w:rPr>
          <w:spacing w:val="-6"/>
          <w:sz w:val="22"/>
          <w:lang w:val="sr-Cyrl-RS"/>
        </w:rPr>
      </w:pPr>
      <w:r w:rsidRPr="008C5CF5">
        <w:rPr>
          <w:spacing w:val="-6"/>
          <w:sz w:val="22"/>
          <w:lang w:val="sr-Cyrl-RS"/>
        </w:rPr>
        <w:t>Буџетски корисник који реализује пројекат и одговорна лица за реализацију пројекта:</w:t>
      </w:r>
    </w:p>
    <w:p w:rsidR="004F2723" w:rsidRPr="008C5CF5" w:rsidRDefault="004F2723" w:rsidP="004F2723">
      <w:pPr>
        <w:pStyle w:val="NoSpacing"/>
        <w:jc w:val="both"/>
        <w:rPr>
          <w:spacing w:val="-6"/>
          <w:sz w:val="22"/>
          <w:lang w:val="sr-Cyrl-RS"/>
        </w:rPr>
      </w:pPr>
      <w:r w:rsidRPr="008C5CF5">
        <w:rPr>
          <w:spacing w:val="-6"/>
          <w:sz w:val="22"/>
          <w:lang w:val="sr-Cyrl-RS"/>
        </w:rPr>
        <w:t>-Општинска управа, Славиша Пауновић, начелник Општинске управе</w:t>
      </w:r>
    </w:p>
    <w:p w:rsidR="004F2723" w:rsidRPr="008C5CF5" w:rsidRDefault="004F2723" w:rsidP="004F2723">
      <w:pPr>
        <w:pStyle w:val="NoSpacing"/>
        <w:jc w:val="both"/>
        <w:rPr>
          <w:spacing w:val="-6"/>
          <w:sz w:val="22"/>
          <w:lang w:val="sr-Cyrl-RS"/>
        </w:rPr>
      </w:pPr>
      <w:r w:rsidRPr="008C5CF5">
        <w:rPr>
          <w:spacing w:val="-6"/>
          <w:sz w:val="22"/>
          <w:lang w:val="sr-Cyrl-RS"/>
        </w:rPr>
        <w:t>Циљ пројекта: Повећање броја посетилаца- породица са децом</w:t>
      </w:r>
    </w:p>
    <w:p w:rsidR="004F2723" w:rsidRPr="008C5CF5" w:rsidRDefault="004F2723" w:rsidP="004F2723">
      <w:pPr>
        <w:pStyle w:val="NoSpacing"/>
        <w:jc w:val="both"/>
        <w:rPr>
          <w:spacing w:val="-6"/>
          <w:sz w:val="22"/>
          <w:lang w:val="sr-Cyrl-RS"/>
        </w:rPr>
      </w:pPr>
      <w:r w:rsidRPr="008C5CF5">
        <w:rPr>
          <w:spacing w:val="-6"/>
          <w:sz w:val="22"/>
          <w:lang w:val="sr-Cyrl-RS"/>
        </w:rPr>
        <w:t>Индикатор исхода: Изграђено дечије игралиште у централном парку Врњачке Бање</w:t>
      </w:r>
    </w:p>
    <w:p w:rsidR="004F2723" w:rsidRPr="008C5CF5" w:rsidRDefault="004F2723" w:rsidP="004F2723">
      <w:pPr>
        <w:pStyle w:val="NoSpacing"/>
        <w:jc w:val="both"/>
        <w:rPr>
          <w:spacing w:val="-6"/>
          <w:sz w:val="22"/>
          <w:lang w:val="sr-Cyrl-RS"/>
        </w:rPr>
      </w:pPr>
      <w:r w:rsidRPr="008C5CF5">
        <w:rPr>
          <w:spacing w:val="-6"/>
          <w:sz w:val="22"/>
          <w:lang w:val="sr-Cyrl-RS"/>
        </w:rPr>
        <w:t>Извор верификације: Годишњи извештај о раду</w:t>
      </w:r>
    </w:p>
    <w:p w:rsidR="004F2723" w:rsidRPr="008C5CF5" w:rsidRDefault="004F2723" w:rsidP="004F2723">
      <w:pPr>
        <w:pStyle w:val="NoSpacing"/>
        <w:jc w:val="both"/>
        <w:rPr>
          <w:spacing w:val="-6"/>
          <w:sz w:val="22"/>
          <w:lang w:val="sr-Cyrl-RS"/>
        </w:rPr>
      </w:pPr>
    </w:p>
    <w:p w:rsidR="004F2723" w:rsidRPr="008C5CF5" w:rsidRDefault="004F2723" w:rsidP="004F2723">
      <w:pPr>
        <w:pStyle w:val="NoSpacing"/>
        <w:jc w:val="both"/>
        <w:rPr>
          <w:spacing w:val="-6"/>
          <w:sz w:val="22"/>
          <w:lang w:val="sr-Cyrl-RS"/>
        </w:rPr>
      </w:pPr>
      <w:r w:rsidRPr="008C5CF5">
        <w:rPr>
          <w:spacing w:val="-6"/>
          <w:sz w:val="22"/>
          <w:lang w:val="sr-Cyrl-RS"/>
        </w:rPr>
        <w:t>Шифра и назив пројекта: 1502-5001 Видиковац на Гочу и уређење језера и спортског комплекса</w:t>
      </w:r>
    </w:p>
    <w:p w:rsidR="004F2723" w:rsidRPr="008C5CF5" w:rsidRDefault="004F2723" w:rsidP="004F2723">
      <w:pPr>
        <w:pStyle w:val="NoSpacing"/>
        <w:jc w:val="both"/>
        <w:rPr>
          <w:spacing w:val="-6"/>
          <w:sz w:val="22"/>
          <w:lang w:val="sr-Cyrl-RS"/>
        </w:rPr>
      </w:pPr>
      <w:r w:rsidRPr="008C5CF5">
        <w:rPr>
          <w:spacing w:val="-6"/>
          <w:sz w:val="22"/>
          <w:lang w:val="sr-Cyrl-RS"/>
        </w:rPr>
        <w:t>Буџетски корисник који реализује пројекат и одговорна лица за реализацију пројекта:</w:t>
      </w:r>
    </w:p>
    <w:p w:rsidR="004F2723" w:rsidRPr="008C5CF5" w:rsidRDefault="004F2723" w:rsidP="004F2723">
      <w:pPr>
        <w:pStyle w:val="NoSpacing"/>
        <w:jc w:val="both"/>
        <w:rPr>
          <w:spacing w:val="-6"/>
          <w:sz w:val="22"/>
          <w:lang w:val="sr-Cyrl-RS"/>
        </w:rPr>
      </w:pPr>
      <w:r w:rsidRPr="008C5CF5">
        <w:rPr>
          <w:spacing w:val="-6"/>
          <w:sz w:val="22"/>
          <w:lang w:val="sr-Cyrl-RS"/>
        </w:rPr>
        <w:t>-Општинска управа, Славиша Пауновић, начелник Општинске управе</w:t>
      </w:r>
    </w:p>
    <w:p w:rsidR="004F2723" w:rsidRPr="008C5CF5" w:rsidRDefault="004F2723" w:rsidP="004F2723">
      <w:pPr>
        <w:pStyle w:val="NoSpacing"/>
        <w:jc w:val="both"/>
        <w:rPr>
          <w:spacing w:val="-6"/>
          <w:sz w:val="22"/>
          <w:lang w:val="sr-Cyrl-RS"/>
        </w:rPr>
      </w:pPr>
      <w:r w:rsidRPr="008C5CF5">
        <w:rPr>
          <w:spacing w:val="-6"/>
          <w:sz w:val="22"/>
          <w:lang w:val="sr-Cyrl-RS"/>
        </w:rPr>
        <w:t xml:space="preserve">Циљ пројекта: Одрживи развој туризма и брендирање Врњачке Бање као туритичког места и бањског лечилишта </w:t>
      </w:r>
      <w:r w:rsidRPr="008C5CF5">
        <w:rPr>
          <w:spacing w:val="-6"/>
          <w:sz w:val="22"/>
          <w:lang w:val="sr-Latn-RS"/>
        </w:rPr>
        <w:t>I</w:t>
      </w:r>
      <w:r w:rsidRPr="008C5CF5">
        <w:rPr>
          <w:spacing w:val="-6"/>
          <w:sz w:val="22"/>
          <w:lang w:val="sr-Cyrl-RS"/>
        </w:rPr>
        <w:t xml:space="preserve"> категорије</w:t>
      </w:r>
    </w:p>
    <w:p w:rsidR="004F2723" w:rsidRPr="008C5CF5" w:rsidRDefault="004F2723" w:rsidP="004F2723">
      <w:pPr>
        <w:pStyle w:val="NoSpacing"/>
        <w:jc w:val="both"/>
        <w:rPr>
          <w:spacing w:val="-6"/>
          <w:sz w:val="22"/>
          <w:lang w:val="sr-Cyrl-RS"/>
        </w:rPr>
      </w:pPr>
      <w:r w:rsidRPr="008C5CF5">
        <w:rPr>
          <w:spacing w:val="-6"/>
          <w:sz w:val="22"/>
          <w:lang w:val="sr-Cyrl-RS"/>
        </w:rPr>
        <w:t>Индикатор исхода: Промотивне активности и лансирање садржаја</w:t>
      </w:r>
    </w:p>
    <w:p w:rsidR="004F2723" w:rsidRPr="008C5CF5" w:rsidRDefault="004F2723" w:rsidP="004F2723">
      <w:pPr>
        <w:pStyle w:val="NoSpacing"/>
        <w:jc w:val="both"/>
        <w:rPr>
          <w:spacing w:val="-6"/>
          <w:sz w:val="22"/>
          <w:lang w:val="sr-Cyrl-RS"/>
        </w:rPr>
      </w:pPr>
      <w:r w:rsidRPr="008C5CF5">
        <w:rPr>
          <w:spacing w:val="-6"/>
          <w:sz w:val="22"/>
          <w:lang w:val="sr-Cyrl-RS"/>
        </w:rPr>
        <w:t xml:space="preserve">Извор верификације: Извештај о реализацији пројекта.   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lastRenderedPageBreak/>
        <w:t>Програм 5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Назив: РАЗВОЈ ПОЉОПРИВРЕДЕ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Шифра: 0101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Сектор: Пољопривреда и рурални развој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 xml:space="preserve">Сврха: Унапређење пољопривредне производње у општини. 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Опис програма: Реализацијом овог програма, Општина Врњачка Бања доприноси унапређењу пољопривредне производње у руралном подручју а све у складу са Стратегијом пољопривреде руралног развоја Општине Врњачка Бања 2014-2024.године.  Стара се о заштити, унапређењу и коришћењу пољопривредног земљишта и спроводи мере за рурални развој, стара се о остваривању, заштити и унапређењу људских и мањинских права и родној равноправности. Сви подаци који се односе на лица а које локална самоуправа прикупља у својим евиденцијама и регистрима у Програму 5, морају бити доступни и разложени по полу, а важно је да се прати и учешће осетљивих група, као што су самохрани родитељи и особе са инвалидитетом.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Правни основ: Закон о пољопривредном земљишту, Закон о подстицајима у пољопривреди и руралном развоју и Закон о државном премеру и катастру, многобројни подзаконски акти, као и ратификоване међународне конвенције, од којих су најважније Међународни пакт о економским социјалним и културним правима и Конвенција о елиминацији свих облика дискриминације жена.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Буџетски корисник који спроводи програм и одговорна лица за реализацију програма: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-Општинска управа, Славиша Пауновић, начелник Општинске управе, за програмску активност 0101-0001 Подршка за спровођење пољопривредне политике у локалној заједници и програмску активности 0101-0002 Мере подршке руралном развоју.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Општи циљ: 3. До 2030. године општина обезбеђује одрживи агроекономски и рурални развој- област Одрживи економски развој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Посебан циљ: 3.1. Подршка унапређењу пољопривредне производње и стимулисање руралног развоја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Индикатор исхода: Број додељених субвенција у односу на укупан број регистрованих пољопривредних газдинстава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РОБ индикатор: Удео жена носилаца пољопривредних газдинстава, које су реализовале инвестицију средствима Општине, у односу на укупан број газдинстава која су реализовала инвестицију средствима Општине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РОБ индикатор: Удео мушкараца носилаца пољопривредних газдинстава, које су реализовале инвестицију средствима Општине, у односу на укупан број газдинстава која су реализовала инвестицију средствима Општине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Извор верификације: Извештај о реализацији Годишњег програма подршке за спровођење пољопривредне политике и политике руралног развоја у општини Врњачка Бања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Остали параметри програма: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1. Приоритет програма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noProof/>
          <w:spacing w:val="-6"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3CF74E3C" wp14:editId="76811B93">
                <wp:simplePos x="0" y="0"/>
                <wp:positionH relativeFrom="column">
                  <wp:posOffset>1874240</wp:posOffset>
                </wp:positionH>
                <wp:positionV relativeFrom="paragraph">
                  <wp:posOffset>19050</wp:posOffset>
                </wp:positionV>
                <wp:extent cx="154305" cy="135255"/>
                <wp:effectExtent l="0" t="0" r="17145" b="17145"/>
                <wp:wrapNone/>
                <wp:docPr id="8" name="Oval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305" cy="135255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9FE60F2" id="Oval 94" o:spid="_x0000_s1026" style="position:absolute;margin-left:147.6pt;margin-top:1.5pt;width:12.15pt;height:10.6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" filled="f"/>
            </w:pict>
          </mc:Fallback>
        </mc:AlternateContent>
      </w:r>
      <w:r w:rsidRPr="008C5CF5">
        <w:rPr>
          <w:sz w:val="22"/>
          <w:szCs w:val="22"/>
          <w:lang w:val="sr-Cyrl-RS"/>
        </w:rPr>
        <w:t>а) законска обавеза   б) низак   в) средњи   г) висок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2. Ризици остварења програма: Промена законске регулативе, ванредни избори, остварење приходне стране буџета.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</w:p>
    <w:p w:rsidR="004F2723" w:rsidRPr="008C5CF5" w:rsidRDefault="004F2723" w:rsidP="004F2723">
      <w:pPr>
        <w:tabs>
          <w:tab w:val="left" w:pos="2062"/>
        </w:tabs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ab/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Програм 6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Назив: ЗАШТИТА ЖИВОТНЕ СРЕДИНЕ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Шифра: 0401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Сектор: Заштита животне средине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Сврха: Обезбеђивање услова за одрживи развој локалне заједнице одговорним односом према животној средини; ефикасно и одрживо управљање отпадним водама; одрживо управљање отпадом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Опис програма: Овим програмом реализују се обавезе ЈЛС утврђене чланом 20 став 1 тачка 11) Закона о локалној самоуправи, а које се односе на заштиту животне средине Усвајање циљева и правних тековина ЕУ у области политике заштите животне средине подразумева читав низ изазова на које Србија треба да одговори током преговора за чланство у ЕУ, добар део ових изазова имаће и ЈЛС. Сви подаци који се односе на лица а које локална самоуправа прикупља у својим евиденцијама и регистрима у Програму 6, морају бити доступни и разложени по полу, а важно је да се прати и учешће осетљивих група, као што су самохрани родитељи и особе са инвалидитетом.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Правни основ: Закон о заштити животне средине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Буџетски корисник који спроводи програм и одговорна лица за реализацију програма: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-Општинска управа, Славиша Пауновић, начелник Општинске управе, за програмске активности 0401-0001 Управљање заштитом животне средине и 0401-0005 Управљање комуналним отпадом.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lastRenderedPageBreak/>
        <w:t>Општи циљ: 4. Трајно очување, заштита и унапређење животне средине и заштитних шума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Индикатор исхода: Број учесника на одржаним едукативним семинарима и округлим столовима из домена заштите животне средине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 xml:space="preserve">РОБ индикатор: Број учесника жена на одржаним едукативним семинарима и округлим столовима из домена заштите животне средине                                                                   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РОБ индикатор: Број учесника мушкараца на одржаним едукативним семинарима и округлим столовима из домена заштите животне средине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Извор верификације: Годишњи извештаји о реализацији Програма заштите животне средине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Остали параметри програма: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1. Приоритет програма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noProof/>
          <w:spacing w:val="-6"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520BD70E" wp14:editId="2B460948">
                <wp:simplePos x="0" y="0"/>
                <wp:positionH relativeFrom="column">
                  <wp:posOffset>-39370</wp:posOffset>
                </wp:positionH>
                <wp:positionV relativeFrom="paragraph">
                  <wp:posOffset>13335</wp:posOffset>
                </wp:positionV>
                <wp:extent cx="154305" cy="135255"/>
                <wp:effectExtent l="0" t="0" r="17145" b="17145"/>
                <wp:wrapNone/>
                <wp:docPr id="9" name="Oval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305" cy="135255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C05D8E2" id="Oval 94" o:spid="_x0000_s1026" style="position:absolute;margin-left:-3.1pt;margin-top:1.05pt;width:12.15pt;height:10.6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" filled="f"/>
            </w:pict>
          </mc:Fallback>
        </mc:AlternateContent>
      </w:r>
      <w:r w:rsidRPr="008C5CF5">
        <w:rPr>
          <w:sz w:val="22"/>
          <w:szCs w:val="22"/>
          <w:lang w:val="sr-Cyrl-RS"/>
        </w:rPr>
        <w:t>а) законска обавеза   б) низак   в) средњи   г) висок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2. Ризици остварења програма: Промена законске регулативе, ванредни избори, остварење приходне стране буџета.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ПРОЈЕКТИ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</w:p>
    <w:p w:rsidR="004F2723" w:rsidRPr="008C5CF5" w:rsidRDefault="004F2723" w:rsidP="004F2723">
      <w:pPr>
        <w:pStyle w:val="NoSpacing"/>
        <w:jc w:val="both"/>
        <w:rPr>
          <w:spacing w:val="-6"/>
          <w:sz w:val="22"/>
          <w:lang w:val="sr-Cyrl-RS"/>
        </w:rPr>
      </w:pPr>
      <w:r w:rsidRPr="008C5CF5">
        <w:rPr>
          <w:spacing w:val="-6"/>
          <w:sz w:val="22"/>
          <w:lang w:val="sr-Cyrl-RS"/>
        </w:rPr>
        <w:t>Шифра и назив пројекта: 0401-4001 Пројекат унапређења заштите животне средине у општини Врњачка Бања CLEAN VB</w:t>
      </w:r>
    </w:p>
    <w:p w:rsidR="004F2723" w:rsidRPr="008C5CF5" w:rsidRDefault="004F2723" w:rsidP="004F2723">
      <w:pPr>
        <w:pStyle w:val="NoSpacing"/>
        <w:jc w:val="both"/>
        <w:rPr>
          <w:spacing w:val="-6"/>
          <w:sz w:val="22"/>
          <w:lang w:val="sr-Cyrl-RS"/>
        </w:rPr>
      </w:pPr>
      <w:r w:rsidRPr="008C5CF5">
        <w:rPr>
          <w:spacing w:val="-6"/>
          <w:sz w:val="22"/>
          <w:lang w:val="sr-Cyrl-RS"/>
        </w:rPr>
        <w:t>Буџетски корисник који реализује пројекат и одговорна лица за реализацију пројекта:</w:t>
      </w:r>
    </w:p>
    <w:p w:rsidR="004F2723" w:rsidRPr="008C5CF5" w:rsidRDefault="004F2723" w:rsidP="004F2723">
      <w:pPr>
        <w:pStyle w:val="NoSpacing"/>
        <w:jc w:val="both"/>
        <w:rPr>
          <w:spacing w:val="-6"/>
          <w:sz w:val="22"/>
          <w:lang w:val="sr-Cyrl-RS"/>
        </w:rPr>
      </w:pPr>
      <w:r w:rsidRPr="008C5CF5">
        <w:rPr>
          <w:spacing w:val="-6"/>
          <w:sz w:val="22"/>
          <w:lang w:val="sr-Cyrl-RS"/>
        </w:rPr>
        <w:t>-Општинска управа, Славиша Пауновић, начелник Општинске управе</w:t>
      </w:r>
    </w:p>
    <w:p w:rsidR="004F2723" w:rsidRPr="008C5CF5" w:rsidRDefault="004F2723" w:rsidP="004F2723">
      <w:pPr>
        <w:pStyle w:val="NoSpacing"/>
        <w:jc w:val="both"/>
        <w:rPr>
          <w:spacing w:val="-6"/>
          <w:sz w:val="22"/>
          <w:lang w:val="sr-Cyrl-RS"/>
        </w:rPr>
      </w:pPr>
      <w:r w:rsidRPr="008C5CF5">
        <w:rPr>
          <w:spacing w:val="-6"/>
          <w:sz w:val="22"/>
          <w:lang w:val="sr-Cyrl-RS"/>
        </w:rPr>
        <w:t>Циљ пројекта: Унапредити праћење и процену квалитета ваздуха и земљишта у Врњачкој Бањи</w:t>
      </w:r>
    </w:p>
    <w:p w:rsidR="004F2723" w:rsidRPr="008C5CF5" w:rsidRDefault="004F2723" w:rsidP="004F2723">
      <w:pPr>
        <w:pStyle w:val="NoSpacing"/>
        <w:jc w:val="both"/>
        <w:rPr>
          <w:spacing w:val="-6"/>
          <w:sz w:val="22"/>
          <w:lang w:val="sr-Cyrl-RS"/>
        </w:rPr>
      </w:pPr>
      <w:r w:rsidRPr="008C5CF5">
        <w:rPr>
          <w:spacing w:val="-6"/>
          <w:sz w:val="22"/>
          <w:lang w:val="sr-Cyrl-RS"/>
        </w:rPr>
        <w:t>Индикатор исхода: број инсталираних и оперативних мерних станица</w:t>
      </w:r>
    </w:p>
    <w:p w:rsidR="004F2723" w:rsidRPr="008C5CF5" w:rsidRDefault="004F2723" w:rsidP="004F2723">
      <w:pPr>
        <w:pStyle w:val="NoSpacing"/>
        <w:jc w:val="both"/>
        <w:rPr>
          <w:spacing w:val="-6"/>
          <w:sz w:val="22"/>
          <w:lang w:val="sr-Cyrl-RS"/>
        </w:rPr>
      </w:pPr>
      <w:r w:rsidRPr="008C5CF5">
        <w:rPr>
          <w:spacing w:val="-6"/>
          <w:sz w:val="22"/>
          <w:lang w:val="sr-Cyrl-RS"/>
        </w:rPr>
        <w:t>Извор верификације: Извештај о реализацији пројекта</w:t>
      </w:r>
    </w:p>
    <w:p w:rsidR="004F2723" w:rsidRPr="008C5CF5" w:rsidRDefault="004F2723" w:rsidP="004F2723">
      <w:pPr>
        <w:pStyle w:val="NoSpacing"/>
        <w:jc w:val="both"/>
        <w:rPr>
          <w:spacing w:val="-6"/>
          <w:sz w:val="22"/>
          <w:lang w:val="sr-Cyrl-RS"/>
        </w:rPr>
      </w:pPr>
    </w:p>
    <w:p w:rsidR="004F2723" w:rsidRPr="008C5CF5" w:rsidRDefault="004F2723" w:rsidP="004F2723">
      <w:pPr>
        <w:pStyle w:val="Default"/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 xml:space="preserve">Шифра и назив пројекта: 0401-5002 Пројекат: Ревитализација споменика природе „Паркови Врњачке Бање“ фаза 3 </w:t>
      </w:r>
    </w:p>
    <w:p w:rsidR="004F2723" w:rsidRPr="008C5CF5" w:rsidRDefault="004F2723" w:rsidP="004F2723">
      <w:pPr>
        <w:pStyle w:val="Default"/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 xml:space="preserve">Буџетски корисник који реализује пројекат и одговорна лица за реализацију пројекта: </w:t>
      </w:r>
    </w:p>
    <w:p w:rsidR="004F2723" w:rsidRPr="008C5CF5" w:rsidRDefault="004F2723" w:rsidP="004F2723">
      <w:pPr>
        <w:pStyle w:val="Default"/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 xml:space="preserve">-Општинска управа, Славиша Пауновић, начелник Општинске управе </w:t>
      </w:r>
    </w:p>
    <w:p w:rsidR="004F2723" w:rsidRPr="008C5CF5" w:rsidRDefault="004F2723" w:rsidP="004F2723">
      <w:pPr>
        <w:pStyle w:val="Default"/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 xml:space="preserve">Циљ пројекта: Очување постојећих парковских површина </w:t>
      </w:r>
    </w:p>
    <w:p w:rsidR="004F2723" w:rsidRPr="008C5CF5" w:rsidRDefault="004F2723" w:rsidP="004F2723">
      <w:pPr>
        <w:pStyle w:val="Default"/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Индикатор исхода: Извршена ревитализација споменика природе „Паркови Врњачке Бање“ фаза 3</w:t>
      </w:r>
    </w:p>
    <w:p w:rsidR="004F2723" w:rsidRPr="008C5CF5" w:rsidRDefault="004F2723" w:rsidP="004F2723">
      <w:pPr>
        <w:pStyle w:val="NoSpacing"/>
        <w:jc w:val="both"/>
        <w:rPr>
          <w:spacing w:val="-6"/>
          <w:sz w:val="22"/>
          <w:lang w:val="sr-Cyrl-RS"/>
        </w:rPr>
      </w:pPr>
      <w:r w:rsidRPr="008C5CF5">
        <w:rPr>
          <w:sz w:val="22"/>
          <w:lang w:val="sr-Cyrl-RS"/>
        </w:rPr>
        <w:t>Извор верификације: Извештај о реализацији пројекта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Програм 7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Назив: ОРГАНИЗАЦИЈА САОБРАЋАЈА И САОБРАЋАЈНА ИНФРАСТРУКТУРА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Шифра: 0701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Сектор: Саобраћај и саобраћајна инфраструктура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Сврха: Унапређење организације саобраћаја и унапређење саобраћајне инфраструктуре у локалној самоуправи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Опис програма: Реализацијом Програма коришћења средстава за финансирање унапређења безбедности саобраћаја на путевима територије општине Врњачка Бања, Општина Врњачка Бања  доприноси повећању безбедности свих учесника у саобраћају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Планирање и реализација мера у области организације саобраћаја и саобраћајне инфраструктуре спроводиће се уз примену функционалних захтева универзалне приступачности, у складу са европским стандардом EN 17210, као и унапређење процеса информисања и управљања саобраћајем у складу са принципима универзалног дизајна –„Vrnjacka Banja for All“ – приступ.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Правни основ: Закон о безбедности саобраћаја на путевима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Буџетски корисник који спроводи програм и одговорна лица за реализацију програма: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-Општинска управа, Славиша Пауновић, начелник Општинске управе, за програмску активност 0701-0005 Унапређење безбедности саобраћаја</w:t>
      </w:r>
    </w:p>
    <w:p w:rsidR="004F2723" w:rsidRPr="008C5CF5" w:rsidRDefault="004F2723" w:rsidP="004F2723">
      <w:pPr>
        <w:pStyle w:val="NoSpacing"/>
        <w:jc w:val="both"/>
        <w:rPr>
          <w:spacing w:val="-6"/>
          <w:sz w:val="22"/>
          <w:lang w:val="sr-Cyrl-RS"/>
        </w:rPr>
      </w:pPr>
      <w:r w:rsidRPr="008C5CF5">
        <w:rPr>
          <w:spacing w:val="-6"/>
          <w:sz w:val="22"/>
          <w:lang w:val="sr-Cyrl-RS"/>
        </w:rPr>
        <w:t>-Општинска јавна агенција, Бранислав Бежановић, директор, за програмску активност 0701-0002 Управљање и одржавање саобраћајне инфраструктуре</w:t>
      </w:r>
    </w:p>
    <w:p w:rsidR="004F2723" w:rsidRPr="008C5CF5" w:rsidRDefault="004F2723" w:rsidP="004F2723">
      <w:pPr>
        <w:pStyle w:val="NoSpacing"/>
        <w:jc w:val="both"/>
        <w:rPr>
          <w:spacing w:val="-6"/>
          <w:sz w:val="22"/>
          <w:lang w:val="sr-Cyrl-RS"/>
        </w:rPr>
      </w:pPr>
    </w:p>
    <w:p w:rsidR="004F2723" w:rsidRPr="008C5CF5" w:rsidRDefault="004F2723" w:rsidP="004F2723">
      <w:pPr>
        <w:pStyle w:val="NoSpacing"/>
        <w:jc w:val="both"/>
        <w:rPr>
          <w:spacing w:val="-6"/>
          <w:sz w:val="22"/>
          <w:lang w:val="sr-Cyrl-RS"/>
        </w:rPr>
      </w:pPr>
      <w:r w:rsidRPr="008C5CF5">
        <w:rPr>
          <w:spacing w:val="-6"/>
          <w:sz w:val="22"/>
          <w:lang w:val="sr-Cyrl-RS"/>
        </w:rPr>
        <w:t>Општи циљ: Унапређење саобраћаја и урбане мобилности</w:t>
      </w:r>
    </w:p>
    <w:p w:rsidR="004F2723" w:rsidRPr="008C5CF5" w:rsidRDefault="004F2723" w:rsidP="004F2723">
      <w:pPr>
        <w:pStyle w:val="NoSpacing"/>
        <w:jc w:val="both"/>
        <w:rPr>
          <w:spacing w:val="-6"/>
          <w:sz w:val="22"/>
          <w:lang w:val="sr-Cyrl-RS"/>
        </w:rPr>
      </w:pPr>
      <w:r w:rsidRPr="008C5CF5">
        <w:rPr>
          <w:spacing w:val="-6"/>
          <w:sz w:val="22"/>
          <w:lang w:val="sr-Cyrl-RS"/>
        </w:rPr>
        <w:t>Индикатор исхода: Број организованих едукација/број набављених публикација о познавању саобраћајних прописа</w:t>
      </w:r>
    </w:p>
    <w:p w:rsidR="004F2723" w:rsidRPr="008C5CF5" w:rsidRDefault="004F2723" w:rsidP="004F2723">
      <w:pPr>
        <w:pStyle w:val="NoSpacing"/>
        <w:jc w:val="both"/>
        <w:rPr>
          <w:spacing w:val="-6"/>
          <w:sz w:val="22"/>
          <w:lang w:val="sr-Cyrl-RS"/>
        </w:rPr>
      </w:pPr>
      <w:r w:rsidRPr="008C5CF5">
        <w:rPr>
          <w:spacing w:val="-6"/>
          <w:sz w:val="22"/>
          <w:lang w:val="sr-Cyrl-RS"/>
        </w:rPr>
        <w:t>РОБ индикатор: Број девојчица и  обухваћених едукацијама о познавању саобраћајних прописа</w:t>
      </w:r>
    </w:p>
    <w:p w:rsidR="004F2723" w:rsidRPr="008C5CF5" w:rsidRDefault="004F2723" w:rsidP="004F2723">
      <w:pPr>
        <w:pStyle w:val="NoSpacing"/>
        <w:jc w:val="both"/>
        <w:rPr>
          <w:spacing w:val="-6"/>
          <w:sz w:val="22"/>
          <w:lang w:val="sr-Cyrl-RS"/>
        </w:rPr>
      </w:pPr>
      <w:r w:rsidRPr="008C5CF5">
        <w:rPr>
          <w:spacing w:val="-6"/>
          <w:sz w:val="22"/>
          <w:lang w:val="sr-Cyrl-RS"/>
        </w:rPr>
        <w:t>РОБ индикатор: Број дечака обухваћених едукацијама о познавању саобраћајних прописа                                                                                                                              РОБ индикатор: Број жена обухваћених едукацијама о познавању саобраћајних прописа                                                                                                                         РОБ индикатор: Број мушкараца обухваћених едукацијама о познавању саобраћајних прописа</w:t>
      </w:r>
    </w:p>
    <w:p w:rsidR="004F2723" w:rsidRPr="008C5CF5" w:rsidRDefault="004F2723" w:rsidP="004F2723">
      <w:pPr>
        <w:pStyle w:val="NoSpacing"/>
        <w:jc w:val="both"/>
        <w:rPr>
          <w:spacing w:val="-6"/>
          <w:sz w:val="22"/>
          <w:lang w:val="sr-Cyrl-RS"/>
        </w:rPr>
      </w:pPr>
    </w:p>
    <w:p w:rsidR="004F2723" w:rsidRPr="008C5CF5" w:rsidRDefault="004F2723" w:rsidP="004F2723">
      <w:pPr>
        <w:pStyle w:val="NoSpacing"/>
        <w:jc w:val="both"/>
        <w:rPr>
          <w:spacing w:val="-6"/>
          <w:sz w:val="22"/>
          <w:lang w:val="sr-Cyrl-RS"/>
        </w:rPr>
      </w:pPr>
      <w:r w:rsidRPr="008C5CF5">
        <w:rPr>
          <w:spacing w:val="-6"/>
          <w:sz w:val="22"/>
          <w:lang w:val="sr-Cyrl-RS"/>
        </w:rPr>
        <w:lastRenderedPageBreak/>
        <w:t>Индикатор исхода: Дужина коловоза на којој је постављена нова или замењена постојећа вертикална и хоризонтална сигнализација</w:t>
      </w:r>
    </w:p>
    <w:p w:rsidR="004F2723" w:rsidRPr="008C5CF5" w:rsidRDefault="004F2723" w:rsidP="004F2723">
      <w:pPr>
        <w:pStyle w:val="NoSpacing"/>
        <w:jc w:val="both"/>
        <w:rPr>
          <w:spacing w:val="-6"/>
          <w:sz w:val="22"/>
          <w:lang w:val="sr-Cyrl-RS"/>
        </w:rPr>
      </w:pPr>
      <w:r w:rsidRPr="008C5CF5">
        <w:rPr>
          <w:spacing w:val="-6"/>
          <w:sz w:val="22"/>
          <w:lang w:val="sr-Cyrl-RS"/>
        </w:rPr>
        <w:t>Извор верификације: Годишњи извештаји о реализацији Програма коришћења средстава за финансирање унапређења безбедности саобраћаја на путевима територије општине Врњачка Бања</w:t>
      </w:r>
    </w:p>
    <w:p w:rsidR="004F2723" w:rsidRPr="008C5CF5" w:rsidRDefault="004F2723" w:rsidP="004F2723">
      <w:pPr>
        <w:pStyle w:val="NoSpacing"/>
        <w:jc w:val="both"/>
        <w:rPr>
          <w:spacing w:val="-6"/>
          <w:sz w:val="22"/>
          <w:lang w:val="sr-Cyrl-RS"/>
        </w:rPr>
      </w:pPr>
    </w:p>
    <w:p w:rsidR="004F2723" w:rsidRPr="008C5CF5" w:rsidRDefault="004F2723" w:rsidP="004F2723">
      <w:pPr>
        <w:pStyle w:val="NoSpacing"/>
        <w:jc w:val="both"/>
        <w:rPr>
          <w:spacing w:val="-6"/>
          <w:sz w:val="22"/>
          <w:lang w:val="sr-Cyrl-RS"/>
        </w:rPr>
      </w:pPr>
      <w:r w:rsidRPr="008C5CF5">
        <w:rPr>
          <w:spacing w:val="-6"/>
          <w:sz w:val="22"/>
          <w:lang w:val="sr-Cyrl-RS"/>
        </w:rPr>
        <w:t>Остали параметри програма:</w:t>
      </w:r>
    </w:p>
    <w:p w:rsidR="004F2723" w:rsidRPr="008C5CF5" w:rsidRDefault="004F2723" w:rsidP="004F2723">
      <w:pPr>
        <w:pStyle w:val="NoSpacing"/>
        <w:jc w:val="both"/>
        <w:rPr>
          <w:spacing w:val="-6"/>
          <w:sz w:val="22"/>
          <w:lang w:val="sr-Cyrl-RS"/>
        </w:rPr>
      </w:pPr>
      <w:r w:rsidRPr="008C5CF5">
        <w:rPr>
          <w:spacing w:val="-6"/>
          <w:sz w:val="22"/>
          <w:lang w:val="sr-Cyrl-RS"/>
        </w:rPr>
        <w:t>1. Приоритет програма</w:t>
      </w:r>
    </w:p>
    <w:p w:rsidR="004F2723" w:rsidRPr="008C5CF5" w:rsidRDefault="004F2723" w:rsidP="004F2723">
      <w:pPr>
        <w:pStyle w:val="NoSpacing"/>
        <w:jc w:val="both"/>
        <w:rPr>
          <w:spacing w:val="-6"/>
          <w:sz w:val="22"/>
          <w:lang w:val="sr-Cyrl-RS"/>
        </w:rPr>
      </w:pPr>
      <w:r w:rsidRPr="008C5CF5">
        <w:rPr>
          <w:noProof/>
          <w:spacing w:val="-6"/>
          <w:sz w:val="22"/>
          <w:lang w:val="en-GB" w:eastAsia="en-GB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38DED6CA" wp14:editId="57E2CFBC">
                <wp:simplePos x="0" y="0"/>
                <wp:positionH relativeFrom="column">
                  <wp:posOffset>-41275</wp:posOffset>
                </wp:positionH>
                <wp:positionV relativeFrom="paragraph">
                  <wp:posOffset>39370</wp:posOffset>
                </wp:positionV>
                <wp:extent cx="154305" cy="135255"/>
                <wp:effectExtent l="0" t="0" r="17145" b="17145"/>
                <wp:wrapNone/>
                <wp:docPr id="17" name="Oval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305" cy="135255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7184E78" id="Oval 94" o:spid="_x0000_s1026" style="position:absolute;margin-left:-3.25pt;margin-top:3.1pt;width:12.15pt;height:10.6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" filled="f"/>
            </w:pict>
          </mc:Fallback>
        </mc:AlternateContent>
      </w:r>
      <w:r w:rsidRPr="008C5CF5">
        <w:rPr>
          <w:spacing w:val="-6"/>
          <w:sz w:val="22"/>
          <w:lang w:val="sr-Cyrl-RS"/>
        </w:rPr>
        <w:t>а) законска обавеза   б) низак   в) средњи   г) висок</w:t>
      </w:r>
    </w:p>
    <w:p w:rsidR="004F2723" w:rsidRPr="008C5CF5" w:rsidRDefault="004F2723" w:rsidP="004F2723">
      <w:pPr>
        <w:pStyle w:val="NoSpacing"/>
        <w:jc w:val="both"/>
        <w:rPr>
          <w:spacing w:val="-6"/>
          <w:sz w:val="22"/>
          <w:lang w:val="sr-Cyrl-RS"/>
        </w:rPr>
      </w:pPr>
      <w:r w:rsidRPr="008C5CF5">
        <w:rPr>
          <w:spacing w:val="-6"/>
          <w:sz w:val="22"/>
          <w:lang w:val="sr-Cyrl-RS"/>
        </w:rPr>
        <w:t>2. Ризици остварења програма: Промена законске регулативе, ванредни избори, остварење приходне стране буџета.</w:t>
      </w:r>
    </w:p>
    <w:p w:rsidR="004F2723" w:rsidRPr="008C5CF5" w:rsidRDefault="004F2723" w:rsidP="004F2723">
      <w:pPr>
        <w:pStyle w:val="NoSpacing"/>
        <w:jc w:val="both"/>
        <w:rPr>
          <w:spacing w:val="-6"/>
          <w:sz w:val="22"/>
          <w:lang w:val="sr-Cyrl-RS"/>
        </w:rPr>
      </w:pPr>
    </w:p>
    <w:p w:rsidR="004F2723" w:rsidRPr="008C5CF5" w:rsidRDefault="004F2723" w:rsidP="004F2723">
      <w:pPr>
        <w:pStyle w:val="NoSpacing"/>
        <w:jc w:val="both"/>
        <w:rPr>
          <w:spacing w:val="-6"/>
          <w:sz w:val="22"/>
          <w:lang w:val="sr-Cyrl-RS"/>
        </w:rPr>
      </w:pP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Програм 8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Назив: ПРЕДШКОЛСКО ВАСПИТАЊЕ И ОБРАЗОВАЊЕ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Шифра: 2002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Сектор: Образовање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Сврха: Омогућавање обухвата предшколске деце у вртићима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Опис програма: Предшколска установа реализује законом утврђене обавезе ЈЛС у области дечје заштите члан 20 став 1 тачка 16) Закона о локалној самоуправи. Поред ових законских обавеза, установа реализује и циљеве утврђене Планом развоја општине Врњачка Бања. Сви подаци који се односе на лица а које локална самоуправа прикупља у својим евиденцијама и регистрима у Програму 8, морају бити доступни и разложени по полу, а важно је да се прати и учешће осетљивих група, као што су самохрани родитељи и особе са инвалидитетом.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Правни основ: Закон о локалној самоуправи, Закон о основама система образовања и васпитања, Закон о предшколском васпитању и образовању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Буџетски корисник који спроводи програм и одговорна лица за реализацију програма: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-Предшколска установа „Радост“, Маја Цветковић, директор, за програмску активност 2002-000</w:t>
      </w:r>
      <w:r w:rsidR="000D536F" w:rsidRPr="008C5CF5">
        <w:rPr>
          <w:sz w:val="22"/>
          <w:szCs w:val="22"/>
          <w:lang w:val="sr-Cyrl-RS"/>
        </w:rPr>
        <w:t>2</w:t>
      </w:r>
      <w:r w:rsidRPr="008C5CF5">
        <w:rPr>
          <w:sz w:val="22"/>
          <w:szCs w:val="22"/>
          <w:lang w:val="sr-Cyrl-RS"/>
        </w:rPr>
        <w:t xml:space="preserve"> Функционисање и остваривање предшколског васпитања и образовања.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Општи циљ: 1. До 2030. значајно је унапређен квалитет и доступност услуга образовања и васпитања- област Одрживи друштвени развој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Посебан циљ: 1.1. Отварање нових капацитета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 xml:space="preserve">Индикатор исхода: 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-већи број деце обухваћене предшколским образовањем у установи у односу на број деце рођене на територији општине Врњачка Бања, са посебним освртом на број дечака/девојчица (база података је јун 2014.године и износи 702 уписане деце у односу на број 1591 рођене деце на територији Општине Врњачка Бања- обухват је 44,12% деце предшколског узраста. Мериће се у односу на јун 2020.г.)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-смањење броја деце на листи чекања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Посебан циљ: 1.2. Унапређење техничких и кадровских услова у васпитним и образовним установама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Индикатор исхода: Број стручних едукација које похађају запослени у ПУ „Радост“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 xml:space="preserve">РОБ индикатор: Број васпитачица које похађају стручне едукације ради увођења иновативних и креативних активности у односу на укупан број запослених у ПУ Радост                                                                                                              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 xml:space="preserve">РОБ индикатор: Број васпитача који похађају стручне едукације ради увођења иновативних и креативних активности у односу на укупан број запослених у ПУ Радост 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Извор верификације: Годишњи извештаји о раду предшколске установе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Остали параметри програма:</w:t>
      </w:r>
      <w:r w:rsidRPr="008C5CF5">
        <w:rPr>
          <w:noProof/>
          <w:spacing w:val="-6"/>
          <w:sz w:val="22"/>
          <w:szCs w:val="22"/>
          <w:lang w:val="sr-Cyrl-RS" w:eastAsia="sr-Latn-RS"/>
        </w:rPr>
        <w:t xml:space="preserve"> 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1. Приоритет програма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noProof/>
          <w:spacing w:val="-6"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33483CA9" wp14:editId="754BDF4E">
                <wp:simplePos x="0" y="0"/>
                <wp:positionH relativeFrom="column">
                  <wp:posOffset>1859280</wp:posOffset>
                </wp:positionH>
                <wp:positionV relativeFrom="paragraph">
                  <wp:posOffset>29845</wp:posOffset>
                </wp:positionV>
                <wp:extent cx="154305" cy="135255"/>
                <wp:effectExtent l="0" t="0" r="17145" b="17145"/>
                <wp:wrapNone/>
                <wp:docPr id="10" name="Oval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305" cy="135255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E0B6390" id="Oval 94" o:spid="_x0000_s1026" style="position:absolute;margin-left:146.4pt;margin-top:2.35pt;width:12.15pt;height:10.6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" filled="f"/>
            </w:pict>
          </mc:Fallback>
        </mc:AlternateContent>
      </w:r>
      <w:r w:rsidRPr="008C5CF5">
        <w:rPr>
          <w:sz w:val="22"/>
          <w:szCs w:val="22"/>
          <w:lang w:val="sr-Cyrl-RS"/>
        </w:rPr>
        <w:t>а) законска обавеза   б) низак   в) средњи   г) висок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2. Ризици остварења програма: Промена законске регулативе, ванредни избори, остварење приходне стране буџета.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Програм 9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Назив: ОСНОВНО ОБРАЗОВАЊЕ И ВАСПИТАЊЕ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Шифра: 2003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Сектор: Образовање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Сврха: Доступност основног образовања свој деци са територије општине у складу са прописаним стандардима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lastRenderedPageBreak/>
        <w:t>Опис програма: Основне школе обављају активности које су дефинисане Законом о основама система образовања и другим актима које доноси надлежно министарство за послове образовања. У делу спровођења Плана развоја Општине Врњачка Бања планирају се активности које ће допринети реализацији општих и посебних циљева. Сви подаци који се односе на лица а које локална самоуправа прикупља у својим евиденцијама и регистрима у Програму 9, морају бити доступни и разложени по полу, а важно је да се прати и учешће осетљивих група, као што су самохрани родитељи и особе са инвалидитетом.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Правни основ: Закон о локалној самоуправи, Закон о основама система образовања и васпитања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Буџетски корисник који спроводи програм и одговорна лица за реализацију програма: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-ОШ „Попински борци“ Врњачка Бања, Снежана Влајковић, директор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-ОШ „Младост“ Врњци, Игор Дрманац, директор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-ОШ „Бане Миленковић“ Ново Село, Александар Цветљанин, директор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 xml:space="preserve">-ОШ „Бранко Радичевић“ Вранеши, Срећко Ваљар, директор, 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за програмску активност 2003-0001 Реализација делатности основног образовања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 xml:space="preserve">Општи циљ: 1. До 2030. значајно је унапређен квалитет и доступност услуга образовања и васпитања- област Одрживи друштвени развој 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Посебан циљ: 1.2. Унапређење техничких и кадровских услова у васпитним и образовним установама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Индикатор исхода: Број реализованих семинара и стручних скупова за наставнике/наставнице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РОБ индикатор: Број наставница учесника семинара и стручних скупова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РОБ индикатор: Број наставника учесника семинара и стручних скупова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Извор верификације: Годишњи извештаји о реализацији програма рада и финансијских планова школа.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Остали параметри програма: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1. Приоритет програма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noProof/>
          <w:spacing w:val="-6"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AC2B136" wp14:editId="1A156AD1">
                <wp:simplePos x="0" y="0"/>
                <wp:positionH relativeFrom="column">
                  <wp:posOffset>2570167</wp:posOffset>
                </wp:positionH>
                <wp:positionV relativeFrom="paragraph">
                  <wp:posOffset>35338</wp:posOffset>
                </wp:positionV>
                <wp:extent cx="154305" cy="135255"/>
                <wp:effectExtent l="0" t="0" r="17145" b="17145"/>
                <wp:wrapNone/>
                <wp:docPr id="12" name="Oval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305" cy="135255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7D94BDF" id="Oval 94" o:spid="_x0000_s1026" style="position:absolute;margin-left:202.4pt;margin-top:2.8pt;width:12.15pt;height:10.6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" filled="f"/>
            </w:pict>
          </mc:Fallback>
        </mc:AlternateContent>
      </w:r>
      <w:r w:rsidRPr="008C5CF5">
        <w:rPr>
          <w:sz w:val="22"/>
          <w:szCs w:val="22"/>
          <w:lang w:val="sr-Cyrl-RS"/>
        </w:rPr>
        <w:t>а) законска обавеза   б) низак   в) средњи   г) висок</w:t>
      </w:r>
    </w:p>
    <w:p w:rsidR="004F2723" w:rsidRPr="008C5CF5" w:rsidRDefault="004F2723" w:rsidP="004F2723">
      <w:pPr>
        <w:jc w:val="both"/>
        <w:rPr>
          <w:noProof/>
          <w:spacing w:val="-6"/>
          <w:sz w:val="22"/>
          <w:szCs w:val="22"/>
          <w:lang w:val="sr-Cyrl-RS" w:eastAsia="sr-Latn-RS"/>
        </w:rPr>
      </w:pPr>
      <w:r w:rsidRPr="008C5CF5">
        <w:rPr>
          <w:sz w:val="22"/>
          <w:szCs w:val="22"/>
          <w:lang w:val="sr-Cyrl-RS"/>
        </w:rPr>
        <w:t>2. Ризици остварења програма: Промена законске регулативе, ванредни избори, остварење приходне стране буџета.</w:t>
      </w:r>
      <w:r w:rsidRPr="008C5CF5">
        <w:rPr>
          <w:noProof/>
          <w:spacing w:val="-6"/>
          <w:sz w:val="22"/>
          <w:szCs w:val="22"/>
          <w:lang w:val="sr-Cyrl-RS" w:eastAsia="sr-Latn-RS"/>
        </w:rPr>
        <w:t xml:space="preserve"> </w:t>
      </w:r>
    </w:p>
    <w:p w:rsidR="004F2723" w:rsidRPr="008C5CF5" w:rsidRDefault="004F2723" w:rsidP="004F2723">
      <w:pPr>
        <w:jc w:val="both"/>
        <w:rPr>
          <w:noProof/>
          <w:spacing w:val="-6"/>
          <w:sz w:val="22"/>
          <w:szCs w:val="22"/>
          <w:lang w:val="sr-Cyrl-RS" w:eastAsia="sr-Latn-RS"/>
        </w:rPr>
      </w:pP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Програм 10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Назив: СРЕДЊЕ ОБРАЗОВАЊЕ И ВАСПИТАЊЕ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Шифра: 2004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Сектор: Образовање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Сврха: Доступност средњег образовања у складу са прописаним стандардима и потребама за образовним профилима који одговарају циљевима развоја општине и привреде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Опис програма: Средње школе обављају активности које су дефинисане Законом о основама система образовања и другим актима које доноси Министарство надлежно за послове образовања. У делу спровођења Програма развоја Општине Врњачка Бања, планирају се активности које ће допринети реализацији општих и посебних циљева. Сви подаци који се односе на лица а које локална самоуправа прикупља у својим евиденцијама и регистрима у Програму 10, морају бити доступни и разложени по полу, а важно је да се прати и учешће осетљивих група, као што су самохрани родитељи и особе са инвалидитетом.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Правни основ: Закон о локалној самоуправи, Закон о основама система образовања и васпитања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Буџетски корисник који спроводи програм и одговорна лица за реализацију програма: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-Гимназија Врњачка Бања, Бојан Новоселац, директор,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 xml:space="preserve">-Угоститељско туристичка школа Врњачка Бања, Јелена Чеперковић, директор, 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за програмску активност 2004-0001 Реализација делатности средњег образовања.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 xml:space="preserve">Општи циљ: 1. До 2030. значајно је унапређен квалитет и доступност услуга образовања и васпитања- област Одрживи друштвени развој 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Посебан циљ: 1.2. Унапређење техничких и кадровских услова у васпитним и образовним установама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Индикатор исхода: Број реализованих семинара и стручних скупова за професоре/професорке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РОБ индикатор: Број професора учесника семинара и стручних скупова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РОБ индикатор: Број професорки учесника семинара и стручних скупова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Извор верификације: Годишњи извештаји о реализацији програма рада и финансијских планова средњих школа.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Остали параметри програма: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1. Приоритет програма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noProof/>
          <w:spacing w:val="-6"/>
          <w:sz w:val="22"/>
          <w:szCs w:val="22"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2AF93B1" wp14:editId="64C1B6E1">
                <wp:simplePos x="0" y="0"/>
                <wp:positionH relativeFrom="column">
                  <wp:posOffset>2566991</wp:posOffset>
                </wp:positionH>
                <wp:positionV relativeFrom="paragraph">
                  <wp:posOffset>37308</wp:posOffset>
                </wp:positionV>
                <wp:extent cx="154305" cy="135255"/>
                <wp:effectExtent l="0" t="0" r="17145" b="17145"/>
                <wp:wrapNone/>
                <wp:docPr id="11" name="Oval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305" cy="135255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D53D5F2" id="Oval 94" o:spid="_x0000_s1026" style="position:absolute;margin-left:202.15pt;margin-top:2.95pt;width:12.15pt;height:10.6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" filled="f"/>
            </w:pict>
          </mc:Fallback>
        </mc:AlternateContent>
      </w:r>
      <w:r w:rsidRPr="008C5CF5">
        <w:rPr>
          <w:sz w:val="22"/>
          <w:szCs w:val="22"/>
          <w:lang w:val="sr-Cyrl-RS"/>
        </w:rPr>
        <w:t>а) законска обавеза   б) низак   в) средњи   г) висок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2. Ризици остварења програма: Промена законске регулативе, ванредни избори, остварење приходне стране буџета.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Програм 11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Назив: СОЦИЈАЛНА И ДЕЧЈА ЗАШТИТА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Шифра: 0902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Сектор: Социјална заштита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Сврха: Обезбеђивање свеобухватне социјалне заштите и помоћи најугроженијем становништву општине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Опис програма: Програм се бави реализацијом пружања услуга грађанима у оквирима Закона о социјалној заштити, Закона о финансијској помоћи породици, Закона о црвеном крсту. Сви подаци који се односе на лица а које локална самоуправа прикупља у својим евиденцијама и регистрима у Програму 11, морају бити доступни и разложени по полу, а важно је да се прати и учешће осетљивих група, као што су самохрани родитељи и особе са инвалидитетом.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Програм социјалне и дечје заштите реализује се уз унапређење приступачности услуга и процедура кроз анализу потреба, мапирање баријера и примену принципа универзалног дизајна у планирању и спровођењу социјалних политика на локалном нивоу.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Правни основ: Закон о локалној самоуправи, Закон о социјалној заштити, Закон о финансијској помоћи породици, Закон о црвеном крсту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Буџетски корисник који спроводи програм и одговорна лица за реализацију програма: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 xml:space="preserve">-Општинска управа – Славиша Пауновић, начелник Општинске управе, за програмске активност: 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0902-0001 Једнократне помоћи и други облици помоћи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0902-0019 Подршка деци и  породици са децом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0902-0020 Подршка рађању и родитељству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0902-0021 Подршка особама са инвалидитетом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-Црвени крст Врњачка Бања, секретар, за програмску активност 0902-0018 Подршка реализацији програма Црвеног крста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-Центар за социјални рад Врњачка Бања, Сандра Миодраговић, директор, за програмску активност 0902-0001 Једнократне помоћи и други облици помоћи и 0902-0005 Обављање делатности установа социјалне заштите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Општи циљ: 3. До 2030. значајно је унапређен квалитет живота становника општине- област Одрживи друштвени развој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Посебан циљ: 3.1. Израда нове стратегије социјалне заштите ЈЛС и њена имплементација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Индикатор исхода: Број корисника социјалне помоћи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РОБ индикатор: Број корисника мушкараца једнократне материјалне помоћи у укупном броју корисника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РОБ индикатор: Број корисника жена једнократне материјалне помоћи у укупном броју корисника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 xml:space="preserve">Извор верификације: Годишњи извештај о раду Центра за социјални рад 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Индикатор исхода: Број акција на прикупљању различитих  врста  помоћи укључујући и акције добровољног давања крви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 xml:space="preserve">РОБ индикатор: Број жена добровољних даваоца крви                                           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РОБ индикатор: Број мушкараца добровољних даваоца крви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Извор верификације: Годишњи извештај о раду Црвеног крста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Остали параметри програма: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1. Приоритет програма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noProof/>
          <w:spacing w:val="-6"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7691BDD0" wp14:editId="502BB9DD">
                <wp:simplePos x="0" y="0"/>
                <wp:positionH relativeFrom="column">
                  <wp:posOffset>1863090</wp:posOffset>
                </wp:positionH>
                <wp:positionV relativeFrom="paragraph">
                  <wp:posOffset>23495</wp:posOffset>
                </wp:positionV>
                <wp:extent cx="154305" cy="135255"/>
                <wp:effectExtent l="0" t="0" r="17145" b="17145"/>
                <wp:wrapNone/>
                <wp:docPr id="13" name="Oval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305" cy="135255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104A1B0" id="Oval 94" o:spid="_x0000_s1026" style="position:absolute;margin-left:146.7pt;margin-top:1.85pt;width:12.15pt;height:10.6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" filled="f"/>
            </w:pict>
          </mc:Fallback>
        </mc:AlternateContent>
      </w:r>
      <w:r w:rsidRPr="008C5CF5">
        <w:rPr>
          <w:sz w:val="22"/>
          <w:szCs w:val="22"/>
          <w:lang w:val="sr-Cyrl-RS"/>
        </w:rPr>
        <w:t>а) законска обавеза   б) низак   в) средњи   г) висок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2. Ризици остварења програма: Промена законске регулативе, ванредни избори, остварење приходне стране буџета.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ПРОЈЕКТИ</w:t>
      </w:r>
    </w:p>
    <w:p w:rsidR="004F2723" w:rsidRPr="008C5CF5" w:rsidRDefault="004F2723" w:rsidP="004F2723">
      <w:pPr>
        <w:pStyle w:val="NoSpacing"/>
        <w:jc w:val="both"/>
        <w:rPr>
          <w:spacing w:val="-6"/>
          <w:sz w:val="22"/>
          <w:lang w:val="sr-Cyrl-RS"/>
        </w:rPr>
      </w:pPr>
    </w:p>
    <w:p w:rsidR="004F2723" w:rsidRPr="008C5CF5" w:rsidRDefault="004F2723" w:rsidP="004F2723">
      <w:pPr>
        <w:pStyle w:val="NoSpacing"/>
        <w:jc w:val="both"/>
        <w:rPr>
          <w:spacing w:val="-6"/>
          <w:sz w:val="22"/>
          <w:lang w:val="sr-Cyrl-RS"/>
        </w:rPr>
      </w:pPr>
      <w:r w:rsidRPr="008C5CF5">
        <w:rPr>
          <w:spacing w:val="-6"/>
          <w:sz w:val="22"/>
          <w:lang w:val="sr-Cyrl-RS"/>
        </w:rPr>
        <w:t>Шифра и назив пројекта: 0902-4007 Пројекат: ИПА 2020 – Унапређење локалног система социјалне заштите – Ширење пружања локалне социјалне услуге „Помоћ у кући за старије“ у руралним подручјима Врњачке Бање</w:t>
      </w:r>
    </w:p>
    <w:p w:rsidR="004F2723" w:rsidRPr="008C5CF5" w:rsidRDefault="004F2723" w:rsidP="004F2723">
      <w:pPr>
        <w:pStyle w:val="NoSpacing"/>
        <w:jc w:val="both"/>
        <w:rPr>
          <w:spacing w:val="-6"/>
          <w:sz w:val="22"/>
          <w:lang w:val="sr-Cyrl-RS"/>
        </w:rPr>
      </w:pPr>
      <w:r w:rsidRPr="008C5CF5">
        <w:rPr>
          <w:spacing w:val="-6"/>
          <w:sz w:val="22"/>
          <w:lang w:val="sr-Cyrl-RS"/>
        </w:rPr>
        <w:t>Буџетски корисник који реализује пројекат и одговорна лица за реализацију пројекта:</w:t>
      </w:r>
    </w:p>
    <w:p w:rsidR="004F2723" w:rsidRPr="008C5CF5" w:rsidRDefault="004F2723" w:rsidP="004F2723">
      <w:pPr>
        <w:pStyle w:val="NoSpacing"/>
        <w:jc w:val="both"/>
        <w:rPr>
          <w:spacing w:val="-6"/>
          <w:sz w:val="22"/>
          <w:lang w:val="sr-Cyrl-RS"/>
        </w:rPr>
      </w:pPr>
      <w:r w:rsidRPr="008C5CF5">
        <w:rPr>
          <w:spacing w:val="-6"/>
          <w:sz w:val="22"/>
          <w:lang w:val="sr-Cyrl-RS"/>
        </w:rPr>
        <w:t>-Општинска управа, Славиша Пауновић, начелник Општинске управе</w:t>
      </w:r>
    </w:p>
    <w:p w:rsidR="004F2723" w:rsidRPr="008C5CF5" w:rsidRDefault="004F2723" w:rsidP="004F2723">
      <w:pPr>
        <w:pStyle w:val="NoSpacing"/>
        <w:jc w:val="both"/>
        <w:rPr>
          <w:spacing w:val="-6"/>
          <w:sz w:val="22"/>
          <w:lang w:val="sr-Cyrl-RS"/>
        </w:rPr>
      </w:pPr>
      <w:r w:rsidRPr="008C5CF5">
        <w:rPr>
          <w:spacing w:val="-6"/>
          <w:sz w:val="22"/>
          <w:lang w:val="sr-Cyrl-RS"/>
        </w:rPr>
        <w:t>Циљ пројекта: Унапређена услуга "Помоћ  у кући" за старија лица</w:t>
      </w:r>
    </w:p>
    <w:p w:rsidR="004F2723" w:rsidRPr="008C5CF5" w:rsidRDefault="004F2723" w:rsidP="004F2723">
      <w:pPr>
        <w:pStyle w:val="NoSpacing"/>
        <w:jc w:val="both"/>
        <w:rPr>
          <w:spacing w:val="-6"/>
          <w:sz w:val="22"/>
          <w:lang w:val="sr-Cyrl-RS"/>
        </w:rPr>
      </w:pPr>
      <w:r w:rsidRPr="008C5CF5">
        <w:rPr>
          <w:spacing w:val="-6"/>
          <w:sz w:val="22"/>
          <w:lang w:val="sr-Cyrl-RS"/>
        </w:rPr>
        <w:lastRenderedPageBreak/>
        <w:t>Индикатор исхода: Број корисника услуге "Нега у кући" за старије у руралним подручјима</w:t>
      </w:r>
    </w:p>
    <w:p w:rsidR="004F2723" w:rsidRPr="008C5CF5" w:rsidRDefault="004F2723" w:rsidP="004F2723">
      <w:pPr>
        <w:pStyle w:val="NoSpacing"/>
        <w:jc w:val="both"/>
        <w:rPr>
          <w:spacing w:val="-6"/>
          <w:sz w:val="22"/>
          <w:lang w:val="sr-Cyrl-RS"/>
        </w:rPr>
      </w:pPr>
      <w:r w:rsidRPr="008C5CF5">
        <w:rPr>
          <w:spacing w:val="-6"/>
          <w:sz w:val="22"/>
          <w:lang w:val="sr-Cyrl-RS"/>
        </w:rPr>
        <w:t>Извор верификације: Општи извештаји корисника о пружању услуга, уговор са пружаоцем услуга, листа корисника, уговори са корисницима</w:t>
      </w:r>
    </w:p>
    <w:p w:rsidR="004F2723" w:rsidRPr="008C5CF5" w:rsidRDefault="004F2723" w:rsidP="004F2723">
      <w:pPr>
        <w:pStyle w:val="NoSpacing"/>
        <w:jc w:val="both"/>
        <w:rPr>
          <w:spacing w:val="-6"/>
          <w:sz w:val="22"/>
          <w:lang w:val="sr-Cyrl-RS"/>
        </w:rPr>
      </w:pPr>
      <w:r w:rsidRPr="008C5CF5">
        <w:rPr>
          <w:spacing w:val="-6"/>
          <w:sz w:val="22"/>
          <w:lang w:val="sr-Cyrl-RS"/>
        </w:rPr>
        <w:t>Индикатор исхода: Број додатних услуга (нпр. козметичке услуге) пружених старијима у оквиру услуге " Помоћ  у кући "</w:t>
      </w:r>
    </w:p>
    <w:p w:rsidR="004F2723" w:rsidRPr="008C5CF5" w:rsidRDefault="004F2723" w:rsidP="004F2723">
      <w:pPr>
        <w:pStyle w:val="NoSpacing"/>
        <w:jc w:val="both"/>
        <w:rPr>
          <w:spacing w:val="-6"/>
          <w:sz w:val="22"/>
          <w:lang w:val="sr-Cyrl-RS"/>
        </w:rPr>
      </w:pPr>
      <w:r w:rsidRPr="008C5CF5">
        <w:rPr>
          <w:spacing w:val="-6"/>
          <w:sz w:val="22"/>
          <w:lang w:val="sr-Cyrl-RS"/>
        </w:rPr>
        <w:t>Извор верификације: Индивидуални планови корисника, извештаји о пружању услуга, фотографије</w:t>
      </w:r>
    </w:p>
    <w:p w:rsidR="004F2723" w:rsidRPr="008C5CF5" w:rsidRDefault="004F2723" w:rsidP="004F2723">
      <w:pPr>
        <w:pStyle w:val="NoSpacing"/>
        <w:jc w:val="both"/>
        <w:rPr>
          <w:spacing w:val="-6"/>
          <w:sz w:val="22"/>
          <w:lang w:val="sr-Cyrl-RS"/>
        </w:rPr>
      </w:pPr>
      <w:r w:rsidRPr="008C5CF5">
        <w:rPr>
          <w:spacing w:val="-6"/>
          <w:sz w:val="22"/>
          <w:lang w:val="sr-Cyrl-RS"/>
        </w:rPr>
        <w:t>Индикатор исхода: Број набављених добара/алата/опреме за пружање услуге " Помоћ  у кући "</w:t>
      </w:r>
    </w:p>
    <w:p w:rsidR="004F2723" w:rsidRPr="008C5CF5" w:rsidRDefault="004F2723" w:rsidP="004F2723">
      <w:pPr>
        <w:pStyle w:val="NoSpacing"/>
        <w:jc w:val="both"/>
        <w:rPr>
          <w:spacing w:val="-6"/>
          <w:sz w:val="22"/>
          <w:lang w:val="sr-Cyrl-RS"/>
        </w:rPr>
      </w:pPr>
      <w:r w:rsidRPr="008C5CF5">
        <w:rPr>
          <w:spacing w:val="-6"/>
          <w:sz w:val="22"/>
          <w:lang w:val="sr-Cyrl-RS"/>
        </w:rPr>
        <w:t>Извор верификације: Фактуре, сертификати о испоруци материјала/опреме/возила</w:t>
      </w:r>
    </w:p>
    <w:p w:rsidR="004F2723" w:rsidRPr="008C5CF5" w:rsidRDefault="004F2723" w:rsidP="004F2723">
      <w:pPr>
        <w:pStyle w:val="NoSpacing"/>
        <w:jc w:val="both"/>
        <w:rPr>
          <w:spacing w:val="-6"/>
          <w:sz w:val="22"/>
          <w:lang w:val="sr-Cyrl-RS"/>
        </w:rPr>
      </w:pPr>
      <w:r w:rsidRPr="008C5CF5">
        <w:rPr>
          <w:spacing w:val="-6"/>
          <w:sz w:val="22"/>
          <w:lang w:val="sr-Cyrl-RS"/>
        </w:rPr>
        <w:t>Извор верификације: Индивидуални планови корисника, извештаји о пружању услуга, фотографије</w:t>
      </w:r>
    </w:p>
    <w:p w:rsidR="004F2723" w:rsidRPr="008C5CF5" w:rsidRDefault="004F2723" w:rsidP="004F2723">
      <w:pPr>
        <w:pStyle w:val="NoSpacing"/>
        <w:jc w:val="both"/>
        <w:rPr>
          <w:spacing w:val="-6"/>
          <w:sz w:val="22"/>
          <w:lang w:val="sr-Cyrl-RS"/>
        </w:rPr>
      </w:pPr>
      <w:r w:rsidRPr="008C5CF5">
        <w:rPr>
          <w:spacing w:val="-6"/>
          <w:sz w:val="22"/>
          <w:lang w:val="sr-Cyrl-RS"/>
        </w:rPr>
        <w:t>Индикатор исхода: Број новозапослених неговатеља за пружање услуге " Помоћ  у кући " у руралним подручјима</w:t>
      </w:r>
    </w:p>
    <w:p w:rsidR="004F2723" w:rsidRPr="008C5CF5" w:rsidRDefault="004F2723" w:rsidP="004F2723">
      <w:pPr>
        <w:pStyle w:val="NoSpacing"/>
        <w:jc w:val="both"/>
        <w:rPr>
          <w:spacing w:val="-6"/>
          <w:sz w:val="22"/>
          <w:lang w:val="sr-Cyrl-RS"/>
        </w:rPr>
      </w:pPr>
      <w:r w:rsidRPr="008C5CF5">
        <w:rPr>
          <w:spacing w:val="-6"/>
          <w:sz w:val="22"/>
          <w:lang w:val="sr-Cyrl-RS"/>
        </w:rPr>
        <w:t>Извор верификације: Извештаји о избору геронтодомаћица , уговори са геронтодомаћицама</w:t>
      </w:r>
    </w:p>
    <w:p w:rsidR="004F2723" w:rsidRPr="008C5CF5" w:rsidRDefault="004F2723" w:rsidP="004F2723">
      <w:pPr>
        <w:pStyle w:val="NoSpacing"/>
        <w:jc w:val="both"/>
        <w:rPr>
          <w:spacing w:val="-6"/>
          <w:sz w:val="22"/>
          <w:lang w:val="sr-Cyrl-RS"/>
        </w:rPr>
      </w:pPr>
    </w:p>
    <w:p w:rsidR="004F2723" w:rsidRPr="008C5CF5" w:rsidRDefault="004F2723" w:rsidP="004F2723">
      <w:pPr>
        <w:pStyle w:val="NoSpacing"/>
        <w:jc w:val="both"/>
        <w:rPr>
          <w:spacing w:val="-6"/>
          <w:sz w:val="22"/>
          <w:lang w:val="sr-Cyrl-RS"/>
        </w:rPr>
      </w:pPr>
      <w:r w:rsidRPr="008C5CF5">
        <w:rPr>
          <w:spacing w:val="-6"/>
          <w:sz w:val="22"/>
          <w:lang w:val="sr-Cyrl-RS"/>
        </w:rPr>
        <w:t>Шифра и назив пројекта: 0902-4005 Пројекат: ROMACTION - свеобухватни приступ инклузији и оснаживању Рома</w:t>
      </w:r>
    </w:p>
    <w:p w:rsidR="004F2723" w:rsidRPr="008C5CF5" w:rsidRDefault="004F2723" w:rsidP="004F2723">
      <w:pPr>
        <w:pStyle w:val="NoSpacing"/>
        <w:jc w:val="both"/>
        <w:rPr>
          <w:spacing w:val="-6"/>
          <w:sz w:val="22"/>
          <w:lang w:val="sr-Cyrl-RS"/>
        </w:rPr>
      </w:pPr>
      <w:r w:rsidRPr="008C5CF5">
        <w:rPr>
          <w:spacing w:val="-6"/>
          <w:sz w:val="22"/>
          <w:lang w:val="sr-Cyrl-RS"/>
        </w:rPr>
        <w:t>Буџетски корисник који реализује пројекат и одговорна лица за реализацију пројекта:</w:t>
      </w:r>
    </w:p>
    <w:p w:rsidR="004F2723" w:rsidRPr="008C5CF5" w:rsidRDefault="004F2723" w:rsidP="004F2723">
      <w:pPr>
        <w:pStyle w:val="NoSpacing"/>
        <w:jc w:val="both"/>
        <w:rPr>
          <w:spacing w:val="-6"/>
          <w:sz w:val="22"/>
          <w:lang w:val="sr-Cyrl-RS"/>
        </w:rPr>
      </w:pPr>
      <w:r w:rsidRPr="008C5CF5">
        <w:rPr>
          <w:spacing w:val="-6"/>
          <w:sz w:val="22"/>
          <w:lang w:val="sr-Cyrl-RS"/>
        </w:rPr>
        <w:t>-Општинска управа, Славиша Пауновић, начелник Општинске управе</w:t>
      </w:r>
    </w:p>
    <w:p w:rsidR="004F2723" w:rsidRPr="008C5CF5" w:rsidRDefault="004F2723" w:rsidP="004F2723">
      <w:pPr>
        <w:pStyle w:val="NoSpacing"/>
        <w:jc w:val="both"/>
        <w:rPr>
          <w:spacing w:val="-6"/>
          <w:sz w:val="22"/>
          <w:lang w:val="sr-Cyrl-RS"/>
        </w:rPr>
      </w:pPr>
      <w:r w:rsidRPr="008C5CF5">
        <w:rPr>
          <w:spacing w:val="-6"/>
          <w:sz w:val="22"/>
          <w:lang w:val="sr-Cyrl-RS"/>
        </w:rPr>
        <w:t>Циљ пројекта: До 2030.године значајно је унапређен квалитет живота становника општине</w:t>
      </w:r>
    </w:p>
    <w:p w:rsidR="004F2723" w:rsidRPr="008C5CF5" w:rsidRDefault="004F2723" w:rsidP="004F2723">
      <w:pPr>
        <w:pStyle w:val="NoSpacing"/>
        <w:jc w:val="both"/>
        <w:rPr>
          <w:spacing w:val="-6"/>
          <w:sz w:val="22"/>
          <w:lang w:val="sr-Cyrl-RS"/>
        </w:rPr>
      </w:pPr>
      <w:r w:rsidRPr="008C5CF5">
        <w:rPr>
          <w:spacing w:val="-6"/>
          <w:sz w:val="22"/>
          <w:lang w:val="sr-Cyrl-RS"/>
        </w:rPr>
        <w:t>Индикатор исхода: Извршено промовисање доброг управљања и оснаживање Рома и Ромкиња на локалном нивоу</w:t>
      </w:r>
    </w:p>
    <w:p w:rsidR="004F2723" w:rsidRPr="008C5CF5" w:rsidRDefault="004F2723" w:rsidP="004F2723">
      <w:pPr>
        <w:pStyle w:val="NoSpacing"/>
        <w:jc w:val="both"/>
        <w:rPr>
          <w:spacing w:val="-6"/>
          <w:sz w:val="22"/>
          <w:lang w:val="sr-Cyrl-RS"/>
        </w:rPr>
      </w:pPr>
      <w:r w:rsidRPr="008C5CF5">
        <w:rPr>
          <w:spacing w:val="-6"/>
          <w:sz w:val="22"/>
          <w:lang w:val="sr-Cyrl-RS"/>
        </w:rPr>
        <w:t>Извор верификације: Извештај о реализацији пројекта</w:t>
      </w:r>
    </w:p>
    <w:p w:rsidR="004F2723" w:rsidRPr="008C5CF5" w:rsidRDefault="004F2723" w:rsidP="004F2723">
      <w:pPr>
        <w:pStyle w:val="NoSpacing"/>
        <w:jc w:val="both"/>
        <w:rPr>
          <w:spacing w:val="-6"/>
          <w:sz w:val="22"/>
          <w:lang w:val="sr-Cyrl-RS"/>
        </w:rPr>
      </w:pP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Програм 12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Назив: ЗДРАВСТВЕНА ЗАШТИТА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Шифра: 1801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Сектор: Здравствена заштита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Сврха: Доступност примарне здравствене заштите у складу са националним стандардима и обезбеђивање и спровођење активности у области деловања јавног здравља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Опис програма: Програм се бави реализацијом пружања услуга из области примарне здравствене заштите у оквирима Закона о здравственој заштити. У делу спровођења Плана развоја општине Врњачка Бања, планирају се активности које ће допринети реализацији општих и посебних циљева. Сви подаци који се односе на лица а које локална самоуправа прикупља у својим евиденцијама и регистрима у Програму 12, морају бити доступни и разложени по полу, а важно је да се прати и учешће осетљивих група, као што су самохрани родитељи и особе са инвалидитетом.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Правни основ: Закон о локалној самоуправи, Закон о здравственој заштити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Буџетски корисник који спроводи програм и одговорна лица за реализацију програма: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 xml:space="preserve">-Општинска управа, Славиша Пауновић, начелник Општинске управе, 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Општи циљ: 5. 2030. године општина Врњачка Бања је обезбедила услове за очување и унапређење здравља становништва- област Одрживи друштвени развој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Посебан циљ: 5.2. Приступачна здравствена заштита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РОБ индикатор: Број извршених прегледа и анализа код жена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РОБ индикатор: Број извршених прегледа и анализа код мушкараца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Извор верификације: Годишњи извештаји о реализацији програма рада и финансијских планова Дома здравља „Др Никола Џамић“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Остали параметри програма: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1. Приоритет програма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noProof/>
          <w:spacing w:val="-6"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3886434E" wp14:editId="11D0D005">
                <wp:simplePos x="0" y="0"/>
                <wp:positionH relativeFrom="column">
                  <wp:posOffset>2535555</wp:posOffset>
                </wp:positionH>
                <wp:positionV relativeFrom="paragraph">
                  <wp:posOffset>22860</wp:posOffset>
                </wp:positionV>
                <wp:extent cx="154305" cy="135255"/>
                <wp:effectExtent l="0" t="0" r="17145" b="17145"/>
                <wp:wrapNone/>
                <wp:docPr id="14" name="Oval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305" cy="135255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E6D9EF1" id="Oval 94" o:spid="_x0000_s1026" style="position:absolute;margin-left:199.65pt;margin-top:1.8pt;width:12.15pt;height:10.6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" filled="f"/>
            </w:pict>
          </mc:Fallback>
        </mc:AlternateContent>
      </w:r>
      <w:r w:rsidRPr="008C5CF5">
        <w:rPr>
          <w:sz w:val="22"/>
          <w:szCs w:val="22"/>
          <w:lang w:val="sr-Cyrl-RS"/>
        </w:rPr>
        <w:t>а) законска обавеза   б) низак   в) средњи   г) висок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2. Ризици остварења програма: Промена законске регулативе, ванредни избори, остварење приходне стране буџета.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Програм 13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Назив: РАЗВОЈ КУЛТУРЕ И ИНФОРМИСАЊА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Шифра: 1201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Сектор: Култура, комуникације и медији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Сврха: Очување, унапређење и представљање културног-историјског наслеђа, културне разноврсности, продукције и стваралаштва у локалној заједници; остваривање права грађана на информисање и унапређење јавног информисања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lastRenderedPageBreak/>
        <w:t xml:space="preserve">Опис програма: Установа Културни центар и Установа Библиотека „Др Душан Радић“ реализују законом утврђене обавезе ЈЛС у области културе члан 20 став 1 тачка 16) Закона о локалној самоуправи. Поред ових законских обавеза, установе реализују и циљеве утврђене Планом развоја Општине Врњачка Бања. Сви подаци који се односе на лица а које локална самоуправа прикупља у својим евиденцијама и регистрима у Програму 13, морају бити доступни и разложени по полу, а важно је да се прати и учешће осетљивих група, као што су самохрани родитељи и особе са инвалидитетом. 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Радови на санацији и реконструкцији културно-историјског наслеђа спроводиће се уз уважавање принципа „Accessible Heritage“, обезбеђујући универзалну приступачност простора и садржаја, уз очување аутентичних архитектонских и културних вредности објеката.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Правни основ: Закон о локалној самоуправи, Закон о култури.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Буџетски корисник који спроводи програм и одговорна лица за реализацију програма: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-Општинска управа, Славиша Пауновић, начелник Општинске управе, за програмску активност, за програмске активности 1201-0002 Јачање културне продукције и уметничког стваралаштва, 1201-0003 Унапређење система очувања и представљања културно-историјског наслеђа и 1201-0004 Остваривање и унапређивање јавног интереса у области јавног информисања,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-Културни центар, Саша Миленковић, директор, за програмску активност 1201-0001 Функционисање локалних установа културе,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-Библиотека „Др Душан Радић“, Дејан Лучић, директор, за програмску активност 1201-0001 Функционисање локалних установа културе.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Општи циљ: 6. 2030. године општина Врњачка Бања је центар културе који својим становницима и посетиоцима обезбеђује висок квалитет слободног времена- област Одрживи друштвени развој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Посебан циљ: 6.2. Подршка установама културе кроз умрежавање, едукацију, промоцију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 xml:space="preserve">Индикатор исхода: 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-Укупан број посетилаца на свим културним догађајима који су одржани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 xml:space="preserve">-Број садржаја у култури који шире свест о родној равноправности 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Извор верификације: Годишњи извештаји о Установе Културни центар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Индикатор исхода: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-Број набављених монографских и серијских публикација (1.600 монографских и 10 серијских публикација);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-Број уписаних чланова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 xml:space="preserve">РОБ индикатор: Број уписаних чланова жена 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 xml:space="preserve">РОБ индикатор: Број уписаних  мушкараца 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РОБ индикатор: Број уписаних дечака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 xml:space="preserve">РОБ индикатор: Број уписаних девојчица 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РОБ индикатор: Број жена корисника библиотекарских услуга и активности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РОБ индикатор: Број мушкараца корисника библиотекарских услуга и активности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Извор верификације: Годишњи извештаји о Установе Библиотека „Др Душан Радић“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Остали параметри програма: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1. Приоритет програма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noProof/>
          <w:spacing w:val="-6"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12C90AA3" wp14:editId="45A9D93E">
                <wp:simplePos x="0" y="0"/>
                <wp:positionH relativeFrom="column">
                  <wp:posOffset>2499817</wp:posOffset>
                </wp:positionH>
                <wp:positionV relativeFrom="paragraph">
                  <wp:posOffset>22225</wp:posOffset>
                </wp:positionV>
                <wp:extent cx="154305" cy="135255"/>
                <wp:effectExtent l="0" t="0" r="17145" b="17145"/>
                <wp:wrapNone/>
                <wp:docPr id="15" name="Oval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305" cy="135255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DBCBCB7" id="Oval 94" o:spid="_x0000_s1026" style="position:absolute;margin-left:196.85pt;margin-top:1.75pt;width:12.15pt;height:10.6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" filled="f"/>
            </w:pict>
          </mc:Fallback>
        </mc:AlternateContent>
      </w:r>
      <w:r w:rsidRPr="008C5CF5">
        <w:rPr>
          <w:sz w:val="22"/>
          <w:szCs w:val="22"/>
          <w:lang w:val="sr-Cyrl-RS"/>
        </w:rPr>
        <w:t>а) законска обавеза   б) низак   в) средњи   г) висок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2. Ризици остварења програма: Промена законске регулативе, ванредни избори, остварење приходне стране буџета.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ПРОЈЕКТИ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Шифра и назив пројекта: 1201-5002 Санација и конзерваторско-рестаураторски радови на делу објекта Дворац Белимарковић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Буџетски корисник који реализује пројекат и одговорна лица за реализацију пројекта: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-Општинска управа, Славиша Пауновић, начелник Општинске управе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Циљ пројекта: Унапређење културне инфраструктуре и стварање бољих услова за развој културних активности у Врњачкој Бањи, доприносећи очувању културног наслеђа и одрживом развоју локалне заједнице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Индикатор исхода: проценат извршених расхода у односу на предвиђене (100% до краја пројекта) Повећан број посетилаца (укупан број посета Замку) Повећан број организованих културних догађаја у Замку (годишње)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Извор верификације: Извештај о реализацији пројекта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lastRenderedPageBreak/>
        <w:t>Програм 14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Назив: РАЗВОЈ СПОРТА И ОМЛАДИНЕ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Шифра: 1301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Сектор: Спорт и омладина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Сврха: Обезбеђивање приступа спорту и подршка пројектима везаним за развој спорта; обезбеђивање услова за развој и спровођење омладинске политике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Опис програма: Програмом развоја спорта и омладине у врњачкој Бањи се финансирају делатности везане за спортске објекте у Врњачкој Бањи, њихово уређење, опремање, адаптација и реконструкција, као и редовно одржавање и изградња, промоција и подстицање бављења спортом, организација спортских манифестација, спортских кампова, суорганизација културно забавних догађаја на спортским објектима и доступност спортских објеката за крајње кориснике. Промовисање спорта, рекреације и здравих стилова живота који одржавају и унапређују здравље жена и мушкараца, девојчица и дечака. Обезбеђење уравнотежене заступљености полова и једнаких могућности за бављење спортским активностима, као и спровођење поступка уродњавања приликом финансирања ових активности. Програмске активности, које се односе на спортске објекте, спроводи Установа Спортски центар. У овом смислу, ова Установа даје допринос и остварењу стратешког циља утврђеног Планом развоја Општине Врњачка Бања. Сви подаци који се односе на лица а које локална самоуправа прикупља у својим евиденцијама и регистрима у Програму 14, морају бити доступни и разложени по полу, а важно је да се прати и учешће осетљивих група, као што су самохрани родитељи и особе са инвалидитетом.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Правни основ: Закон о локалној самоуправи, Закон о спорту, Закон о родној равноправности, Стратегија развоја спорта и Акциони план, Закон о младима, Национална стратегија за младе за период.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Буџетски корисник који спроводи програм и одговорна лица за реализацију програма: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-Скупштина општине, Иван Радовић, председник скупштине, за програмску активност 1301-0005 Спровођење омладинске политике,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-Општинска управа, Славиша Пауновић, начелник Општинске управе, за програмске активности 1301-0001 Подршка локалним спортским организацијама, удружењима и савезима и 1301-0002 Подршка предшколском и школском спорту,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-Установа Спортски центар, Душан Радовић, директор, за програмску активност 1301-0004 Функционисање локалних спортских установа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Општи циљ: 7. 2030. године општина Врњачка Бања је спортски центар који промовише благостање и која својим становницима и посетиоцима свих генерација обезбеђује услове за здрав живот- област Одрживи друштвени развој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Индикатор исхода: Број корисника спортских објеката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РОБ индикатор: Број жена корисница спортских објеката или број женских клубова корисника спортских објеката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РОБ индикатор: Број мушкараца корисника спортских објеката или број мушких клубова корисника спортских објеката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Извор верификације: Годишњи извештаји о Установе Спортски центар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Остали параметри програма: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1. Приоритет програма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noProof/>
          <w:spacing w:val="-6"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20000B0C" wp14:editId="3CB497F0">
                <wp:simplePos x="0" y="0"/>
                <wp:positionH relativeFrom="column">
                  <wp:posOffset>2618298</wp:posOffset>
                </wp:positionH>
                <wp:positionV relativeFrom="paragraph">
                  <wp:posOffset>24765</wp:posOffset>
                </wp:positionV>
                <wp:extent cx="154305" cy="135255"/>
                <wp:effectExtent l="0" t="0" r="17145" b="17145"/>
                <wp:wrapNone/>
                <wp:docPr id="16" name="Oval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305" cy="135255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B87771B" id="Oval 94" o:spid="_x0000_s1026" style="position:absolute;margin-left:206.15pt;margin-top:1.95pt;width:12.15pt;height:10.6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" filled="f"/>
            </w:pict>
          </mc:Fallback>
        </mc:AlternateContent>
      </w:r>
      <w:r w:rsidRPr="008C5CF5">
        <w:rPr>
          <w:sz w:val="22"/>
          <w:szCs w:val="22"/>
          <w:lang w:val="sr-Cyrl-RS"/>
        </w:rPr>
        <w:t>а) законска обавеза   б) низак   в) средњи   г) висок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2. Ризици остварења програма: Промена законске регулативе, ванредни избори, остварење приходне стране буџета.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Програм 15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Назив: ОПШТЕ УСЛУГЕ ЛОКАЛНЕ САМОУПРАВЕ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Шифра: 0602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Сектор: Опште услуге јавне управе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Сврха: Обезбеђивање услуга јавне управе и остваривање и заштита права грађана и јавног интереса; одрживо управљање финансијама и администрирање изворних прихода локалне самоуправе; сервисирање обавеза које проистичу из задуживања за финансирање буџета и управљање јавним дугом; пружање ефикасне интервенције, ублажавање последица и обезбеђење снабдевености и стабилности на тржишту у случају ванредних ситуација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 xml:space="preserve">Опис програма: Програм се бави реализацијом пружања услуга грађанима и извршавање функција утврђених Законом о локалној самоуправи у делу који спроводе: Општинско правобранилаштво, Општинска управа и месне заједнице. У делу спровођења Програма развоја општине Врњачка Бања, планирају се активности које ће допринети реализацији општих и посебних циљева. Сви подаци који се односе на лица а које локална самоуправа </w:t>
      </w:r>
      <w:r w:rsidRPr="008C5CF5">
        <w:rPr>
          <w:sz w:val="22"/>
          <w:szCs w:val="22"/>
          <w:lang w:val="sr-Cyrl-RS"/>
        </w:rPr>
        <w:lastRenderedPageBreak/>
        <w:t>прикупља у својим евиденцијама и регистрима у Програму 15, морају бити доступни и разложени по полу, а важно је да се прати и учешће осетљивих група, као што су самохрани родитељи и особе са инвалидитетом.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Програм се реализује уз унапређење квалитета и приступачности јавних услуга, стандардизацију процедура и инклузивну комуникацију са корисницима, применом принципа универзалног дизајна у управљању процесима, у складу са савременим европским праксама и одредбама из усвојене Одлуке о покретању процеса израде Стратегије универзалног дизајна општине Врњачка Бања за период 2026–2032. године.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Правни основ: Закон о локалној самоуправи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 xml:space="preserve">Буџетски корисник који спроводи програм и одговорна лица за реализацију програма: 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-Општинско правобранилаштво – Славица Станковић, општински правобранилац, за програмску активност 0602-0004 Општинско правобранилаштво,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-Општинска управа – Славиша Пауновић, начелник Општинске управе, за програмске активности: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0602-0001 Функционисање локалне самоуправе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0602-0003 Сервисирање јавног дуга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0602-0007 Функционисање националних савета националних мањина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0602-0009 Текућа буџетска резерва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0602-0010 Стална буџетска резерва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0602-0014 Управљање у ванредним ситуацијама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 xml:space="preserve">Општи циљ: 9. Добра управа: праведно, транспарентно и ефикасно управљање које задовољава потребе свих грађана и промовише њихову добробит 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Посебан циљ: 9.6. Професионализација и обука јавних службеника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 xml:space="preserve">Индикатор исхода: 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-Број жена запослених у Општинској управи, које су учествовале на семинарима и обукама у организацији Националне Академије за јавну управу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-Број мушкараца запослених у Општинској управи, које су учествовале на семинарима и обукама у организацији Националне Академије за јавну управу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Остали параметри програма: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1. Приоритет програма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noProof/>
          <w:spacing w:val="-6"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77359E16" wp14:editId="5EFEB245">
                <wp:simplePos x="0" y="0"/>
                <wp:positionH relativeFrom="column">
                  <wp:posOffset>-39370</wp:posOffset>
                </wp:positionH>
                <wp:positionV relativeFrom="paragraph">
                  <wp:posOffset>13335</wp:posOffset>
                </wp:positionV>
                <wp:extent cx="154305" cy="135255"/>
                <wp:effectExtent l="0" t="0" r="17145" b="17145"/>
                <wp:wrapNone/>
                <wp:docPr id="18" name="Oval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305" cy="135255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390D39E" id="Oval 94" o:spid="_x0000_s1026" style="position:absolute;margin-left:-3.1pt;margin-top:1.05pt;width:12.15pt;height:10.6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" filled="f"/>
            </w:pict>
          </mc:Fallback>
        </mc:AlternateContent>
      </w:r>
      <w:r w:rsidRPr="008C5CF5">
        <w:rPr>
          <w:sz w:val="22"/>
          <w:szCs w:val="22"/>
          <w:lang w:val="sr-Cyrl-RS"/>
        </w:rPr>
        <w:t>а) законска обавеза   б) низак   в) средњи   г) висок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2. Ризици остварења програма: Промена законске регулативе, ванредни избори, остварење приходне стране буџета.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ПРОЈЕКТИ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</w:p>
    <w:p w:rsidR="004F2723" w:rsidRPr="008C5CF5" w:rsidRDefault="004F2723" w:rsidP="004F2723">
      <w:pPr>
        <w:tabs>
          <w:tab w:val="left" w:pos="284"/>
        </w:tabs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Шифра и назив пројекта: 0602-4001 Пројекат: Регионални програм локалне демократије на Западном Балкану 3 – ReLOaD3</w:t>
      </w:r>
    </w:p>
    <w:p w:rsidR="004F2723" w:rsidRPr="008C5CF5" w:rsidRDefault="004F2723" w:rsidP="004F2723">
      <w:pPr>
        <w:tabs>
          <w:tab w:val="left" w:pos="284"/>
        </w:tabs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Буџетски корисник који реализује пројекат и одговорна лица за реализацију пројекта:</w:t>
      </w:r>
    </w:p>
    <w:p w:rsidR="004F2723" w:rsidRPr="008C5CF5" w:rsidRDefault="004F2723" w:rsidP="004F2723">
      <w:pPr>
        <w:tabs>
          <w:tab w:val="left" w:pos="284"/>
        </w:tabs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-Општинска управа, Славиша Пауновић, начелник Општинске управе</w:t>
      </w:r>
    </w:p>
    <w:p w:rsidR="004F2723" w:rsidRPr="008C5CF5" w:rsidRDefault="004F2723" w:rsidP="004F2723">
      <w:pPr>
        <w:tabs>
          <w:tab w:val="left" w:pos="284"/>
        </w:tabs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Циљ пројекта: јачање партиципативне демократије и унапређење сарадње између локалних власти и цивилног друштва</w:t>
      </w:r>
    </w:p>
    <w:p w:rsidR="004F2723" w:rsidRPr="008C5CF5" w:rsidRDefault="004F2723" w:rsidP="004F2723">
      <w:pPr>
        <w:tabs>
          <w:tab w:val="left" w:pos="284"/>
        </w:tabs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Индикатор исхода: ојачана партнерства између цивилног друштва и локалних власти, побољшана транспарентност и одговорност у локалној управи, повећане могућности за учешће грађана у јавном животу.</w:t>
      </w:r>
    </w:p>
    <w:p w:rsidR="004F2723" w:rsidRPr="008C5CF5" w:rsidRDefault="004F2723" w:rsidP="004F2723">
      <w:pPr>
        <w:tabs>
          <w:tab w:val="left" w:pos="284"/>
        </w:tabs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Извор верификације: записници са редовних састанака за преглед напретка активности, периодични извештаји о реализованим активностима, јавна документација настала као резултат пројекта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Програм 16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Назив: ПОЛИТИЧКИ СИСТЕМ ЛОКАЛНЕ САМОУПРАВЕ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Шифра: 2101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Сектор: Политички систем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Сврха: Обављање основних функција изборних органа локалне самоуправе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Опис програма: Програм се бави реализацијом пружања услуга грађанкама и грађанима и извршавање функција утврђених Законом о локалној самоуправи у делу који спроводе: Скупштина општине и Председник општине и Општинско веће. Сви подаци који се односе на лица а које локална самоуправа прикупља у својим евиденцијама и регистрима у Програму 16, морају бити доступни и разложени по полу, а важно је да се прати и учешће осетљивих група, као што су самохрани родитељи и особе са инвалидитетом.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Правни основ: Закон о локалној самоуправи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lastRenderedPageBreak/>
        <w:t xml:space="preserve">Буџетски корисник који спроводи програм и одговорна лица за реализацију програма: 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-Скупштина општине Врњачка Бања – Иван Радовић, председник скупштине, за програмску активност 2101-0001 Функционисање скупштине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-Председник општине и Општинско веће – Бобан Ђуровић, председник општине, за програмску активност 2101-0002 Функционисање извршних органа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-Општинска управа, Славиша Пауновић, начелник Општинске управе, за програмску активност 2101-0001 Функционисање скупштине.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Остали параметри програма: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1. Приоритет програма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noProof/>
          <w:spacing w:val="-6"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6C09D9B4" wp14:editId="50F1CA06">
                <wp:simplePos x="0" y="0"/>
                <wp:positionH relativeFrom="column">
                  <wp:posOffset>-39370</wp:posOffset>
                </wp:positionH>
                <wp:positionV relativeFrom="paragraph">
                  <wp:posOffset>27305</wp:posOffset>
                </wp:positionV>
                <wp:extent cx="154305" cy="135255"/>
                <wp:effectExtent l="0" t="0" r="17145" b="17145"/>
                <wp:wrapNone/>
                <wp:docPr id="19" name="Oval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305" cy="135255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69CFE7C" id="Oval 94" o:spid="_x0000_s1026" style="position:absolute;margin-left:-3.1pt;margin-top:2.15pt;width:12.15pt;height:10.6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" filled="f"/>
            </w:pict>
          </mc:Fallback>
        </mc:AlternateContent>
      </w:r>
      <w:r w:rsidRPr="008C5CF5">
        <w:rPr>
          <w:sz w:val="22"/>
          <w:szCs w:val="22"/>
          <w:lang w:val="sr-Cyrl-RS"/>
        </w:rPr>
        <w:t>а) законска обавеза   б) низак   в) средњи   г) висок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2. Ризици остварења програма: Промена законске регулативе, ванредни избори, остварење приходне стране буџета.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 xml:space="preserve">Програм 17 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Назив: ЕНЕРГЕТСКА ЕФИКАСНОСТ И ОБНОВЉИВИ ИЗВОРИ ЕНЕРГИЈЕ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Шифра: 0501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Сектор: Енергетика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Сврха: Одрживи енергетски развој локалне самоуправе кроз подстицање унапређења енергетске ефикасности, побољшање енергетске инфраструктуре и ширу употребу обновљивих извора енергије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Опис програма: Овим програмом се реализују обавезе ЈЛС у складу са законским прописима којима је уређено побољшање енергетске ефикасности и омасовљавање коришћења обновљивих извора енергије.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Пројекти енергетске ефикасности и коришћења обновљивих извора енергије реализују се уз примену принципа универзалног дизајна у погледу доступности информација, управљања системима и безбедности корисника.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Правни основ: Закон о енергетској ефикасности и рационалној употреби енергије.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 xml:space="preserve">Буџетски корисник који спроводи програм и одговорна лица за реализацију програма: 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-Општинска управа, Славиша Пауновић, начелник Општинске управе, за пројекат 0501-5001 Пројекат: Унапређење енергетске ефикасности индивидуалних објеката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ПРОЈЕКТИ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Шифра и назив пројекта: 0501-5001 Пројекат: Унапређење енергетске ефикасности индивидуалних објеката- Бесповратно суфинансирање појединачних пројеката енергетске санације породичних кућа, станова и стамбених зграда на територији општине Врњачка Бања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Буџетски корисник који реализује пројекат и одговорно лице за реализацију пројекта: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-Општинска управа, Славиша Пауновић, начелник Општинске управе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Циљ пројекта: Повећање енергетске ефикасности и заштите животне средине кроз побољшање енергетских својстава објекта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 xml:space="preserve">Индикатор исхода: Број одобрених пројеката   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sz w:val="22"/>
          <w:szCs w:val="22"/>
          <w:lang w:val="sr-Cyrl-RS"/>
        </w:rPr>
        <w:t>Извор верификације: Извештај о реализацији пројекта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</w:p>
    <w:p w:rsidR="004F2723" w:rsidRPr="008C5CF5" w:rsidRDefault="004F2723" w:rsidP="004F2723">
      <w:pPr>
        <w:tabs>
          <w:tab w:val="left" w:pos="284"/>
        </w:tabs>
        <w:jc w:val="both"/>
        <w:rPr>
          <w:rFonts w:eastAsia="Calibri"/>
          <w:sz w:val="22"/>
          <w:szCs w:val="22"/>
          <w:lang w:val="sr-Cyrl-RS"/>
        </w:rPr>
      </w:pPr>
      <w:r w:rsidRPr="008C5CF5">
        <w:rPr>
          <w:rFonts w:eastAsia="Calibri"/>
          <w:sz w:val="22"/>
          <w:szCs w:val="22"/>
          <w:lang w:val="sr-Cyrl-RS"/>
        </w:rPr>
        <w:t>Шифра и назив пројекта: 0501-5002 Пројекат: Уградња соларних панела и пратеће инсталације за производњу електричне енергије за сопствене потребе зграде Општине Врњачка Бања</w:t>
      </w:r>
    </w:p>
    <w:p w:rsidR="004F2723" w:rsidRPr="008C5CF5" w:rsidRDefault="004F2723" w:rsidP="004F2723">
      <w:pPr>
        <w:tabs>
          <w:tab w:val="left" w:pos="284"/>
        </w:tabs>
        <w:jc w:val="both"/>
        <w:rPr>
          <w:rFonts w:eastAsia="Calibri"/>
          <w:sz w:val="22"/>
          <w:szCs w:val="22"/>
          <w:lang w:val="sr-Cyrl-RS"/>
        </w:rPr>
      </w:pPr>
      <w:r w:rsidRPr="008C5CF5">
        <w:rPr>
          <w:rFonts w:eastAsia="Calibri"/>
          <w:sz w:val="22"/>
          <w:szCs w:val="22"/>
          <w:lang w:val="sr-Cyrl-RS"/>
        </w:rPr>
        <w:t>Буџетски корисник који реализује пројекат и одговорна лица за реализацију пројекта:</w:t>
      </w:r>
    </w:p>
    <w:p w:rsidR="004F2723" w:rsidRPr="008C5CF5" w:rsidRDefault="004F2723" w:rsidP="004F2723">
      <w:pPr>
        <w:tabs>
          <w:tab w:val="left" w:pos="284"/>
        </w:tabs>
        <w:jc w:val="both"/>
        <w:rPr>
          <w:rFonts w:eastAsia="Calibri"/>
          <w:sz w:val="22"/>
          <w:szCs w:val="22"/>
          <w:lang w:val="sr-Cyrl-RS"/>
        </w:rPr>
      </w:pPr>
      <w:r w:rsidRPr="008C5CF5">
        <w:rPr>
          <w:rFonts w:eastAsia="Calibri"/>
          <w:sz w:val="22"/>
          <w:szCs w:val="22"/>
          <w:lang w:val="sr-Cyrl-RS"/>
        </w:rPr>
        <w:t>-Општинска управа, Славиша Пауновић, начелник Општинске управе</w:t>
      </w:r>
    </w:p>
    <w:p w:rsidR="004F2723" w:rsidRPr="008C5CF5" w:rsidRDefault="004F2723" w:rsidP="004F2723">
      <w:pPr>
        <w:tabs>
          <w:tab w:val="left" w:pos="284"/>
        </w:tabs>
        <w:jc w:val="both"/>
        <w:rPr>
          <w:rFonts w:eastAsia="Calibri"/>
          <w:sz w:val="22"/>
          <w:szCs w:val="22"/>
          <w:lang w:val="sr-Cyrl-RS"/>
        </w:rPr>
      </w:pPr>
      <w:r w:rsidRPr="008C5CF5">
        <w:rPr>
          <w:rFonts w:eastAsia="Calibri"/>
          <w:sz w:val="22"/>
          <w:szCs w:val="22"/>
          <w:lang w:val="sr-Cyrl-RS"/>
        </w:rPr>
        <w:t>Циљ пројекта: остваривање уштеде енергије и њено рационално коришћење применом проверених савремених технологија и производа чије је коришћење економски оправдано</w:t>
      </w:r>
    </w:p>
    <w:p w:rsidR="004F2723" w:rsidRPr="008C5CF5" w:rsidRDefault="004F2723" w:rsidP="004F2723">
      <w:pPr>
        <w:tabs>
          <w:tab w:val="left" w:pos="284"/>
        </w:tabs>
        <w:jc w:val="both"/>
        <w:rPr>
          <w:rFonts w:eastAsia="Calibri"/>
          <w:sz w:val="22"/>
          <w:szCs w:val="22"/>
          <w:lang w:val="sr-Cyrl-RS"/>
        </w:rPr>
      </w:pPr>
      <w:r w:rsidRPr="008C5CF5">
        <w:rPr>
          <w:rFonts w:eastAsia="Calibri"/>
          <w:sz w:val="22"/>
          <w:szCs w:val="22"/>
          <w:lang w:val="sr-Cyrl-RS"/>
        </w:rPr>
        <w:t xml:space="preserve">Индикатор исхода: годишња производња система износи 55709kWh годишње,  месечно у просеку 4642 kWh </w:t>
      </w:r>
    </w:p>
    <w:p w:rsidR="004F2723" w:rsidRPr="008C5CF5" w:rsidRDefault="004F2723" w:rsidP="004F2723">
      <w:pPr>
        <w:jc w:val="both"/>
        <w:rPr>
          <w:sz w:val="22"/>
          <w:szCs w:val="22"/>
          <w:lang w:val="sr-Cyrl-RS"/>
        </w:rPr>
      </w:pPr>
      <w:r w:rsidRPr="008C5CF5">
        <w:rPr>
          <w:rFonts w:eastAsia="Calibri"/>
          <w:sz w:val="22"/>
          <w:szCs w:val="22"/>
          <w:lang w:val="sr-Cyrl-RS"/>
        </w:rPr>
        <w:t>Извор верификације: рачун за електричну енергију.“</w:t>
      </w:r>
      <w:r w:rsidRPr="008C5CF5">
        <w:rPr>
          <w:sz w:val="22"/>
          <w:szCs w:val="22"/>
          <w:lang w:val="sr-Cyrl-RS"/>
        </w:rPr>
        <w:t xml:space="preserve"> </w:t>
      </w:r>
    </w:p>
    <w:p w:rsidR="004F2723" w:rsidRPr="008C5CF5" w:rsidRDefault="004F2723" w:rsidP="004F2723">
      <w:pPr>
        <w:rPr>
          <w:sz w:val="22"/>
          <w:szCs w:val="22"/>
          <w:lang w:val="sr-Cyrl-RS"/>
        </w:rPr>
      </w:pPr>
    </w:p>
    <w:p w:rsidR="008E4F2E" w:rsidRPr="008C5CF5" w:rsidRDefault="008E4F2E" w:rsidP="004771C8">
      <w:pPr>
        <w:jc w:val="center"/>
        <w:rPr>
          <w:sz w:val="22"/>
          <w:lang w:val="sr-Latn-CS"/>
        </w:rPr>
      </w:pPr>
    </w:p>
    <w:p w:rsidR="004771C8" w:rsidRPr="008C5CF5" w:rsidRDefault="004771C8" w:rsidP="004771C8">
      <w:pPr>
        <w:jc w:val="center"/>
        <w:rPr>
          <w:sz w:val="22"/>
          <w:lang w:val="sr-Latn-CS"/>
        </w:rPr>
      </w:pPr>
      <w:r w:rsidRPr="008C5CF5">
        <w:rPr>
          <w:sz w:val="22"/>
          <w:lang w:val="sr-Latn-CS"/>
        </w:rPr>
        <w:t>ПРЕЛАЗНЕ И ЗАВРШНЕ ОДРЕДБЕ</w:t>
      </w:r>
    </w:p>
    <w:p w:rsidR="007E1215" w:rsidRPr="008C5CF5" w:rsidRDefault="007E1215" w:rsidP="004771C8">
      <w:pPr>
        <w:jc w:val="center"/>
        <w:rPr>
          <w:sz w:val="22"/>
          <w:lang w:val="sr-Latn-CS"/>
        </w:rPr>
      </w:pPr>
    </w:p>
    <w:p w:rsidR="004771C8" w:rsidRPr="008C5CF5" w:rsidRDefault="007E1215" w:rsidP="007E1215">
      <w:pPr>
        <w:jc w:val="center"/>
        <w:rPr>
          <w:sz w:val="22"/>
          <w:lang w:val="sr-Latn-CS"/>
        </w:rPr>
      </w:pPr>
      <w:r w:rsidRPr="008C5CF5">
        <w:rPr>
          <w:sz w:val="22"/>
          <w:lang w:val="sr-Latn-CS"/>
        </w:rPr>
        <w:t>Чла</w:t>
      </w:r>
      <w:r w:rsidR="00F17DF7" w:rsidRPr="008C5CF5">
        <w:rPr>
          <w:sz w:val="22"/>
          <w:lang w:val="sr-Latn-CS"/>
        </w:rPr>
        <w:t>н 12</w:t>
      </w:r>
      <w:r w:rsidR="00927F23" w:rsidRPr="008C5CF5">
        <w:rPr>
          <w:sz w:val="22"/>
          <w:lang w:val="sr-Latn-CS"/>
        </w:rPr>
        <w:t>.</w:t>
      </w:r>
    </w:p>
    <w:p w:rsidR="00294DF1" w:rsidRPr="008C5CF5" w:rsidRDefault="007E1215" w:rsidP="002378A8">
      <w:pPr>
        <w:jc w:val="both"/>
        <w:rPr>
          <w:sz w:val="22"/>
          <w:lang w:val="sr-Latn-CS"/>
        </w:rPr>
      </w:pPr>
      <w:r w:rsidRPr="008C5CF5">
        <w:rPr>
          <w:sz w:val="22"/>
          <w:lang w:val="sr-Latn-CS"/>
        </w:rPr>
        <w:tab/>
      </w:r>
      <w:r w:rsidR="00294DF1" w:rsidRPr="008C5CF5">
        <w:rPr>
          <w:sz w:val="22"/>
          <w:lang w:val="sr-Latn-CS"/>
        </w:rPr>
        <w:t>У ребаланс се укључују све промене које су настале по основу донетих решења о употреби текуће буџетске резерве и решења о промени апропријације, и самим тим постају интегрални део буџетом одобрене апропријације, о чему ће корисници буџетских средстава бити обавештени достављањем обавештења о додељеним апропријацијама.</w:t>
      </w:r>
    </w:p>
    <w:p w:rsidR="00294DF1" w:rsidRPr="008C5CF5" w:rsidRDefault="00294DF1" w:rsidP="002378A8">
      <w:pPr>
        <w:jc w:val="both"/>
        <w:rPr>
          <w:sz w:val="22"/>
          <w:lang w:val="sr-Latn-CS"/>
        </w:rPr>
      </w:pPr>
      <w:r w:rsidRPr="008C5CF5">
        <w:rPr>
          <w:sz w:val="22"/>
          <w:lang w:val="sr-Latn-CS"/>
        </w:rPr>
        <w:lastRenderedPageBreak/>
        <w:tab/>
        <w:t>Обавезује се Одељење за буџет и финансије да изврши ажурирање промена по овом ребалансу у Информационом систему извршења буџета (СПИРИ) Министарства финансија као и у главној књизи трезора општине Врњачка Бања.</w:t>
      </w:r>
    </w:p>
    <w:p w:rsidR="004771C8" w:rsidRPr="008C5CF5" w:rsidRDefault="00877000" w:rsidP="004771C8">
      <w:pPr>
        <w:jc w:val="center"/>
        <w:rPr>
          <w:sz w:val="22"/>
          <w:lang w:val="sr-Latn-CS"/>
        </w:rPr>
      </w:pPr>
      <w:r w:rsidRPr="008C5CF5">
        <w:rPr>
          <w:sz w:val="22"/>
          <w:lang w:val="sr-Latn-CS"/>
        </w:rPr>
        <w:t xml:space="preserve">Члан </w:t>
      </w:r>
      <w:r w:rsidR="00927F23" w:rsidRPr="008C5CF5">
        <w:rPr>
          <w:sz w:val="22"/>
          <w:lang w:val="sr-Latn-CS"/>
        </w:rPr>
        <w:t>1</w:t>
      </w:r>
      <w:r w:rsidR="00F17DF7" w:rsidRPr="008C5CF5">
        <w:rPr>
          <w:sz w:val="22"/>
          <w:lang w:val="sr-Latn-CS"/>
        </w:rPr>
        <w:t>3</w:t>
      </w:r>
      <w:r w:rsidR="004771C8" w:rsidRPr="008C5CF5">
        <w:rPr>
          <w:sz w:val="22"/>
          <w:lang w:val="sr-Latn-CS"/>
        </w:rPr>
        <w:t>.</w:t>
      </w:r>
    </w:p>
    <w:p w:rsidR="004771C8" w:rsidRPr="008C5CF5" w:rsidRDefault="004771C8" w:rsidP="004771C8">
      <w:pPr>
        <w:pStyle w:val="BodyText"/>
        <w:rPr>
          <w:lang w:val="sr-Cyrl-RS"/>
        </w:rPr>
      </w:pPr>
      <w:r w:rsidRPr="008C5CF5">
        <w:rPr>
          <w:lang w:val="sr-Latn-CS"/>
        </w:rPr>
        <w:tab/>
      </w:r>
      <w:r w:rsidR="0081185B" w:rsidRPr="008C5CF5">
        <w:t>Ова одлука ступа на снагу наредног дана од дана објављивања у „Службеном листу општине Врњачка Бања“, а примењиваће се у буџетској 2026. години</w:t>
      </w:r>
      <w:r w:rsidR="0081185B" w:rsidRPr="008C5CF5">
        <w:rPr>
          <w:lang w:val="sr-Cyrl-RS"/>
        </w:rPr>
        <w:t>-</w:t>
      </w:r>
    </w:p>
    <w:p w:rsidR="004771C8" w:rsidRPr="008C5CF5" w:rsidRDefault="004771C8" w:rsidP="004771C8">
      <w:pPr>
        <w:pStyle w:val="BodyText"/>
        <w:rPr>
          <w:lang w:val="sr-Latn-CS"/>
        </w:rPr>
      </w:pPr>
      <w:r w:rsidRPr="008C5CF5">
        <w:rPr>
          <w:lang w:val="sr-Latn-CS"/>
        </w:rPr>
        <w:tab/>
      </w:r>
      <w:r w:rsidRPr="008C5CF5">
        <w:rPr>
          <w:lang w:val="sr-Latn-CS"/>
        </w:rPr>
        <w:tab/>
      </w:r>
      <w:r w:rsidRPr="008C5CF5">
        <w:rPr>
          <w:lang w:val="sr-Latn-CS"/>
        </w:rPr>
        <w:tab/>
      </w:r>
      <w:r w:rsidRPr="008C5CF5">
        <w:rPr>
          <w:lang w:val="sr-Latn-CS"/>
        </w:rPr>
        <w:tab/>
      </w:r>
      <w:r w:rsidRPr="008C5CF5">
        <w:rPr>
          <w:lang w:val="sr-Latn-CS"/>
        </w:rPr>
        <w:tab/>
        <w:t>ПРЕДСЕДНИК СКУПШТИНЕ</w:t>
      </w:r>
    </w:p>
    <w:p w:rsidR="004771C8" w:rsidRPr="00EB1E8D" w:rsidRDefault="004771C8" w:rsidP="005E6FFA">
      <w:pPr>
        <w:pStyle w:val="BodyText"/>
        <w:rPr>
          <w:lang w:val="sr-Latn-CS"/>
        </w:rPr>
      </w:pPr>
      <w:r w:rsidRPr="008C5CF5">
        <w:rPr>
          <w:lang w:val="sr-Latn-CS"/>
        </w:rPr>
        <w:tab/>
      </w:r>
      <w:r w:rsidRPr="008C5CF5">
        <w:rPr>
          <w:lang w:val="sr-Latn-CS"/>
        </w:rPr>
        <w:tab/>
      </w:r>
      <w:r w:rsidRPr="008C5CF5">
        <w:rPr>
          <w:lang w:val="sr-Latn-CS"/>
        </w:rPr>
        <w:tab/>
      </w:r>
      <w:r w:rsidRPr="008C5CF5">
        <w:rPr>
          <w:lang w:val="sr-Latn-CS"/>
        </w:rPr>
        <w:tab/>
      </w:r>
      <w:r w:rsidRPr="008C5CF5">
        <w:rPr>
          <w:lang w:val="sr-Latn-CS"/>
        </w:rPr>
        <w:tab/>
        <w:t xml:space="preserve">               Иван Радовић</w:t>
      </w:r>
    </w:p>
    <w:p w:rsidR="00E5054E" w:rsidRPr="00EB1E8D" w:rsidRDefault="00A65AA9" w:rsidP="00D32EC4">
      <w:pPr>
        <w:pStyle w:val="BodyText"/>
        <w:rPr>
          <w:lang w:val="sr-Latn-CS"/>
        </w:rPr>
      </w:pPr>
      <w:r w:rsidRPr="00EB1E8D">
        <w:rPr>
          <w:lang w:val="sr-Latn-CS"/>
        </w:rPr>
        <w:tab/>
      </w:r>
      <w:r w:rsidRPr="00EB1E8D">
        <w:rPr>
          <w:lang w:val="sr-Latn-CS"/>
        </w:rPr>
        <w:tab/>
      </w:r>
    </w:p>
    <w:sectPr w:rsidR="00E5054E" w:rsidRPr="00EB1E8D" w:rsidSect="005B64CA">
      <w:pgSz w:w="11906" w:h="16838"/>
      <w:pgMar w:top="567" w:right="567" w:bottom="567" w:left="56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0E44F0A"/>
    <w:multiLevelType w:val="multilevel"/>
    <w:tmpl w:val="DC80B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2DD03A1"/>
    <w:multiLevelType w:val="hybridMultilevel"/>
    <w:tmpl w:val="EC9EEA56"/>
    <w:lvl w:ilvl="0" w:tplc="F06C024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EEA5D82"/>
    <w:multiLevelType w:val="hybridMultilevel"/>
    <w:tmpl w:val="EC9EEA56"/>
    <w:lvl w:ilvl="0" w:tplc="F06C024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0333A25"/>
    <w:multiLevelType w:val="hybridMultilevel"/>
    <w:tmpl w:val="EC9EEA56"/>
    <w:lvl w:ilvl="0" w:tplc="F06C024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B1723A"/>
    <w:multiLevelType w:val="multilevel"/>
    <w:tmpl w:val="8932E048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4" w15:restartNumberingAfterBreak="0">
    <w:nsid w:val="1B5C5F25"/>
    <w:multiLevelType w:val="multilevel"/>
    <w:tmpl w:val="97C84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1920" w:hanging="84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372113D"/>
    <w:multiLevelType w:val="hybridMultilevel"/>
    <w:tmpl w:val="EC9EEA56"/>
    <w:lvl w:ilvl="0" w:tplc="F06C024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D52D8A"/>
    <w:multiLevelType w:val="hybridMultilevel"/>
    <w:tmpl w:val="6AA0D3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72E587D"/>
    <w:multiLevelType w:val="hybridMultilevel"/>
    <w:tmpl w:val="23B8D406"/>
    <w:lvl w:ilvl="0" w:tplc="4DB2FAB4">
      <w:start w:val="1"/>
      <w:numFmt w:val="decimal"/>
      <w:lvlText w:val="3.7.%1."/>
      <w:lvlJc w:val="left"/>
      <w:pPr>
        <w:ind w:left="2924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4DB2FAB4">
      <w:start w:val="1"/>
      <w:numFmt w:val="decimal"/>
      <w:lvlText w:val="3.7.%4."/>
      <w:lvlJc w:val="left"/>
      <w:pPr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7A34F55"/>
    <w:multiLevelType w:val="hybridMultilevel"/>
    <w:tmpl w:val="09F0AF38"/>
    <w:lvl w:ilvl="0" w:tplc="27F65602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28D65102"/>
    <w:multiLevelType w:val="hybridMultilevel"/>
    <w:tmpl w:val="EC9EEA56"/>
    <w:lvl w:ilvl="0" w:tplc="F06C024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4B6DD0"/>
    <w:multiLevelType w:val="multilevel"/>
    <w:tmpl w:val="3CF6F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ind w:left="1920" w:hanging="84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225686C"/>
    <w:multiLevelType w:val="hybridMultilevel"/>
    <w:tmpl w:val="CD8853A0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2E94EB0"/>
    <w:multiLevelType w:val="hybridMultilevel"/>
    <w:tmpl w:val="EC9EEA56"/>
    <w:lvl w:ilvl="0" w:tplc="F06C024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5455A31"/>
    <w:multiLevelType w:val="multilevel"/>
    <w:tmpl w:val="C304FD0E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4" w15:restartNumberingAfterBreak="0">
    <w:nsid w:val="35FF23B6"/>
    <w:multiLevelType w:val="hybridMultilevel"/>
    <w:tmpl w:val="4BF0A4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63662B1"/>
    <w:multiLevelType w:val="hybridMultilevel"/>
    <w:tmpl w:val="EC9EEA56"/>
    <w:lvl w:ilvl="0" w:tplc="F06C024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F665B71"/>
    <w:multiLevelType w:val="hybridMultilevel"/>
    <w:tmpl w:val="B1A4870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43734A0B"/>
    <w:multiLevelType w:val="hybridMultilevel"/>
    <w:tmpl w:val="EC9EEA56"/>
    <w:lvl w:ilvl="0" w:tplc="F06C024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A5E48B8"/>
    <w:multiLevelType w:val="hybridMultilevel"/>
    <w:tmpl w:val="EC9EEA56"/>
    <w:lvl w:ilvl="0" w:tplc="F06C024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B34598D"/>
    <w:multiLevelType w:val="multilevel"/>
    <w:tmpl w:val="96E441F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7"/>
      <w:numFmt w:val="decimal"/>
      <w:lvlText w:val="%1.%2."/>
      <w:lvlJc w:val="left"/>
      <w:pPr>
        <w:ind w:left="450" w:hanging="450"/>
      </w:pPr>
      <w:rPr>
        <w:rFonts w:hint="default"/>
        <w:color w:val="000000"/>
      </w:rPr>
    </w:lvl>
    <w:lvl w:ilvl="2">
      <w:start w:val="7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color w:val="000000"/>
      </w:rPr>
    </w:lvl>
  </w:abstractNum>
  <w:abstractNum w:abstractNumId="30" w15:restartNumberingAfterBreak="0">
    <w:nsid w:val="5431140B"/>
    <w:multiLevelType w:val="multilevel"/>
    <w:tmpl w:val="3FA28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5F00F8C"/>
    <w:multiLevelType w:val="hybridMultilevel"/>
    <w:tmpl w:val="EC9EEA56"/>
    <w:lvl w:ilvl="0" w:tplc="F06C024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8F74364"/>
    <w:multiLevelType w:val="hybridMultilevel"/>
    <w:tmpl w:val="EC9EEA56"/>
    <w:lvl w:ilvl="0" w:tplc="F06C024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1845EC3"/>
    <w:multiLevelType w:val="hybridMultilevel"/>
    <w:tmpl w:val="EC9EEA56"/>
    <w:lvl w:ilvl="0" w:tplc="F06C024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8514A7"/>
    <w:multiLevelType w:val="hybridMultilevel"/>
    <w:tmpl w:val="A3AA34D4"/>
    <w:lvl w:ilvl="0" w:tplc="3F42426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C1A0019" w:tentative="1">
      <w:start w:val="1"/>
      <w:numFmt w:val="lowerLetter"/>
      <w:lvlText w:val="%2."/>
      <w:lvlJc w:val="left"/>
      <w:pPr>
        <w:ind w:left="1785" w:hanging="360"/>
      </w:pPr>
    </w:lvl>
    <w:lvl w:ilvl="2" w:tplc="0C1A001B" w:tentative="1">
      <w:start w:val="1"/>
      <w:numFmt w:val="lowerRoman"/>
      <w:lvlText w:val="%3."/>
      <w:lvlJc w:val="right"/>
      <w:pPr>
        <w:ind w:left="2505" w:hanging="180"/>
      </w:pPr>
    </w:lvl>
    <w:lvl w:ilvl="3" w:tplc="0C1A000F" w:tentative="1">
      <w:start w:val="1"/>
      <w:numFmt w:val="decimal"/>
      <w:lvlText w:val="%4."/>
      <w:lvlJc w:val="left"/>
      <w:pPr>
        <w:ind w:left="3225" w:hanging="360"/>
      </w:pPr>
    </w:lvl>
    <w:lvl w:ilvl="4" w:tplc="0C1A0019" w:tentative="1">
      <w:start w:val="1"/>
      <w:numFmt w:val="lowerLetter"/>
      <w:lvlText w:val="%5."/>
      <w:lvlJc w:val="left"/>
      <w:pPr>
        <w:ind w:left="3945" w:hanging="360"/>
      </w:pPr>
    </w:lvl>
    <w:lvl w:ilvl="5" w:tplc="0C1A001B" w:tentative="1">
      <w:start w:val="1"/>
      <w:numFmt w:val="lowerRoman"/>
      <w:lvlText w:val="%6."/>
      <w:lvlJc w:val="right"/>
      <w:pPr>
        <w:ind w:left="4665" w:hanging="180"/>
      </w:pPr>
    </w:lvl>
    <w:lvl w:ilvl="6" w:tplc="0C1A000F" w:tentative="1">
      <w:start w:val="1"/>
      <w:numFmt w:val="decimal"/>
      <w:lvlText w:val="%7."/>
      <w:lvlJc w:val="left"/>
      <w:pPr>
        <w:ind w:left="5385" w:hanging="360"/>
      </w:pPr>
    </w:lvl>
    <w:lvl w:ilvl="7" w:tplc="0C1A0019" w:tentative="1">
      <w:start w:val="1"/>
      <w:numFmt w:val="lowerLetter"/>
      <w:lvlText w:val="%8."/>
      <w:lvlJc w:val="left"/>
      <w:pPr>
        <w:ind w:left="6105" w:hanging="360"/>
      </w:pPr>
    </w:lvl>
    <w:lvl w:ilvl="8" w:tplc="0C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5" w15:restartNumberingAfterBreak="0">
    <w:nsid w:val="69E83C3E"/>
    <w:multiLevelType w:val="hybridMultilevel"/>
    <w:tmpl w:val="EC9EEA56"/>
    <w:lvl w:ilvl="0" w:tplc="F06C024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8FD5345"/>
    <w:multiLevelType w:val="hybridMultilevel"/>
    <w:tmpl w:val="EC9EEA56"/>
    <w:lvl w:ilvl="0" w:tplc="F06C024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A8F134B"/>
    <w:multiLevelType w:val="hybridMultilevel"/>
    <w:tmpl w:val="AD46E12C"/>
    <w:lvl w:ilvl="0" w:tplc="E3F263B0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37"/>
  </w:num>
  <w:num w:numId="3">
    <w:abstractNumId w:val="26"/>
  </w:num>
  <w:num w:numId="4">
    <w:abstractNumId w:val="31"/>
  </w:num>
  <w:num w:numId="5">
    <w:abstractNumId w:val="17"/>
  </w:num>
  <w:num w:numId="6">
    <w:abstractNumId w:val="29"/>
  </w:num>
  <w:num w:numId="7">
    <w:abstractNumId w:val="13"/>
  </w:num>
  <w:num w:numId="8">
    <w:abstractNumId w:val="25"/>
  </w:num>
  <w:num w:numId="9">
    <w:abstractNumId w:val="12"/>
  </w:num>
  <w:num w:numId="10">
    <w:abstractNumId w:val="11"/>
  </w:num>
  <w:num w:numId="11">
    <w:abstractNumId w:val="32"/>
  </w:num>
  <w:num w:numId="12">
    <w:abstractNumId w:val="33"/>
  </w:num>
  <w:num w:numId="13">
    <w:abstractNumId w:val="15"/>
  </w:num>
  <w:num w:numId="14">
    <w:abstractNumId w:val="10"/>
  </w:num>
  <w:num w:numId="15">
    <w:abstractNumId w:val="35"/>
  </w:num>
  <w:num w:numId="16">
    <w:abstractNumId w:val="27"/>
  </w:num>
  <w:num w:numId="17">
    <w:abstractNumId w:val="22"/>
  </w:num>
  <w:num w:numId="18">
    <w:abstractNumId w:val="28"/>
  </w:num>
  <w:num w:numId="19">
    <w:abstractNumId w:val="36"/>
  </w:num>
  <w:num w:numId="20">
    <w:abstractNumId w:val="19"/>
  </w:num>
  <w:num w:numId="21">
    <w:abstractNumId w:val="23"/>
  </w:num>
  <w:num w:numId="22">
    <w:abstractNumId w:val="24"/>
  </w:num>
  <w:num w:numId="23">
    <w:abstractNumId w:val="16"/>
  </w:num>
  <w:num w:numId="24">
    <w:abstractNumId w:val="34"/>
  </w:num>
  <w:num w:numId="25">
    <w:abstractNumId w:val="21"/>
  </w:num>
  <w:num w:numId="26">
    <w:abstractNumId w:val="8"/>
  </w:num>
  <w:num w:numId="27">
    <w:abstractNumId w:val="6"/>
  </w:num>
  <w:num w:numId="28">
    <w:abstractNumId w:val="5"/>
  </w:num>
  <w:num w:numId="29">
    <w:abstractNumId w:val="4"/>
  </w:num>
  <w:num w:numId="30">
    <w:abstractNumId w:val="7"/>
  </w:num>
  <w:num w:numId="31">
    <w:abstractNumId w:val="3"/>
  </w:num>
  <w:num w:numId="32">
    <w:abstractNumId w:val="2"/>
  </w:num>
  <w:num w:numId="33">
    <w:abstractNumId w:val="1"/>
  </w:num>
  <w:num w:numId="34">
    <w:abstractNumId w:val="0"/>
  </w:num>
  <w:num w:numId="35">
    <w:abstractNumId w:val="9"/>
  </w:num>
  <w:num w:numId="36">
    <w:abstractNumId w:val="20"/>
  </w:num>
  <w:num w:numId="37">
    <w:abstractNumId w:val="30"/>
  </w:num>
  <w:num w:numId="3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hideSpellingErrors/>
  <w:hideGrammatical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7DDB"/>
    <w:rsid w:val="00000F0A"/>
    <w:rsid w:val="00011722"/>
    <w:rsid w:val="00011D46"/>
    <w:rsid w:val="00013060"/>
    <w:rsid w:val="0002005D"/>
    <w:rsid w:val="00023045"/>
    <w:rsid w:val="000236FD"/>
    <w:rsid w:val="00024F43"/>
    <w:rsid w:val="00025FCA"/>
    <w:rsid w:val="00031C3A"/>
    <w:rsid w:val="000416A1"/>
    <w:rsid w:val="0004752A"/>
    <w:rsid w:val="00050F3F"/>
    <w:rsid w:val="00053AB0"/>
    <w:rsid w:val="00053D9F"/>
    <w:rsid w:val="00063AF8"/>
    <w:rsid w:val="000730C5"/>
    <w:rsid w:val="00073986"/>
    <w:rsid w:val="000750D0"/>
    <w:rsid w:val="00075F80"/>
    <w:rsid w:val="00076030"/>
    <w:rsid w:val="00080636"/>
    <w:rsid w:val="00080F8A"/>
    <w:rsid w:val="0008299B"/>
    <w:rsid w:val="00082A21"/>
    <w:rsid w:val="0008772B"/>
    <w:rsid w:val="0009382A"/>
    <w:rsid w:val="000938E5"/>
    <w:rsid w:val="00094B6A"/>
    <w:rsid w:val="00095516"/>
    <w:rsid w:val="00097B5B"/>
    <w:rsid w:val="000A14CF"/>
    <w:rsid w:val="000A258D"/>
    <w:rsid w:val="000A4B25"/>
    <w:rsid w:val="000A77E8"/>
    <w:rsid w:val="000B0087"/>
    <w:rsid w:val="000B4FB3"/>
    <w:rsid w:val="000B6909"/>
    <w:rsid w:val="000C1583"/>
    <w:rsid w:val="000C49B9"/>
    <w:rsid w:val="000C6520"/>
    <w:rsid w:val="000C7BAE"/>
    <w:rsid w:val="000D1F38"/>
    <w:rsid w:val="000D2FEE"/>
    <w:rsid w:val="000D420D"/>
    <w:rsid w:val="000D536F"/>
    <w:rsid w:val="000D7DCE"/>
    <w:rsid w:val="000E0867"/>
    <w:rsid w:val="000F0F15"/>
    <w:rsid w:val="000F29C4"/>
    <w:rsid w:val="000F6B81"/>
    <w:rsid w:val="00101021"/>
    <w:rsid w:val="001025C3"/>
    <w:rsid w:val="00104258"/>
    <w:rsid w:val="00104C2F"/>
    <w:rsid w:val="001120FD"/>
    <w:rsid w:val="00113661"/>
    <w:rsid w:val="00114029"/>
    <w:rsid w:val="00115D85"/>
    <w:rsid w:val="00120614"/>
    <w:rsid w:val="0012148D"/>
    <w:rsid w:val="0012408A"/>
    <w:rsid w:val="001324FE"/>
    <w:rsid w:val="00133BCC"/>
    <w:rsid w:val="00134168"/>
    <w:rsid w:val="00135A8D"/>
    <w:rsid w:val="00140355"/>
    <w:rsid w:val="001447F7"/>
    <w:rsid w:val="00146262"/>
    <w:rsid w:val="001529C8"/>
    <w:rsid w:val="001546D0"/>
    <w:rsid w:val="00162EDE"/>
    <w:rsid w:val="00164B4E"/>
    <w:rsid w:val="00175CC9"/>
    <w:rsid w:val="0018029B"/>
    <w:rsid w:val="00181540"/>
    <w:rsid w:val="0018429D"/>
    <w:rsid w:val="00184433"/>
    <w:rsid w:val="00190CE7"/>
    <w:rsid w:val="00192675"/>
    <w:rsid w:val="00193E37"/>
    <w:rsid w:val="001A0A34"/>
    <w:rsid w:val="001A1886"/>
    <w:rsid w:val="001A1F0A"/>
    <w:rsid w:val="001A2CF4"/>
    <w:rsid w:val="001A531A"/>
    <w:rsid w:val="001A6D3B"/>
    <w:rsid w:val="001B02FA"/>
    <w:rsid w:val="001B11E0"/>
    <w:rsid w:val="001B2FA9"/>
    <w:rsid w:val="001D0985"/>
    <w:rsid w:val="001D1501"/>
    <w:rsid w:val="001D1DFF"/>
    <w:rsid w:val="001D5378"/>
    <w:rsid w:val="001D7AEC"/>
    <w:rsid w:val="001E3D65"/>
    <w:rsid w:val="001F0578"/>
    <w:rsid w:val="0020096A"/>
    <w:rsid w:val="0020231F"/>
    <w:rsid w:val="00203444"/>
    <w:rsid w:val="00210F7F"/>
    <w:rsid w:val="00211326"/>
    <w:rsid w:val="00212D48"/>
    <w:rsid w:val="00214CFD"/>
    <w:rsid w:val="00215ECB"/>
    <w:rsid w:val="00217E7E"/>
    <w:rsid w:val="00224C02"/>
    <w:rsid w:val="002274C7"/>
    <w:rsid w:val="00227E4B"/>
    <w:rsid w:val="002320B4"/>
    <w:rsid w:val="00234967"/>
    <w:rsid w:val="002378A8"/>
    <w:rsid w:val="00237D83"/>
    <w:rsid w:val="0024069F"/>
    <w:rsid w:val="00241144"/>
    <w:rsid w:val="00241D16"/>
    <w:rsid w:val="00242D0B"/>
    <w:rsid w:val="00243C23"/>
    <w:rsid w:val="002616B4"/>
    <w:rsid w:val="00265720"/>
    <w:rsid w:val="002725D7"/>
    <w:rsid w:val="002728DE"/>
    <w:rsid w:val="0027490F"/>
    <w:rsid w:val="00276D6C"/>
    <w:rsid w:val="00281988"/>
    <w:rsid w:val="00283B55"/>
    <w:rsid w:val="00287BC6"/>
    <w:rsid w:val="00290C4E"/>
    <w:rsid w:val="00290FBB"/>
    <w:rsid w:val="00294DF1"/>
    <w:rsid w:val="00295B27"/>
    <w:rsid w:val="002973D6"/>
    <w:rsid w:val="002A5352"/>
    <w:rsid w:val="002A7833"/>
    <w:rsid w:val="002B14DE"/>
    <w:rsid w:val="002B1A0D"/>
    <w:rsid w:val="002B1A59"/>
    <w:rsid w:val="002B48DE"/>
    <w:rsid w:val="002C2E2C"/>
    <w:rsid w:val="002C4AF5"/>
    <w:rsid w:val="002E142D"/>
    <w:rsid w:val="002E1715"/>
    <w:rsid w:val="002E5D6A"/>
    <w:rsid w:val="002E7B64"/>
    <w:rsid w:val="002F043B"/>
    <w:rsid w:val="002F0ACA"/>
    <w:rsid w:val="002F1D35"/>
    <w:rsid w:val="002F502F"/>
    <w:rsid w:val="002F6142"/>
    <w:rsid w:val="002F7789"/>
    <w:rsid w:val="003002DC"/>
    <w:rsid w:val="003009EA"/>
    <w:rsid w:val="003033EB"/>
    <w:rsid w:val="0030669A"/>
    <w:rsid w:val="00320552"/>
    <w:rsid w:val="003218A8"/>
    <w:rsid w:val="003238D9"/>
    <w:rsid w:val="003242A5"/>
    <w:rsid w:val="00324C17"/>
    <w:rsid w:val="00325499"/>
    <w:rsid w:val="003275BC"/>
    <w:rsid w:val="00327FF4"/>
    <w:rsid w:val="003339FE"/>
    <w:rsid w:val="003406E2"/>
    <w:rsid w:val="00343FC0"/>
    <w:rsid w:val="00346EB0"/>
    <w:rsid w:val="00350F71"/>
    <w:rsid w:val="00353365"/>
    <w:rsid w:val="00355BED"/>
    <w:rsid w:val="00355C3E"/>
    <w:rsid w:val="00356D69"/>
    <w:rsid w:val="00364189"/>
    <w:rsid w:val="00364C4C"/>
    <w:rsid w:val="003678BE"/>
    <w:rsid w:val="003725D1"/>
    <w:rsid w:val="00373A08"/>
    <w:rsid w:val="00374135"/>
    <w:rsid w:val="00382600"/>
    <w:rsid w:val="00384767"/>
    <w:rsid w:val="00385D4F"/>
    <w:rsid w:val="003877A4"/>
    <w:rsid w:val="003900AE"/>
    <w:rsid w:val="0039312A"/>
    <w:rsid w:val="003945C9"/>
    <w:rsid w:val="00395AEC"/>
    <w:rsid w:val="003A4D4C"/>
    <w:rsid w:val="003A5924"/>
    <w:rsid w:val="003A60DC"/>
    <w:rsid w:val="003A6F22"/>
    <w:rsid w:val="003A7C30"/>
    <w:rsid w:val="003B4FD9"/>
    <w:rsid w:val="003B5B6F"/>
    <w:rsid w:val="003B5F17"/>
    <w:rsid w:val="003B6D72"/>
    <w:rsid w:val="003C122F"/>
    <w:rsid w:val="003C31BA"/>
    <w:rsid w:val="003C3D1E"/>
    <w:rsid w:val="003D5C62"/>
    <w:rsid w:val="003F02C6"/>
    <w:rsid w:val="003F3485"/>
    <w:rsid w:val="003F5942"/>
    <w:rsid w:val="003F7F62"/>
    <w:rsid w:val="00403DEF"/>
    <w:rsid w:val="00406797"/>
    <w:rsid w:val="00407C93"/>
    <w:rsid w:val="00410C58"/>
    <w:rsid w:val="004125D2"/>
    <w:rsid w:val="0041561C"/>
    <w:rsid w:val="004176DE"/>
    <w:rsid w:val="00421B33"/>
    <w:rsid w:val="004261F4"/>
    <w:rsid w:val="00431E54"/>
    <w:rsid w:val="0043598F"/>
    <w:rsid w:val="00436BDB"/>
    <w:rsid w:val="00440DA8"/>
    <w:rsid w:val="00440E6F"/>
    <w:rsid w:val="00441E47"/>
    <w:rsid w:val="004447AB"/>
    <w:rsid w:val="00445B21"/>
    <w:rsid w:val="00446297"/>
    <w:rsid w:val="00446F33"/>
    <w:rsid w:val="004557FA"/>
    <w:rsid w:val="00457794"/>
    <w:rsid w:val="00457AAC"/>
    <w:rsid w:val="00460DCF"/>
    <w:rsid w:val="00461370"/>
    <w:rsid w:val="004619DF"/>
    <w:rsid w:val="00462966"/>
    <w:rsid w:val="00462DFD"/>
    <w:rsid w:val="00464CA0"/>
    <w:rsid w:val="00465329"/>
    <w:rsid w:val="004740D4"/>
    <w:rsid w:val="004771C8"/>
    <w:rsid w:val="0048117C"/>
    <w:rsid w:val="00481DB1"/>
    <w:rsid w:val="00494F80"/>
    <w:rsid w:val="004A3E26"/>
    <w:rsid w:val="004A4042"/>
    <w:rsid w:val="004A5136"/>
    <w:rsid w:val="004B0A30"/>
    <w:rsid w:val="004B2ECC"/>
    <w:rsid w:val="004C1731"/>
    <w:rsid w:val="004C4721"/>
    <w:rsid w:val="004C4B04"/>
    <w:rsid w:val="004C5477"/>
    <w:rsid w:val="004C611F"/>
    <w:rsid w:val="004E3420"/>
    <w:rsid w:val="004E55F2"/>
    <w:rsid w:val="004E6207"/>
    <w:rsid w:val="004F2723"/>
    <w:rsid w:val="005029D8"/>
    <w:rsid w:val="00502B28"/>
    <w:rsid w:val="005030A0"/>
    <w:rsid w:val="0050349A"/>
    <w:rsid w:val="00505CE0"/>
    <w:rsid w:val="00510453"/>
    <w:rsid w:val="0051198B"/>
    <w:rsid w:val="00513FF5"/>
    <w:rsid w:val="0051697D"/>
    <w:rsid w:val="00517CB3"/>
    <w:rsid w:val="005218AE"/>
    <w:rsid w:val="00522A62"/>
    <w:rsid w:val="00527454"/>
    <w:rsid w:val="00530B1D"/>
    <w:rsid w:val="00531A8A"/>
    <w:rsid w:val="00531DA4"/>
    <w:rsid w:val="00534085"/>
    <w:rsid w:val="00535347"/>
    <w:rsid w:val="00540BBC"/>
    <w:rsid w:val="00540D0B"/>
    <w:rsid w:val="00545BCB"/>
    <w:rsid w:val="0054768F"/>
    <w:rsid w:val="00547985"/>
    <w:rsid w:val="00547C5F"/>
    <w:rsid w:val="00547E02"/>
    <w:rsid w:val="0055410E"/>
    <w:rsid w:val="0057001E"/>
    <w:rsid w:val="00581ED6"/>
    <w:rsid w:val="0058220F"/>
    <w:rsid w:val="00583FAA"/>
    <w:rsid w:val="00585416"/>
    <w:rsid w:val="0058689A"/>
    <w:rsid w:val="00587F72"/>
    <w:rsid w:val="00597FC2"/>
    <w:rsid w:val="005B30F1"/>
    <w:rsid w:val="005B64CA"/>
    <w:rsid w:val="005B6A4A"/>
    <w:rsid w:val="005C415D"/>
    <w:rsid w:val="005C52EB"/>
    <w:rsid w:val="005D2233"/>
    <w:rsid w:val="005D2330"/>
    <w:rsid w:val="005D40E4"/>
    <w:rsid w:val="005E2D89"/>
    <w:rsid w:val="005E2E98"/>
    <w:rsid w:val="005E6FFA"/>
    <w:rsid w:val="005F092B"/>
    <w:rsid w:val="005F0B8A"/>
    <w:rsid w:val="005F27F5"/>
    <w:rsid w:val="005F3816"/>
    <w:rsid w:val="005F3BFA"/>
    <w:rsid w:val="005F3D75"/>
    <w:rsid w:val="00601E62"/>
    <w:rsid w:val="00604003"/>
    <w:rsid w:val="00610938"/>
    <w:rsid w:val="006122E9"/>
    <w:rsid w:val="00612859"/>
    <w:rsid w:val="00615540"/>
    <w:rsid w:val="006159C7"/>
    <w:rsid w:val="00615E8C"/>
    <w:rsid w:val="00620B17"/>
    <w:rsid w:val="00620E90"/>
    <w:rsid w:val="00625BD0"/>
    <w:rsid w:val="00627099"/>
    <w:rsid w:val="00630217"/>
    <w:rsid w:val="00630AE2"/>
    <w:rsid w:val="00631697"/>
    <w:rsid w:val="006330A5"/>
    <w:rsid w:val="00634EA4"/>
    <w:rsid w:val="00636E86"/>
    <w:rsid w:val="00643A58"/>
    <w:rsid w:val="006448EE"/>
    <w:rsid w:val="00644A5A"/>
    <w:rsid w:val="006454A2"/>
    <w:rsid w:val="00651A68"/>
    <w:rsid w:val="0065475F"/>
    <w:rsid w:val="00670C4D"/>
    <w:rsid w:val="0068021C"/>
    <w:rsid w:val="006879AE"/>
    <w:rsid w:val="00695645"/>
    <w:rsid w:val="00696D0D"/>
    <w:rsid w:val="006A5D99"/>
    <w:rsid w:val="006B0617"/>
    <w:rsid w:val="006B10AD"/>
    <w:rsid w:val="006B45AE"/>
    <w:rsid w:val="006B47BD"/>
    <w:rsid w:val="006C0B8E"/>
    <w:rsid w:val="006D23A6"/>
    <w:rsid w:val="006D51B4"/>
    <w:rsid w:val="006E1560"/>
    <w:rsid w:val="006E2FA8"/>
    <w:rsid w:val="006E4BF1"/>
    <w:rsid w:val="00705B05"/>
    <w:rsid w:val="00712CBF"/>
    <w:rsid w:val="007160B3"/>
    <w:rsid w:val="00716699"/>
    <w:rsid w:val="0071760F"/>
    <w:rsid w:val="00722591"/>
    <w:rsid w:val="00725AD1"/>
    <w:rsid w:val="00730C8A"/>
    <w:rsid w:val="00731471"/>
    <w:rsid w:val="00732022"/>
    <w:rsid w:val="00736D1B"/>
    <w:rsid w:val="00736D96"/>
    <w:rsid w:val="00737C3E"/>
    <w:rsid w:val="00737F1E"/>
    <w:rsid w:val="00740510"/>
    <w:rsid w:val="00743B05"/>
    <w:rsid w:val="0075283B"/>
    <w:rsid w:val="00753143"/>
    <w:rsid w:val="00754E5E"/>
    <w:rsid w:val="00754FE6"/>
    <w:rsid w:val="00765D60"/>
    <w:rsid w:val="007675F6"/>
    <w:rsid w:val="0077382B"/>
    <w:rsid w:val="00776033"/>
    <w:rsid w:val="007779DE"/>
    <w:rsid w:val="00777BAA"/>
    <w:rsid w:val="00781AC7"/>
    <w:rsid w:val="00784F1A"/>
    <w:rsid w:val="00787DDB"/>
    <w:rsid w:val="00795FBE"/>
    <w:rsid w:val="007A5481"/>
    <w:rsid w:val="007A5E96"/>
    <w:rsid w:val="007A6E89"/>
    <w:rsid w:val="007A7DA1"/>
    <w:rsid w:val="007B2D78"/>
    <w:rsid w:val="007B4F17"/>
    <w:rsid w:val="007B7B4B"/>
    <w:rsid w:val="007C1A7D"/>
    <w:rsid w:val="007C2892"/>
    <w:rsid w:val="007C4B9D"/>
    <w:rsid w:val="007C7F31"/>
    <w:rsid w:val="007D239A"/>
    <w:rsid w:val="007D4F56"/>
    <w:rsid w:val="007E0781"/>
    <w:rsid w:val="007E0C65"/>
    <w:rsid w:val="007E0E5B"/>
    <w:rsid w:val="007E1215"/>
    <w:rsid w:val="007E3510"/>
    <w:rsid w:val="007E5E2F"/>
    <w:rsid w:val="007E7C1F"/>
    <w:rsid w:val="0080357E"/>
    <w:rsid w:val="0081185B"/>
    <w:rsid w:val="00815E11"/>
    <w:rsid w:val="00816125"/>
    <w:rsid w:val="00817166"/>
    <w:rsid w:val="008217B3"/>
    <w:rsid w:val="0083171D"/>
    <w:rsid w:val="00833AA5"/>
    <w:rsid w:val="00836DAA"/>
    <w:rsid w:val="00842BEE"/>
    <w:rsid w:val="00853F99"/>
    <w:rsid w:val="00856EA0"/>
    <w:rsid w:val="00865A19"/>
    <w:rsid w:val="00865C9E"/>
    <w:rsid w:val="0087029C"/>
    <w:rsid w:val="00877000"/>
    <w:rsid w:val="00877D59"/>
    <w:rsid w:val="00881254"/>
    <w:rsid w:val="00882312"/>
    <w:rsid w:val="008827E9"/>
    <w:rsid w:val="00883F17"/>
    <w:rsid w:val="008840DB"/>
    <w:rsid w:val="00886E65"/>
    <w:rsid w:val="00891B8A"/>
    <w:rsid w:val="00893C7E"/>
    <w:rsid w:val="0089486A"/>
    <w:rsid w:val="00896F74"/>
    <w:rsid w:val="008A1F55"/>
    <w:rsid w:val="008A44CA"/>
    <w:rsid w:val="008A4644"/>
    <w:rsid w:val="008A5BA1"/>
    <w:rsid w:val="008A6F8E"/>
    <w:rsid w:val="008B2628"/>
    <w:rsid w:val="008C272C"/>
    <w:rsid w:val="008C5CF5"/>
    <w:rsid w:val="008D618E"/>
    <w:rsid w:val="008E0AE4"/>
    <w:rsid w:val="008E126E"/>
    <w:rsid w:val="008E2DC4"/>
    <w:rsid w:val="008E3D07"/>
    <w:rsid w:val="008E4F2E"/>
    <w:rsid w:val="008E7811"/>
    <w:rsid w:val="008F0331"/>
    <w:rsid w:val="008F14D9"/>
    <w:rsid w:val="008F1DDF"/>
    <w:rsid w:val="008F51B1"/>
    <w:rsid w:val="008F68BA"/>
    <w:rsid w:val="008F73EE"/>
    <w:rsid w:val="009001A6"/>
    <w:rsid w:val="00900E73"/>
    <w:rsid w:val="0090146D"/>
    <w:rsid w:val="00902202"/>
    <w:rsid w:val="00911661"/>
    <w:rsid w:val="00913659"/>
    <w:rsid w:val="00921EE2"/>
    <w:rsid w:val="009224C6"/>
    <w:rsid w:val="00927F23"/>
    <w:rsid w:val="00930672"/>
    <w:rsid w:val="00935F8B"/>
    <w:rsid w:val="00941E77"/>
    <w:rsid w:val="0094382A"/>
    <w:rsid w:val="00955E21"/>
    <w:rsid w:val="00956A9E"/>
    <w:rsid w:val="00961162"/>
    <w:rsid w:val="00961625"/>
    <w:rsid w:val="009618C0"/>
    <w:rsid w:val="0096220A"/>
    <w:rsid w:val="00964E17"/>
    <w:rsid w:val="0097687C"/>
    <w:rsid w:val="00981F7B"/>
    <w:rsid w:val="0098474A"/>
    <w:rsid w:val="0099042D"/>
    <w:rsid w:val="009912F1"/>
    <w:rsid w:val="0099660F"/>
    <w:rsid w:val="009973C7"/>
    <w:rsid w:val="009A352B"/>
    <w:rsid w:val="009A36AA"/>
    <w:rsid w:val="009B21A2"/>
    <w:rsid w:val="009B2248"/>
    <w:rsid w:val="009B665C"/>
    <w:rsid w:val="009C5D61"/>
    <w:rsid w:val="009C73D3"/>
    <w:rsid w:val="009D075B"/>
    <w:rsid w:val="009D362C"/>
    <w:rsid w:val="009D6F6A"/>
    <w:rsid w:val="009E32EE"/>
    <w:rsid w:val="009E3E8D"/>
    <w:rsid w:val="009E3F2E"/>
    <w:rsid w:val="009E411F"/>
    <w:rsid w:val="009F03C9"/>
    <w:rsid w:val="009F2495"/>
    <w:rsid w:val="009F5C2F"/>
    <w:rsid w:val="009F6155"/>
    <w:rsid w:val="009F7919"/>
    <w:rsid w:val="00A04424"/>
    <w:rsid w:val="00A060CE"/>
    <w:rsid w:val="00A07132"/>
    <w:rsid w:val="00A1030C"/>
    <w:rsid w:val="00A11D1E"/>
    <w:rsid w:val="00A12120"/>
    <w:rsid w:val="00A23543"/>
    <w:rsid w:val="00A23DEB"/>
    <w:rsid w:val="00A247AE"/>
    <w:rsid w:val="00A265A0"/>
    <w:rsid w:val="00A312F1"/>
    <w:rsid w:val="00A319AE"/>
    <w:rsid w:val="00A33454"/>
    <w:rsid w:val="00A33A85"/>
    <w:rsid w:val="00A35638"/>
    <w:rsid w:val="00A65AA9"/>
    <w:rsid w:val="00A70CA4"/>
    <w:rsid w:val="00A72E50"/>
    <w:rsid w:val="00A735BF"/>
    <w:rsid w:val="00A74BDE"/>
    <w:rsid w:val="00A75DDF"/>
    <w:rsid w:val="00A84788"/>
    <w:rsid w:val="00A87289"/>
    <w:rsid w:val="00A87FAF"/>
    <w:rsid w:val="00A94002"/>
    <w:rsid w:val="00A95C6D"/>
    <w:rsid w:val="00A962F7"/>
    <w:rsid w:val="00AA0ECF"/>
    <w:rsid w:val="00AB2FC6"/>
    <w:rsid w:val="00AB41A4"/>
    <w:rsid w:val="00AB5AF2"/>
    <w:rsid w:val="00AD6581"/>
    <w:rsid w:val="00AD65D0"/>
    <w:rsid w:val="00AF4941"/>
    <w:rsid w:val="00AF50BB"/>
    <w:rsid w:val="00AF525F"/>
    <w:rsid w:val="00AF6BEE"/>
    <w:rsid w:val="00B00DED"/>
    <w:rsid w:val="00B0748B"/>
    <w:rsid w:val="00B1152D"/>
    <w:rsid w:val="00B25CAB"/>
    <w:rsid w:val="00B27D37"/>
    <w:rsid w:val="00B31466"/>
    <w:rsid w:val="00B374E3"/>
    <w:rsid w:val="00B37811"/>
    <w:rsid w:val="00B37FD9"/>
    <w:rsid w:val="00B4027F"/>
    <w:rsid w:val="00B414EA"/>
    <w:rsid w:val="00B4588B"/>
    <w:rsid w:val="00B51241"/>
    <w:rsid w:val="00B62200"/>
    <w:rsid w:val="00B65E6D"/>
    <w:rsid w:val="00B66AC9"/>
    <w:rsid w:val="00B736DE"/>
    <w:rsid w:val="00B74737"/>
    <w:rsid w:val="00B752D1"/>
    <w:rsid w:val="00B760C2"/>
    <w:rsid w:val="00B819AB"/>
    <w:rsid w:val="00B864AA"/>
    <w:rsid w:val="00B91541"/>
    <w:rsid w:val="00B9307B"/>
    <w:rsid w:val="00B935A6"/>
    <w:rsid w:val="00B93880"/>
    <w:rsid w:val="00B961BD"/>
    <w:rsid w:val="00B97170"/>
    <w:rsid w:val="00BA4BC8"/>
    <w:rsid w:val="00BA58F8"/>
    <w:rsid w:val="00BB0F6F"/>
    <w:rsid w:val="00BB70C1"/>
    <w:rsid w:val="00BB753C"/>
    <w:rsid w:val="00BD5198"/>
    <w:rsid w:val="00BE0D0B"/>
    <w:rsid w:val="00BE1964"/>
    <w:rsid w:val="00BE1D8E"/>
    <w:rsid w:val="00BE3937"/>
    <w:rsid w:val="00BE3BB7"/>
    <w:rsid w:val="00BE3C6A"/>
    <w:rsid w:val="00BF208B"/>
    <w:rsid w:val="00BF50B6"/>
    <w:rsid w:val="00C03C2A"/>
    <w:rsid w:val="00C04254"/>
    <w:rsid w:val="00C13A7C"/>
    <w:rsid w:val="00C20C18"/>
    <w:rsid w:val="00C24B15"/>
    <w:rsid w:val="00C36527"/>
    <w:rsid w:val="00C36791"/>
    <w:rsid w:val="00C375D8"/>
    <w:rsid w:val="00C37FDA"/>
    <w:rsid w:val="00C41A7A"/>
    <w:rsid w:val="00C45AC9"/>
    <w:rsid w:val="00C46E1A"/>
    <w:rsid w:val="00C5077D"/>
    <w:rsid w:val="00C51E73"/>
    <w:rsid w:val="00C56374"/>
    <w:rsid w:val="00C56B46"/>
    <w:rsid w:val="00C56FF9"/>
    <w:rsid w:val="00C60981"/>
    <w:rsid w:val="00C62241"/>
    <w:rsid w:val="00C67B50"/>
    <w:rsid w:val="00C7166A"/>
    <w:rsid w:val="00C72C97"/>
    <w:rsid w:val="00C75FA2"/>
    <w:rsid w:val="00C80EA1"/>
    <w:rsid w:val="00C8210D"/>
    <w:rsid w:val="00C86F6C"/>
    <w:rsid w:val="00C8723E"/>
    <w:rsid w:val="00C95489"/>
    <w:rsid w:val="00CA0908"/>
    <w:rsid w:val="00CA17B0"/>
    <w:rsid w:val="00CA17CE"/>
    <w:rsid w:val="00CA204E"/>
    <w:rsid w:val="00CB43EA"/>
    <w:rsid w:val="00CB5B68"/>
    <w:rsid w:val="00CB6715"/>
    <w:rsid w:val="00CC2FFA"/>
    <w:rsid w:val="00CC300E"/>
    <w:rsid w:val="00CC3803"/>
    <w:rsid w:val="00CC4739"/>
    <w:rsid w:val="00CD41F0"/>
    <w:rsid w:val="00CE070B"/>
    <w:rsid w:val="00CE0D20"/>
    <w:rsid w:val="00CE1737"/>
    <w:rsid w:val="00CE1F31"/>
    <w:rsid w:val="00CE4703"/>
    <w:rsid w:val="00CE58A1"/>
    <w:rsid w:val="00CE6CF2"/>
    <w:rsid w:val="00CF1DEC"/>
    <w:rsid w:val="00CF4621"/>
    <w:rsid w:val="00CF75AF"/>
    <w:rsid w:val="00D00248"/>
    <w:rsid w:val="00D02171"/>
    <w:rsid w:val="00D0613B"/>
    <w:rsid w:val="00D11E6D"/>
    <w:rsid w:val="00D23AA3"/>
    <w:rsid w:val="00D259DC"/>
    <w:rsid w:val="00D261AC"/>
    <w:rsid w:val="00D32EC4"/>
    <w:rsid w:val="00D349A4"/>
    <w:rsid w:val="00D36A54"/>
    <w:rsid w:val="00D41F2B"/>
    <w:rsid w:val="00D439A0"/>
    <w:rsid w:val="00D43A09"/>
    <w:rsid w:val="00D43F8C"/>
    <w:rsid w:val="00D47BAF"/>
    <w:rsid w:val="00D53628"/>
    <w:rsid w:val="00D53AFD"/>
    <w:rsid w:val="00D55853"/>
    <w:rsid w:val="00D55D5F"/>
    <w:rsid w:val="00D630CA"/>
    <w:rsid w:val="00D64BE5"/>
    <w:rsid w:val="00D65C85"/>
    <w:rsid w:val="00D66093"/>
    <w:rsid w:val="00D667E7"/>
    <w:rsid w:val="00D76C49"/>
    <w:rsid w:val="00D77DB3"/>
    <w:rsid w:val="00D81294"/>
    <w:rsid w:val="00D82A2D"/>
    <w:rsid w:val="00D842CA"/>
    <w:rsid w:val="00D84FBF"/>
    <w:rsid w:val="00D871DA"/>
    <w:rsid w:val="00D87F61"/>
    <w:rsid w:val="00DA0F9E"/>
    <w:rsid w:val="00DA2F29"/>
    <w:rsid w:val="00DA4F3E"/>
    <w:rsid w:val="00DB4BE7"/>
    <w:rsid w:val="00DB6AF2"/>
    <w:rsid w:val="00DC5796"/>
    <w:rsid w:val="00DD2D43"/>
    <w:rsid w:val="00DD3993"/>
    <w:rsid w:val="00DD448C"/>
    <w:rsid w:val="00DE33CB"/>
    <w:rsid w:val="00DE7592"/>
    <w:rsid w:val="00DE766D"/>
    <w:rsid w:val="00DF4968"/>
    <w:rsid w:val="00DF7039"/>
    <w:rsid w:val="00E0098F"/>
    <w:rsid w:val="00E0126D"/>
    <w:rsid w:val="00E0326F"/>
    <w:rsid w:val="00E0551E"/>
    <w:rsid w:val="00E127F8"/>
    <w:rsid w:val="00E138F5"/>
    <w:rsid w:val="00E17AC5"/>
    <w:rsid w:val="00E20472"/>
    <w:rsid w:val="00E24C5C"/>
    <w:rsid w:val="00E25B51"/>
    <w:rsid w:val="00E25EF8"/>
    <w:rsid w:val="00E36206"/>
    <w:rsid w:val="00E36E8B"/>
    <w:rsid w:val="00E3745F"/>
    <w:rsid w:val="00E37903"/>
    <w:rsid w:val="00E37C92"/>
    <w:rsid w:val="00E40809"/>
    <w:rsid w:val="00E40EB0"/>
    <w:rsid w:val="00E41BDF"/>
    <w:rsid w:val="00E425EF"/>
    <w:rsid w:val="00E42963"/>
    <w:rsid w:val="00E42A58"/>
    <w:rsid w:val="00E44A50"/>
    <w:rsid w:val="00E45C52"/>
    <w:rsid w:val="00E46985"/>
    <w:rsid w:val="00E5054E"/>
    <w:rsid w:val="00E51855"/>
    <w:rsid w:val="00E54573"/>
    <w:rsid w:val="00E6294E"/>
    <w:rsid w:val="00E63BC0"/>
    <w:rsid w:val="00E64C0E"/>
    <w:rsid w:val="00E65CC6"/>
    <w:rsid w:val="00E73C30"/>
    <w:rsid w:val="00E80D1B"/>
    <w:rsid w:val="00E903C4"/>
    <w:rsid w:val="00E9062A"/>
    <w:rsid w:val="00E92388"/>
    <w:rsid w:val="00E92637"/>
    <w:rsid w:val="00E9304E"/>
    <w:rsid w:val="00E946C6"/>
    <w:rsid w:val="00E955D8"/>
    <w:rsid w:val="00E968A6"/>
    <w:rsid w:val="00EA1EF5"/>
    <w:rsid w:val="00EA2CC7"/>
    <w:rsid w:val="00EA35CF"/>
    <w:rsid w:val="00EB1E8D"/>
    <w:rsid w:val="00EC6374"/>
    <w:rsid w:val="00EC7B74"/>
    <w:rsid w:val="00ED5D35"/>
    <w:rsid w:val="00EE1660"/>
    <w:rsid w:val="00EE32F9"/>
    <w:rsid w:val="00EE6E06"/>
    <w:rsid w:val="00EE76DF"/>
    <w:rsid w:val="00EF06AC"/>
    <w:rsid w:val="00EF06EA"/>
    <w:rsid w:val="00EF3458"/>
    <w:rsid w:val="00F003FE"/>
    <w:rsid w:val="00F050B5"/>
    <w:rsid w:val="00F05D27"/>
    <w:rsid w:val="00F14C75"/>
    <w:rsid w:val="00F17DF7"/>
    <w:rsid w:val="00F20F80"/>
    <w:rsid w:val="00F2140C"/>
    <w:rsid w:val="00F32006"/>
    <w:rsid w:val="00F356EB"/>
    <w:rsid w:val="00F37F43"/>
    <w:rsid w:val="00F448A9"/>
    <w:rsid w:val="00F5148F"/>
    <w:rsid w:val="00F51664"/>
    <w:rsid w:val="00F63D78"/>
    <w:rsid w:val="00F647B1"/>
    <w:rsid w:val="00F66EDF"/>
    <w:rsid w:val="00F719BE"/>
    <w:rsid w:val="00F83D45"/>
    <w:rsid w:val="00F843C2"/>
    <w:rsid w:val="00F87FB2"/>
    <w:rsid w:val="00F9003A"/>
    <w:rsid w:val="00F92B11"/>
    <w:rsid w:val="00F94409"/>
    <w:rsid w:val="00F95127"/>
    <w:rsid w:val="00F971E5"/>
    <w:rsid w:val="00FA12CF"/>
    <w:rsid w:val="00FA707E"/>
    <w:rsid w:val="00FB2F21"/>
    <w:rsid w:val="00FC4E6D"/>
    <w:rsid w:val="00FC70D0"/>
    <w:rsid w:val="00FD4987"/>
    <w:rsid w:val="00FE391B"/>
    <w:rsid w:val="00FE7D4D"/>
    <w:rsid w:val="00FF4D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0C6A74E"/>
  <w15:docId w15:val="{B388C1C8-4A08-44F0-8938-31F4525FB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r-Latn-RS" w:eastAsia="sr-Latn-R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iPriority="99" w:unhideWhenUsed="1"/>
    <w:lsdException w:name="toa heading" w:semiHidden="1" w:unhideWhenUsed="1"/>
    <w:lsdException w:name="List" w:semiHidden="1" w:uiPriority="99" w:unhideWhenUsed="1"/>
    <w:lsdException w:name="List Bullet" w:semiHidden="1" w:uiPriority="99" w:unhideWhenUsed="1"/>
    <w:lsdException w:name="List Number" w:uiPriority="99"/>
    <w:lsdException w:name="List 2" w:semiHidden="1" w:uiPriority="99" w:unhideWhenUsed="1"/>
    <w:lsdException w:name="List 3" w:semiHidden="1" w:uiPriority="99" w:unhideWhenUsed="1"/>
    <w:lsdException w:name="List Bullet 2" w:semiHidden="1" w:uiPriority="99" w:unhideWhenUsed="1"/>
    <w:lsdException w:name="List Bullet 3" w:semiHidden="1" w:uiPriority="99" w:unhideWhenUsed="1"/>
    <w:lsdException w:name="List Bullet 4" w:semiHidden="1" w:unhideWhenUsed="1"/>
    <w:lsdException w:name="List Bullet 5" w:semiHidden="1" w:unhideWhenUsed="1"/>
    <w:lsdException w:name="List Number 2" w:semiHidden="1" w:uiPriority="99" w:unhideWhenUsed="1"/>
    <w:lsdException w:name="List Number 3" w:semiHidden="1" w:uiPriority="99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iPriority="99" w:unhideWhenUsed="1"/>
    <w:lsdException w:name="List Continue 2" w:semiHidden="1" w:uiPriority="99" w:unhideWhenUsed="1"/>
    <w:lsdException w:name="List Continue 3" w:semiHidden="1" w:uiPriority="99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14D9"/>
    <w:rPr>
      <w:lang w:val="en-GB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787DDB"/>
    <w:pPr>
      <w:keepNext/>
      <w:jc w:val="center"/>
      <w:outlineLvl w:val="0"/>
    </w:pPr>
    <w:rPr>
      <w:sz w:val="24"/>
      <w:lang w:val="sl-SI"/>
    </w:rPr>
  </w:style>
  <w:style w:type="paragraph" w:styleId="Heading2">
    <w:name w:val="heading 2"/>
    <w:basedOn w:val="Normal"/>
    <w:next w:val="Normal"/>
    <w:link w:val="Heading2Char"/>
    <w:uiPriority w:val="9"/>
    <w:qFormat/>
    <w:rsid w:val="00787DDB"/>
    <w:pPr>
      <w:keepNext/>
      <w:jc w:val="both"/>
      <w:outlineLvl w:val="1"/>
    </w:pPr>
    <w:rPr>
      <w:sz w:val="24"/>
      <w:lang w:val="sl-SI"/>
    </w:rPr>
  </w:style>
  <w:style w:type="paragraph" w:styleId="Heading3">
    <w:name w:val="heading 3"/>
    <w:basedOn w:val="Normal"/>
    <w:next w:val="Normal"/>
    <w:link w:val="Heading3Char"/>
    <w:uiPriority w:val="9"/>
    <w:qFormat/>
    <w:rsid w:val="00787DDB"/>
    <w:pPr>
      <w:keepNext/>
      <w:tabs>
        <w:tab w:val="left" w:pos="1607"/>
      </w:tabs>
      <w:ind w:left="-103" w:firstLine="103"/>
      <w:outlineLvl w:val="2"/>
    </w:pPr>
    <w:rPr>
      <w:b/>
      <w:bCs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F2723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val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F2723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F2723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val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F2723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F2723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F81BD" w:themeColor="accent1"/>
      <w:lang w:val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F2723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A36AA"/>
    <w:rPr>
      <w:sz w:val="24"/>
      <w:lang w:val="sl-SI"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4F2723"/>
    <w:rPr>
      <w:sz w:val="24"/>
      <w:lang w:val="sl-SI"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4F2723"/>
    <w:rPr>
      <w:b/>
      <w:bCs/>
      <w:sz w:val="22"/>
      <w:szCs w:val="22"/>
      <w:lang w:val="en-GB"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F2723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val="en-US"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F2723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en-US" w:eastAsia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F2723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val="en-US" w:eastAsia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F2723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n-US" w:eastAsia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F2723"/>
    <w:rPr>
      <w:rFonts w:asciiTheme="majorHAnsi" w:eastAsiaTheme="majorEastAsia" w:hAnsiTheme="majorHAnsi" w:cstheme="majorBidi"/>
      <w:color w:val="4F81BD" w:themeColor="accent1"/>
      <w:lang w:val="en-US" w:eastAsia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F2723"/>
    <w:rPr>
      <w:rFonts w:asciiTheme="majorHAnsi" w:eastAsiaTheme="majorEastAsia" w:hAnsiTheme="majorHAnsi" w:cstheme="majorBidi"/>
      <w:i/>
      <w:iCs/>
      <w:color w:val="404040" w:themeColor="text1" w:themeTint="BF"/>
      <w:lang w:val="en-US" w:eastAsia="en-US"/>
    </w:rPr>
  </w:style>
  <w:style w:type="paragraph" w:styleId="BodyText">
    <w:name w:val="Body Text"/>
    <w:basedOn w:val="Normal"/>
    <w:link w:val="BodyTextChar"/>
    <w:uiPriority w:val="99"/>
    <w:rsid w:val="00787DDB"/>
    <w:pPr>
      <w:tabs>
        <w:tab w:val="left" w:pos="709"/>
        <w:tab w:val="left" w:pos="4962"/>
      </w:tabs>
      <w:jc w:val="both"/>
    </w:pPr>
    <w:rPr>
      <w:sz w:val="22"/>
      <w:lang w:val="sl-SI"/>
    </w:rPr>
  </w:style>
  <w:style w:type="character" w:customStyle="1" w:styleId="BodyTextChar">
    <w:name w:val="Body Text Char"/>
    <w:basedOn w:val="DefaultParagraphFont"/>
    <w:link w:val="BodyText"/>
    <w:uiPriority w:val="99"/>
    <w:rsid w:val="004F2723"/>
    <w:rPr>
      <w:sz w:val="22"/>
      <w:lang w:val="sl-SI" w:eastAsia="en-US"/>
    </w:rPr>
  </w:style>
  <w:style w:type="paragraph" w:customStyle="1" w:styleId="xl24">
    <w:name w:val="xl24"/>
    <w:basedOn w:val="Normal"/>
    <w:rsid w:val="00787DDB"/>
    <w:pP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25">
    <w:name w:val="xl25"/>
    <w:basedOn w:val="Normal"/>
    <w:rsid w:val="00787DDB"/>
    <w:pPr>
      <w:spacing w:before="100" w:beforeAutospacing="1" w:after="100" w:afterAutospacing="1"/>
    </w:pPr>
    <w:rPr>
      <w:sz w:val="22"/>
      <w:szCs w:val="22"/>
    </w:rPr>
  </w:style>
  <w:style w:type="paragraph" w:customStyle="1" w:styleId="xl26">
    <w:name w:val="xl26"/>
    <w:basedOn w:val="Normal"/>
    <w:rsid w:val="00787DDB"/>
    <w:pPr>
      <w:pBdr>
        <w:top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27">
    <w:name w:val="xl27"/>
    <w:basedOn w:val="Normal"/>
    <w:rsid w:val="00787DDB"/>
    <w:pPr>
      <w:pBdr>
        <w:top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28">
    <w:name w:val="xl28"/>
    <w:basedOn w:val="Normal"/>
    <w:rsid w:val="00787DDB"/>
    <w:pPr>
      <w:pBdr>
        <w:top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29">
    <w:name w:val="xl29"/>
    <w:basedOn w:val="Normal"/>
    <w:rsid w:val="00787DDB"/>
    <w:pPr>
      <w:pBdr>
        <w:bottom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30">
    <w:name w:val="xl30"/>
    <w:basedOn w:val="Normal"/>
    <w:rsid w:val="00787DDB"/>
    <w:pPr>
      <w:pBdr>
        <w:bottom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31">
    <w:name w:val="xl31"/>
    <w:basedOn w:val="Normal"/>
    <w:rsid w:val="00787DDB"/>
    <w:pPr>
      <w:pBdr>
        <w:bottom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32">
    <w:name w:val="xl32"/>
    <w:basedOn w:val="Normal"/>
    <w:rsid w:val="00787DDB"/>
    <w:pPr>
      <w:pBdr>
        <w:bottom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33">
    <w:name w:val="xl33"/>
    <w:basedOn w:val="Normal"/>
    <w:rsid w:val="00787DD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34">
    <w:name w:val="xl34"/>
    <w:basedOn w:val="Normal"/>
    <w:rsid w:val="00787DD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35">
    <w:name w:val="xl35"/>
    <w:basedOn w:val="Normal"/>
    <w:rsid w:val="00787DDB"/>
    <w:pP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36">
    <w:name w:val="xl36"/>
    <w:basedOn w:val="Normal"/>
    <w:rsid w:val="00787DDB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37">
    <w:name w:val="xl37"/>
    <w:basedOn w:val="Normal"/>
    <w:rsid w:val="00787DDB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38">
    <w:name w:val="xl38"/>
    <w:basedOn w:val="Normal"/>
    <w:rsid w:val="00787DDB"/>
    <w:pPr>
      <w:pBdr>
        <w:top w:val="single" w:sz="4" w:space="0" w:color="auto"/>
        <w:bottom w:val="double" w:sz="6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39">
    <w:name w:val="xl39"/>
    <w:basedOn w:val="Normal"/>
    <w:rsid w:val="00787DDB"/>
    <w:pPr>
      <w:pBdr>
        <w:top w:val="single" w:sz="4" w:space="0" w:color="auto"/>
        <w:bottom w:val="double" w:sz="6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40">
    <w:name w:val="xl40"/>
    <w:basedOn w:val="Normal"/>
    <w:rsid w:val="00787DDB"/>
    <w:pPr>
      <w:pBdr>
        <w:top w:val="single" w:sz="4" w:space="0" w:color="auto"/>
        <w:bottom w:val="double" w:sz="6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1">
    <w:name w:val="xl41"/>
    <w:basedOn w:val="Normal"/>
    <w:rsid w:val="00787DD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42">
    <w:name w:val="xl42"/>
    <w:basedOn w:val="Normal"/>
    <w:rsid w:val="00787DDB"/>
    <w:pPr>
      <w:spacing w:before="100" w:beforeAutospacing="1" w:after="100" w:afterAutospacing="1"/>
    </w:pPr>
    <w:rPr>
      <w:b/>
      <w:bCs/>
      <w:sz w:val="22"/>
      <w:szCs w:val="22"/>
      <w:u w:val="single"/>
    </w:rPr>
  </w:style>
  <w:style w:type="paragraph" w:customStyle="1" w:styleId="xl43">
    <w:name w:val="xl43"/>
    <w:basedOn w:val="Normal"/>
    <w:rsid w:val="00787DDB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4">
    <w:name w:val="xl44"/>
    <w:basedOn w:val="Normal"/>
    <w:rsid w:val="00787DDB"/>
    <w:pPr>
      <w:pBdr>
        <w:bottom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45">
    <w:name w:val="xl45"/>
    <w:basedOn w:val="Normal"/>
    <w:rsid w:val="00787DDB"/>
    <w:pPr>
      <w:pBdr>
        <w:bottom w:val="single" w:sz="4" w:space="0" w:color="auto"/>
      </w:pBdr>
      <w:spacing w:before="100" w:beforeAutospacing="1" w:after="100" w:afterAutospacing="1"/>
    </w:pPr>
    <w:rPr>
      <w:b/>
      <w:bCs/>
      <w:sz w:val="22"/>
      <w:szCs w:val="22"/>
      <w:u w:val="single"/>
    </w:rPr>
  </w:style>
  <w:style w:type="paragraph" w:customStyle="1" w:styleId="xl46">
    <w:name w:val="xl46"/>
    <w:basedOn w:val="Normal"/>
    <w:rsid w:val="00787DDB"/>
    <w:pPr>
      <w:pBdr>
        <w:bottom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7">
    <w:name w:val="xl47"/>
    <w:basedOn w:val="Normal"/>
    <w:rsid w:val="00787DDB"/>
    <w:pPr>
      <w:pBdr>
        <w:bottom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8">
    <w:name w:val="xl48"/>
    <w:basedOn w:val="Normal"/>
    <w:rsid w:val="00787DDB"/>
    <w:pPr>
      <w:pBdr>
        <w:bottom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Normal"/>
    <w:rsid w:val="00787DDB"/>
    <w:pPr>
      <w:spacing w:before="100" w:beforeAutospacing="1" w:after="100" w:afterAutospacing="1"/>
    </w:pPr>
    <w:rPr>
      <w:sz w:val="22"/>
      <w:szCs w:val="22"/>
    </w:rPr>
  </w:style>
  <w:style w:type="paragraph" w:customStyle="1" w:styleId="xl50">
    <w:name w:val="xl50"/>
    <w:basedOn w:val="Normal"/>
    <w:rsid w:val="00787DDB"/>
    <w:pPr>
      <w:spacing w:before="100" w:beforeAutospacing="1" w:after="100" w:afterAutospacing="1"/>
    </w:pPr>
    <w:rPr>
      <w:sz w:val="22"/>
      <w:szCs w:val="22"/>
    </w:rPr>
  </w:style>
  <w:style w:type="paragraph" w:customStyle="1" w:styleId="xl51">
    <w:name w:val="xl51"/>
    <w:basedOn w:val="Normal"/>
    <w:rsid w:val="00787DDB"/>
    <w:pPr>
      <w:pBdr>
        <w:bottom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styleId="BodyText2">
    <w:name w:val="Body Text 2"/>
    <w:basedOn w:val="Normal"/>
    <w:link w:val="BodyText2Char"/>
    <w:uiPriority w:val="99"/>
    <w:rsid w:val="00787DDB"/>
    <w:pPr>
      <w:tabs>
        <w:tab w:val="left" w:pos="709"/>
        <w:tab w:val="left" w:pos="4962"/>
      </w:tabs>
      <w:jc w:val="both"/>
    </w:pPr>
    <w:rPr>
      <w:sz w:val="22"/>
      <w:lang w:val="sl-SI"/>
    </w:rPr>
  </w:style>
  <w:style w:type="character" w:customStyle="1" w:styleId="BodyText2Char">
    <w:name w:val="Body Text 2 Char"/>
    <w:basedOn w:val="DefaultParagraphFont"/>
    <w:link w:val="BodyText2"/>
    <w:uiPriority w:val="99"/>
    <w:rsid w:val="004F2723"/>
    <w:rPr>
      <w:sz w:val="22"/>
      <w:lang w:val="sl-SI" w:eastAsia="en-US"/>
    </w:rPr>
  </w:style>
  <w:style w:type="paragraph" w:styleId="BalloonText">
    <w:name w:val="Balloon Text"/>
    <w:basedOn w:val="Normal"/>
    <w:semiHidden/>
    <w:rsid w:val="00787DDB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787DDB"/>
    <w:rPr>
      <w:color w:val="0000FF"/>
      <w:u w:val="single"/>
    </w:rPr>
  </w:style>
  <w:style w:type="character" w:styleId="FollowedHyperlink">
    <w:name w:val="FollowedHyperlink"/>
    <w:uiPriority w:val="99"/>
    <w:rsid w:val="00787DDB"/>
    <w:rPr>
      <w:color w:val="800080"/>
      <w:u w:val="single"/>
    </w:rPr>
  </w:style>
  <w:style w:type="paragraph" w:customStyle="1" w:styleId="xl52">
    <w:name w:val="xl52"/>
    <w:basedOn w:val="Normal"/>
    <w:rsid w:val="00787DDB"/>
    <w:pPr>
      <w:spacing w:before="100" w:beforeAutospacing="1" w:after="100" w:afterAutospacing="1"/>
    </w:pPr>
    <w:rPr>
      <w:color w:val="FF0000"/>
      <w:sz w:val="22"/>
      <w:szCs w:val="22"/>
      <w:lang w:val="sr-Cyrl-CS" w:eastAsia="sr-Cyrl-CS"/>
    </w:rPr>
  </w:style>
  <w:style w:type="paragraph" w:customStyle="1" w:styleId="xl53">
    <w:name w:val="xl53"/>
    <w:basedOn w:val="Normal"/>
    <w:rsid w:val="00787DDB"/>
    <w:pPr>
      <w:pBdr>
        <w:top w:val="single" w:sz="4" w:space="0" w:color="auto"/>
      </w:pBdr>
      <w:spacing w:before="100" w:beforeAutospacing="1" w:after="100" w:afterAutospacing="1"/>
      <w:jc w:val="right"/>
    </w:pPr>
    <w:rPr>
      <w:sz w:val="22"/>
      <w:szCs w:val="22"/>
      <w:lang w:val="sr-Cyrl-CS" w:eastAsia="sr-Cyrl-CS"/>
    </w:rPr>
  </w:style>
  <w:style w:type="paragraph" w:customStyle="1" w:styleId="xl54">
    <w:name w:val="xl54"/>
    <w:basedOn w:val="Normal"/>
    <w:rsid w:val="00787DDB"/>
    <w:pPr>
      <w:pBdr>
        <w:bottom w:val="double" w:sz="6" w:space="0" w:color="auto"/>
      </w:pBdr>
      <w:spacing w:before="100" w:beforeAutospacing="1" w:after="100" w:afterAutospacing="1"/>
      <w:jc w:val="center"/>
    </w:pPr>
    <w:rPr>
      <w:sz w:val="22"/>
      <w:szCs w:val="22"/>
      <w:lang w:val="sr-Cyrl-CS" w:eastAsia="sr-Cyrl-CS"/>
    </w:rPr>
  </w:style>
  <w:style w:type="paragraph" w:customStyle="1" w:styleId="xl55">
    <w:name w:val="xl55"/>
    <w:basedOn w:val="Normal"/>
    <w:rsid w:val="00787DDB"/>
    <w:pPr>
      <w:pBdr>
        <w:bottom w:val="double" w:sz="6" w:space="0" w:color="auto"/>
      </w:pBdr>
      <w:spacing w:before="100" w:beforeAutospacing="1" w:after="100" w:afterAutospacing="1"/>
    </w:pPr>
    <w:rPr>
      <w:b/>
      <w:bCs/>
      <w:sz w:val="22"/>
      <w:szCs w:val="22"/>
      <w:lang w:val="sr-Cyrl-CS" w:eastAsia="sr-Cyrl-CS"/>
    </w:rPr>
  </w:style>
  <w:style w:type="paragraph" w:customStyle="1" w:styleId="font5">
    <w:name w:val="font5"/>
    <w:basedOn w:val="Normal"/>
    <w:rsid w:val="00787DDB"/>
    <w:pPr>
      <w:spacing w:before="100" w:beforeAutospacing="1" w:after="100" w:afterAutospacing="1"/>
    </w:pPr>
    <w:rPr>
      <w:rFonts w:eastAsia="SimSun"/>
      <w:b/>
      <w:bCs/>
      <w:sz w:val="22"/>
      <w:szCs w:val="22"/>
      <w:lang w:val="en-US" w:eastAsia="zh-CN"/>
    </w:rPr>
  </w:style>
  <w:style w:type="paragraph" w:customStyle="1" w:styleId="font6">
    <w:name w:val="font6"/>
    <w:basedOn w:val="Normal"/>
    <w:rsid w:val="00787DDB"/>
    <w:pPr>
      <w:spacing w:before="100" w:beforeAutospacing="1" w:after="100" w:afterAutospacing="1"/>
    </w:pPr>
    <w:rPr>
      <w:rFonts w:eastAsia="SimSun"/>
      <w:sz w:val="22"/>
      <w:szCs w:val="22"/>
      <w:lang w:val="en-US" w:eastAsia="zh-CN"/>
    </w:rPr>
  </w:style>
  <w:style w:type="paragraph" w:customStyle="1" w:styleId="xl56">
    <w:name w:val="xl56"/>
    <w:basedOn w:val="Normal"/>
    <w:rsid w:val="00787DDB"/>
    <w:pPr>
      <w:pBdr>
        <w:top w:val="single" w:sz="4" w:space="0" w:color="auto"/>
      </w:pBdr>
      <w:spacing w:before="100" w:beforeAutospacing="1" w:after="100" w:afterAutospacing="1"/>
    </w:pPr>
    <w:rPr>
      <w:rFonts w:eastAsia="SimSun"/>
      <w:b/>
      <w:bCs/>
      <w:sz w:val="22"/>
      <w:szCs w:val="22"/>
      <w:lang w:val="en-US" w:eastAsia="zh-CN"/>
    </w:rPr>
  </w:style>
  <w:style w:type="paragraph" w:customStyle="1" w:styleId="xl57">
    <w:name w:val="xl57"/>
    <w:basedOn w:val="Normal"/>
    <w:rsid w:val="00787DDB"/>
    <w:pPr>
      <w:spacing w:before="100" w:beforeAutospacing="1" w:after="100" w:afterAutospacing="1"/>
      <w:jc w:val="center"/>
    </w:pPr>
    <w:rPr>
      <w:rFonts w:eastAsia="SimSun"/>
      <w:b/>
      <w:bCs/>
      <w:sz w:val="22"/>
      <w:szCs w:val="22"/>
      <w:lang w:val="en-US" w:eastAsia="zh-CN"/>
    </w:rPr>
  </w:style>
  <w:style w:type="paragraph" w:customStyle="1" w:styleId="xl58">
    <w:name w:val="xl58"/>
    <w:basedOn w:val="Normal"/>
    <w:rsid w:val="00787DDB"/>
    <w:pPr>
      <w:spacing w:before="100" w:beforeAutospacing="1" w:after="100" w:afterAutospacing="1"/>
      <w:jc w:val="right"/>
    </w:pPr>
    <w:rPr>
      <w:rFonts w:eastAsia="SimSun"/>
      <w:sz w:val="22"/>
      <w:szCs w:val="22"/>
      <w:lang w:val="en-US" w:eastAsia="zh-CN"/>
    </w:rPr>
  </w:style>
  <w:style w:type="paragraph" w:customStyle="1" w:styleId="xl59">
    <w:name w:val="xl59"/>
    <w:basedOn w:val="Normal"/>
    <w:rsid w:val="00787DD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eastAsia="SimSun"/>
      <w:sz w:val="22"/>
      <w:szCs w:val="22"/>
      <w:lang w:val="en-US" w:eastAsia="zh-CN"/>
    </w:rPr>
  </w:style>
  <w:style w:type="paragraph" w:customStyle="1" w:styleId="xl60">
    <w:name w:val="xl60"/>
    <w:basedOn w:val="Normal"/>
    <w:rsid w:val="00787DDB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eastAsia="SimSun"/>
      <w:sz w:val="22"/>
      <w:szCs w:val="22"/>
      <w:lang w:val="en-US" w:eastAsia="zh-CN"/>
    </w:rPr>
  </w:style>
  <w:style w:type="paragraph" w:customStyle="1" w:styleId="xl61">
    <w:name w:val="xl61"/>
    <w:basedOn w:val="Normal"/>
    <w:rsid w:val="00787DDB"/>
    <w:pPr>
      <w:spacing w:before="100" w:beforeAutospacing="1" w:after="100" w:afterAutospacing="1"/>
    </w:pPr>
    <w:rPr>
      <w:rFonts w:eastAsia="SimSun"/>
      <w:b/>
      <w:bCs/>
      <w:sz w:val="22"/>
      <w:szCs w:val="22"/>
      <w:lang w:val="en-US" w:eastAsia="zh-CN"/>
    </w:rPr>
  </w:style>
  <w:style w:type="paragraph" w:customStyle="1" w:styleId="xl62">
    <w:name w:val="xl62"/>
    <w:basedOn w:val="Normal"/>
    <w:rsid w:val="00787DDB"/>
    <w:pPr>
      <w:pBdr>
        <w:top w:val="single" w:sz="4" w:space="0" w:color="auto"/>
      </w:pBdr>
      <w:spacing w:before="100" w:beforeAutospacing="1" w:after="100" w:afterAutospacing="1"/>
      <w:jc w:val="center"/>
    </w:pPr>
    <w:rPr>
      <w:rFonts w:eastAsia="SimSun"/>
      <w:b/>
      <w:bCs/>
      <w:sz w:val="22"/>
      <w:szCs w:val="22"/>
      <w:lang w:val="en-US" w:eastAsia="zh-CN"/>
    </w:rPr>
  </w:style>
  <w:style w:type="paragraph" w:customStyle="1" w:styleId="xl63">
    <w:name w:val="xl63"/>
    <w:basedOn w:val="Normal"/>
    <w:rsid w:val="00787DDB"/>
    <w:pPr>
      <w:pBdr>
        <w:top w:val="single" w:sz="4" w:space="0" w:color="auto"/>
      </w:pBdr>
      <w:spacing w:before="100" w:beforeAutospacing="1" w:after="100" w:afterAutospacing="1"/>
    </w:pPr>
    <w:rPr>
      <w:rFonts w:eastAsia="SimSun"/>
      <w:sz w:val="22"/>
      <w:szCs w:val="22"/>
      <w:lang w:val="en-US" w:eastAsia="zh-CN"/>
    </w:rPr>
  </w:style>
  <w:style w:type="paragraph" w:customStyle="1" w:styleId="xl64">
    <w:name w:val="xl64"/>
    <w:basedOn w:val="Normal"/>
    <w:rsid w:val="00787DDB"/>
    <w:pPr>
      <w:spacing w:before="100" w:beforeAutospacing="1" w:after="100" w:afterAutospacing="1"/>
      <w:jc w:val="right"/>
    </w:pPr>
    <w:rPr>
      <w:rFonts w:eastAsia="SimSun"/>
      <w:b/>
      <w:bCs/>
      <w:sz w:val="22"/>
      <w:szCs w:val="22"/>
      <w:lang w:val="en-US" w:eastAsia="zh-CN"/>
    </w:rPr>
  </w:style>
  <w:style w:type="paragraph" w:customStyle="1" w:styleId="xl65">
    <w:name w:val="xl65"/>
    <w:basedOn w:val="Normal"/>
    <w:rsid w:val="00787DDB"/>
    <w:pPr>
      <w:spacing w:before="100" w:beforeAutospacing="1" w:after="100" w:afterAutospacing="1"/>
    </w:pPr>
    <w:rPr>
      <w:rFonts w:eastAsia="SimSun"/>
      <w:sz w:val="22"/>
      <w:szCs w:val="22"/>
      <w:lang w:val="en-US" w:eastAsia="zh-CN"/>
    </w:rPr>
  </w:style>
  <w:style w:type="paragraph" w:customStyle="1" w:styleId="xl66">
    <w:name w:val="xl66"/>
    <w:basedOn w:val="Normal"/>
    <w:rsid w:val="00787DDB"/>
    <w:pPr>
      <w:pBdr>
        <w:top w:val="single" w:sz="4" w:space="0" w:color="auto"/>
      </w:pBdr>
      <w:spacing w:before="100" w:beforeAutospacing="1" w:after="100" w:afterAutospacing="1"/>
    </w:pPr>
    <w:rPr>
      <w:rFonts w:eastAsia="SimSun"/>
      <w:sz w:val="22"/>
      <w:szCs w:val="22"/>
      <w:lang w:val="en-US" w:eastAsia="zh-CN"/>
    </w:rPr>
  </w:style>
  <w:style w:type="paragraph" w:customStyle="1" w:styleId="xl67">
    <w:name w:val="xl67"/>
    <w:basedOn w:val="Normal"/>
    <w:rsid w:val="00787DDB"/>
    <w:pPr>
      <w:spacing w:before="100" w:beforeAutospacing="1" w:after="100" w:afterAutospacing="1"/>
    </w:pPr>
    <w:rPr>
      <w:rFonts w:eastAsia="SimSun"/>
      <w:sz w:val="22"/>
      <w:szCs w:val="22"/>
      <w:lang w:val="en-US" w:eastAsia="zh-CN"/>
    </w:rPr>
  </w:style>
  <w:style w:type="paragraph" w:customStyle="1" w:styleId="xl68">
    <w:name w:val="xl68"/>
    <w:basedOn w:val="Normal"/>
    <w:rsid w:val="00787DD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eastAsia="SimSun"/>
      <w:sz w:val="22"/>
      <w:szCs w:val="22"/>
      <w:lang w:val="en-US" w:eastAsia="zh-CN"/>
    </w:rPr>
  </w:style>
  <w:style w:type="paragraph" w:customStyle="1" w:styleId="xl69">
    <w:name w:val="xl69"/>
    <w:basedOn w:val="Normal"/>
    <w:rsid w:val="00787DDB"/>
    <w:pPr>
      <w:pBdr>
        <w:bottom w:val="single" w:sz="4" w:space="0" w:color="auto"/>
      </w:pBdr>
      <w:spacing w:before="100" w:beforeAutospacing="1" w:after="100" w:afterAutospacing="1"/>
    </w:pPr>
    <w:rPr>
      <w:rFonts w:eastAsia="SimSun"/>
      <w:sz w:val="22"/>
      <w:szCs w:val="22"/>
      <w:lang w:val="en-US" w:eastAsia="zh-CN"/>
    </w:rPr>
  </w:style>
  <w:style w:type="paragraph" w:customStyle="1" w:styleId="xl70">
    <w:name w:val="xl70"/>
    <w:basedOn w:val="Normal"/>
    <w:rsid w:val="00787DDB"/>
    <w:pPr>
      <w:pBdr>
        <w:top w:val="single" w:sz="4" w:space="0" w:color="auto"/>
      </w:pBdr>
      <w:spacing w:before="100" w:beforeAutospacing="1" w:after="100" w:afterAutospacing="1"/>
    </w:pPr>
    <w:rPr>
      <w:rFonts w:eastAsia="SimSun"/>
      <w:sz w:val="22"/>
      <w:szCs w:val="22"/>
      <w:lang w:val="en-US" w:eastAsia="zh-CN"/>
    </w:rPr>
  </w:style>
  <w:style w:type="paragraph" w:customStyle="1" w:styleId="xl71">
    <w:name w:val="xl71"/>
    <w:basedOn w:val="Normal"/>
    <w:rsid w:val="00787DDB"/>
    <w:pPr>
      <w:spacing w:before="100" w:beforeAutospacing="1" w:after="100" w:afterAutospacing="1"/>
    </w:pPr>
    <w:rPr>
      <w:rFonts w:eastAsia="SimSun"/>
      <w:sz w:val="22"/>
      <w:szCs w:val="22"/>
      <w:lang w:val="en-US" w:eastAsia="zh-CN"/>
    </w:rPr>
  </w:style>
  <w:style w:type="paragraph" w:customStyle="1" w:styleId="xl72">
    <w:name w:val="xl72"/>
    <w:basedOn w:val="Normal"/>
    <w:rsid w:val="00787DDB"/>
    <w:pPr>
      <w:spacing w:before="100" w:beforeAutospacing="1" w:after="100" w:afterAutospacing="1"/>
    </w:pPr>
    <w:rPr>
      <w:rFonts w:eastAsia="SimSun"/>
      <w:sz w:val="22"/>
      <w:szCs w:val="22"/>
      <w:lang w:val="en-US" w:eastAsia="zh-CN"/>
    </w:rPr>
  </w:style>
  <w:style w:type="paragraph" w:customStyle="1" w:styleId="xl73">
    <w:name w:val="xl73"/>
    <w:basedOn w:val="Normal"/>
    <w:rsid w:val="00787DDB"/>
    <w:pPr>
      <w:spacing w:before="100" w:beforeAutospacing="1" w:after="100" w:afterAutospacing="1"/>
    </w:pPr>
    <w:rPr>
      <w:rFonts w:eastAsia="SimSun"/>
      <w:sz w:val="22"/>
      <w:szCs w:val="22"/>
      <w:lang w:val="en-US" w:eastAsia="zh-CN"/>
    </w:rPr>
  </w:style>
  <w:style w:type="paragraph" w:customStyle="1" w:styleId="xl74">
    <w:name w:val="xl74"/>
    <w:basedOn w:val="Normal"/>
    <w:rsid w:val="00787DD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eastAsia="SimSun"/>
      <w:sz w:val="22"/>
      <w:szCs w:val="22"/>
      <w:lang w:val="en-US" w:eastAsia="zh-CN"/>
    </w:rPr>
  </w:style>
  <w:style w:type="paragraph" w:customStyle="1" w:styleId="xl75">
    <w:name w:val="xl75"/>
    <w:basedOn w:val="Normal"/>
    <w:rsid w:val="00787DDB"/>
    <w:pPr>
      <w:pBdr>
        <w:bottom w:val="single" w:sz="4" w:space="0" w:color="auto"/>
      </w:pBdr>
      <w:spacing w:before="100" w:beforeAutospacing="1" w:after="100" w:afterAutospacing="1"/>
    </w:pPr>
    <w:rPr>
      <w:rFonts w:eastAsia="SimSun"/>
      <w:sz w:val="22"/>
      <w:szCs w:val="22"/>
      <w:lang w:val="en-US" w:eastAsia="zh-CN"/>
    </w:rPr>
  </w:style>
  <w:style w:type="paragraph" w:customStyle="1" w:styleId="xl76">
    <w:name w:val="xl76"/>
    <w:basedOn w:val="Normal"/>
    <w:rsid w:val="00787DDB"/>
    <w:pPr>
      <w:spacing w:before="100" w:beforeAutospacing="1" w:after="100" w:afterAutospacing="1"/>
      <w:jc w:val="right"/>
    </w:pPr>
    <w:rPr>
      <w:rFonts w:eastAsia="SimSun"/>
      <w:b/>
      <w:bCs/>
      <w:sz w:val="22"/>
      <w:szCs w:val="22"/>
      <w:lang w:val="en-US" w:eastAsia="zh-CN"/>
    </w:rPr>
  </w:style>
  <w:style w:type="paragraph" w:customStyle="1" w:styleId="xl77">
    <w:name w:val="xl77"/>
    <w:basedOn w:val="Normal"/>
    <w:rsid w:val="00787DDB"/>
    <w:pPr>
      <w:spacing w:before="100" w:beforeAutospacing="1" w:after="100" w:afterAutospacing="1"/>
    </w:pPr>
    <w:rPr>
      <w:rFonts w:eastAsia="SimSun"/>
      <w:sz w:val="22"/>
      <w:szCs w:val="22"/>
      <w:lang w:val="en-US" w:eastAsia="zh-CN"/>
    </w:rPr>
  </w:style>
  <w:style w:type="paragraph" w:customStyle="1" w:styleId="podnaslovpropisa">
    <w:name w:val="podnaslovpropisa"/>
    <w:basedOn w:val="Normal"/>
    <w:rsid w:val="00787DDB"/>
    <w:pPr>
      <w:spacing w:before="100" w:beforeAutospacing="1" w:after="100" w:afterAutospacing="1"/>
    </w:pPr>
    <w:rPr>
      <w:sz w:val="24"/>
      <w:szCs w:val="24"/>
      <w:lang w:val="en-US"/>
    </w:rPr>
  </w:style>
  <w:style w:type="paragraph" w:customStyle="1" w:styleId="xl78">
    <w:name w:val="xl78"/>
    <w:basedOn w:val="Normal"/>
    <w:rsid w:val="00787DDB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  <w:lang w:val="en-US"/>
    </w:rPr>
  </w:style>
  <w:style w:type="paragraph" w:customStyle="1" w:styleId="xl79">
    <w:name w:val="xl79"/>
    <w:basedOn w:val="Normal"/>
    <w:rsid w:val="00787DDB"/>
    <w:pPr>
      <w:pBdr>
        <w:top w:val="single" w:sz="4" w:space="0" w:color="auto"/>
      </w:pBdr>
      <w:spacing w:before="100" w:beforeAutospacing="1" w:after="100" w:afterAutospacing="1"/>
    </w:pPr>
    <w:rPr>
      <w:b/>
      <w:bCs/>
      <w:sz w:val="22"/>
      <w:szCs w:val="22"/>
      <w:lang w:val="en-US"/>
    </w:rPr>
  </w:style>
  <w:style w:type="paragraph" w:customStyle="1" w:styleId="xl80">
    <w:name w:val="xl80"/>
    <w:basedOn w:val="Normal"/>
    <w:rsid w:val="00787DD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  <w:lang w:val="en-US"/>
    </w:rPr>
  </w:style>
  <w:style w:type="paragraph" w:customStyle="1" w:styleId="xl81">
    <w:name w:val="xl81"/>
    <w:basedOn w:val="Normal"/>
    <w:rsid w:val="00787DD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2"/>
      <w:szCs w:val="22"/>
      <w:lang w:val="en-US"/>
    </w:rPr>
  </w:style>
  <w:style w:type="paragraph" w:customStyle="1" w:styleId="xl82">
    <w:name w:val="xl82"/>
    <w:basedOn w:val="Normal"/>
    <w:rsid w:val="00787DDB"/>
    <w:pPr>
      <w:pBdr>
        <w:bottom w:val="single" w:sz="4" w:space="0" w:color="auto"/>
      </w:pBdr>
      <w:spacing w:before="100" w:beforeAutospacing="1" w:after="100" w:afterAutospacing="1"/>
    </w:pPr>
    <w:rPr>
      <w:b/>
      <w:bCs/>
      <w:sz w:val="22"/>
      <w:szCs w:val="22"/>
      <w:lang w:val="en-US"/>
    </w:rPr>
  </w:style>
  <w:style w:type="paragraph" w:customStyle="1" w:styleId="xl83">
    <w:name w:val="xl83"/>
    <w:basedOn w:val="Normal"/>
    <w:rsid w:val="00787DD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  <w:lang w:val="en-US"/>
    </w:rPr>
  </w:style>
  <w:style w:type="paragraph" w:customStyle="1" w:styleId="xl84">
    <w:name w:val="xl84"/>
    <w:basedOn w:val="Normal"/>
    <w:rsid w:val="00787D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  <w:lang w:val="en-US"/>
    </w:rPr>
  </w:style>
  <w:style w:type="paragraph" w:customStyle="1" w:styleId="xl85">
    <w:name w:val="xl85"/>
    <w:basedOn w:val="Normal"/>
    <w:rsid w:val="00787DD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  <w:lang w:val="en-US"/>
    </w:rPr>
  </w:style>
  <w:style w:type="paragraph" w:customStyle="1" w:styleId="xl86">
    <w:name w:val="xl86"/>
    <w:basedOn w:val="Normal"/>
    <w:rsid w:val="00787DDB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  <w:lang w:val="en-US"/>
    </w:rPr>
  </w:style>
  <w:style w:type="paragraph" w:customStyle="1" w:styleId="xl87">
    <w:name w:val="xl87"/>
    <w:basedOn w:val="Normal"/>
    <w:rsid w:val="00787DD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  <w:lang w:val="en-US"/>
    </w:rPr>
  </w:style>
  <w:style w:type="paragraph" w:customStyle="1" w:styleId="xl88">
    <w:name w:val="xl88"/>
    <w:basedOn w:val="Normal"/>
    <w:rsid w:val="00787D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  <w:lang w:val="en-US"/>
    </w:rPr>
  </w:style>
  <w:style w:type="paragraph" w:customStyle="1" w:styleId="xl89">
    <w:name w:val="xl89"/>
    <w:basedOn w:val="Normal"/>
    <w:rsid w:val="00787DDB"/>
    <w:pPr>
      <w:spacing w:before="100" w:beforeAutospacing="1" w:after="100" w:afterAutospacing="1"/>
    </w:pPr>
    <w:rPr>
      <w:sz w:val="22"/>
      <w:szCs w:val="22"/>
      <w:lang w:val="en-US"/>
    </w:rPr>
  </w:style>
  <w:style w:type="paragraph" w:customStyle="1" w:styleId="xl90">
    <w:name w:val="xl90"/>
    <w:basedOn w:val="Normal"/>
    <w:rsid w:val="00787DDB"/>
    <w:pPr>
      <w:pBdr>
        <w:top w:val="single" w:sz="4" w:space="0" w:color="auto"/>
      </w:pBdr>
      <w:spacing w:before="100" w:beforeAutospacing="1" w:after="100" w:afterAutospacing="1"/>
      <w:jc w:val="right"/>
    </w:pPr>
    <w:rPr>
      <w:sz w:val="22"/>
      <w:szCs w:val="22"/>
      <w:lang w:val="en-US"/>
    </w:rPr>
  </w:style>
  <w:style w:type="paragraph" w:customStyle="1" w:styleId="xl91">
    <w:name w:val="xl91"/>
    <w:basedOn w:val="Normal"/>
    <w:rsid w:val="00120614"/>
    <w:pPr>
      <w:pBdr>
        <w:top w:val="single" w:sz="4" w:space="0" w:color="auto"/>
      </w:pBdr>
      <w:spacing w:before="100" w:beforeAutospacing="1" w:after="100" w:afterAutospacing="1"/>
      <w:jc w:val="center"/>
    </w:pPr>
    <w:rPr>
      <w:sz w:val="24"/>
      <w:szCs w:val="24"/>
      <w:lang w:val="sr-Latn-CS" w:eastAsia="sr-Latn-CS"/>
    </w:rPr>
  </w:style>
  <w:style w:type="paragraph" w:customStyle="1" w:styleId="font7">
    <w:name w:val="font7"/>
    <w:basedOn w:val="Normal"/>
    <w:rsid w:val="00446297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  <w:lang w:val="sr-Latn-CS" w:eastAsia="sr-Latn-CS"/>
    </w:rPr>
  </w:style>
  <w:style w:type="paragraph" w:customStyle="1" w:styleId="font8">
    <w:name w:val="font8"/>
    <w:basedOn w:val="Normal"/>
    <w:rsid w:val="00446297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  <w:lang w:val="sr-Latn-CS" w:eastAsia="sr-Latn-CS"/>
    </w:rPr>
  </w:style>
  <w:style w:type="paragraph" w:customStyle="1" w:styleId="xl92">
    <w:name w:val="xl92"/>
    <w:basedOn w:val="Normal"/>
    <w:rsid w:val="0044629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18"/>
      <w:szCs w:val="18"/>
      <w:lang w:val="sr-Latn-CS" w:eastAsia="sr-Latn-CS"/>
    </w:rPr>
  </w:style>
  <w:style w:type="paragraph" w:customStyle="1" w:styleId="xl93">
    <w:name w:val="xl93"/>
    <w:basedOn w:val="Normal"/>
    <w:rsid w:val="00446297"/>
    <w:pPr>
      <w:pBdr>
        <w:top w:val="single" w:sz="4" w:space="0" w:color="auto"/>
      </w:pBdr>
      <w:spacing w:before="100" w:beforeAutospacing="1" w:after="100" w:afterAutospacing="1"/>
    </w:pPr>
    <w:rPr>
      <w:b/>
      <w:bCs/>
      <w:sz w:val="18"/>
      <w:szCs w:val="18"/>
      <w:lang w:val="sr-Latn-CS" w:eastAsia="sr-Latn-CS"/>
    </w:rPr>
  </w:style>
  <w:style w:type="paragraph" w:customStyle="1" w:styleId="xl94">
    <w:name w:val="xl94"/>
    <w:basedOn w:val="Normal"/>
    <w:rsid w:val="00446297"/>
    <w:pPr>
      <w:spacing w:before="100" w:beforeAutospacing="1" w:after="100" w:afterAutospacing="1"/>
    </w:pPr>
    <w:rPr>
      <w:sz w:val="18"/>
      <w:szCs w:val="18"/>
      <w:lang w:val="sr-Latn-CS" w:eastAsia="sr-Latn-CS"/>
    </w:rPr>
  </w:style>
  <w:style w:type="paragraph" w:customStyle="1" w:styleId="xl95">
    <w:name w:val="xl95"/>
    <w:basedOn w:val="Normal"/>
    <w:rsid w:val="00446297"/>
    <w:pPr>
      <w:pBdr>
        <w:bottom w:val="single" w:sz="4" w:space="0" w:color="auto"/>
      </w:pBdr>
      <w:spacing w:before="100" w:beforeAutospacing="1" w:after="100" w:afterAutospacing="1"/>
    </w:pPr>
    <w:rPr>
      <w:sz w:val="18"/>
      <w:szCs w:val="18"/>
      <w:lang w:val="sr-Latn-CS" w:eastAsia="sr-Latn-CS"/>
    </w:rPr>
  </w:style>
  <w:style w:type="paragraph" w:customStyle="1" w:styleId="xl96">
    <w:name w:val="xl96"/>
    <w:basedOn w:val="Normal"/>
    <w:rsid w:val="0044629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8"/>
      <w:szCs w:val="18"/>
      <w:lang w:val="sr-Latn-CS" w:eastAsia="sr-Latn-CS"/>
    </w:rPr>
  </w:style>
  <w:style w:type="paragraph" w:customStyle="1" w:styleId="xl97">
    <w:name w:val="xl97"/>
    <w:basedOn w:val="Normal"/>
    <w:rsid w:val="00446297"/>
    <w:pPr>
      <w:pBdr>
        <w:top w:val="single" w:sz="4" w:space="0" w:color="auto"/>
      </w:pBdr>
      <w:spacing w:before="100" w:beforeAutospacing="1" w:after="100" w:afterAutospacing="1"/>
    </w:pPr>
    <w:rPr>
      <w:sz w:val="18"/>
      <w:szCs w:val="18"/>
      <w:lang w:val="sr-Latn-CS" w:eastAsia="sr-Latn-CS"/>
    </w:rPr>
  </w:style>
  <w:style w:type="paragraph" w:customStyle="1" w:styleId="xl98">
    <w:name w:val="xl98"/>
    <w:basedOn w:val="Normal"/>
    <w:rsid w:val="00446297"/>
    <w:pPr>
      <w:spacing w:before="100" w:beforeAutospacing="1" w:after="100" w:afterAutospacing="1"/>
    </w:pPr>
    <w:rPr>
      <w:sz w:val="18"/>
      <w:szCs w:val="18"/>
      <w:lang w:val="sr-Latn-CS" w:eastAsia="sr-Latn-CS"/>
    </w:rPr>
  </w:style>
  <w:style w:type="paragraph" w:customStyle="1" w:styleId="xl99">
    <w:name w:val="xl99"/>
    <w:basedOn w:val="Normal"/>
    <w:rsid w:val="00446297"/>
    <w:pPr>
      <w:spacing w:before="100" w:beforeAutospacing="1" w:after="100" w:afterAutospacing="1"/>
    </w:pPr>
    <w:rPr>
      <w:sz w:val="18"/>
      <w:szCs w:val="18"/>
      <w:lang w:val="sr-Latn-CS" w:eastAsia="sr-Latn-CS"/>
    </w:rPr>
  </w:style>
  <w:style w:type="paragraph" w:customStyle="1" w:styleId="xl100">
    <w:name w:val="xl100"/>
    <w:basedOn w:val="Normal"/>
    <w:rsid w:val="00446297"/>
    <w:pPr>
      <w:pBdr>
        <w:bottom w:val="single" w:sz="4" w:space="0" w:color="auto"/>
      </w:pBdr>
      <w:spacing w:before="100" w:beforeAutospacing="1" w:after="100" w:afterAutospacing="1"/>
    </w:pPr>
    <w:rPr>
      <w:sz w:val="18"/>
      <w:szCs w:val="18"/>
      <w:lang w:val="sr-Latn-CS" w:eastAsia="sr-Latn-CS"/>
    </w:rPr>
  </w:style>
  <w:style w:type="paragraph" w:customStyle="1" w:styleId="xl101">
    <w:name w:val="xl101"/>
    <w:basedOn w:val="Normal"/>
    <w:rsid w:val="00446297"/>
    <w:pPr>
      <w:pBdr>
        <w:top w:val="single" w:sz="4" w:space="0" w:color="auto"/>
      </w:pBdr>
      <w:spacing w:before="100" w:beforeAutospacing="1" w:after="100" w:afterAutospacing="1"/>
    </w:pPr>
    <w:rPr>
      <w:sz w:val="18"/>
      <w:szCs w:val="18"/>
      <w:lang w:val="sr-Latn-CS" w:eastAsia="sr-Latn-CS"/>
    </w:rPr>
  </w:style>
  <w:style w:type="paragraph" w:customStyle="1" w:styleId="xl102">
    <w:name w:val="xl102"/>
    <w:basedOn w:val="Normal"/>
    <w:rsid w:val="00446297"/>
    <w:pPr>
      <w:spacing w:before="100" w:beforeAutospacing="1" w:after="100" w:afterAutospacing="1"/>
      <w:jc w:val="center"/>
    </w:pPr>
    <w:rPr>
      <w:sz w:val="18"/>
      <w:szCs w:val="18"/>
      <w:lang w:val="sr-Latn-CS" w:eastAsia="sr-Latn-CS"/>
    </w:rPr>
  </w:style>
  <w:style w:type="paragraph" w:customStyle="1" w:styleId="xl103">
    <w:name w:val="xl103"/>
    <w:basedOn w:val="Normal"/>
    <w:rsid w:val="00446297"/>
    <w:pPr>
      <w:pBdr>
        <w:bottom w:val="single" w:sz="4" w:space="0" w:color="auto"/>
      </w:pBdr>
      <w:spacing w:before="100" w:beforeAutospacing="1" w:after="100" w:afterAutospacing="1"/>
      <w:jc w:val="center"/>
    </w:pPr>
    <w:rPr>
      <w:sz w:val="18"/>
      <w:szCs w:val="18"/>
      <w:lang w:val="sr-Latn-CS" w:eastAsia="sr-Latn-CS"/>
    </w:rPr>
  </w:style>
  <w:style w:type="paragraph" w:customStyle="1" w:styleId="xl104">
    <w:name w:val="xl104"/>
    <w:basedOn w:val="Normal"/>
    <w:rsid w:val="00446297"/>
    <w:pPr>
      <w:pBdr>
        <w:top w:val="single" w:sz="4" w:space="0" w:color="auto"/>
        <w:bottom w:val="double" w:sz="6" w:space="0" w:color="auto"/>
      </w:pBdr>
      <w:spacing w:before="100" w:beforeAutospacing="1" w:after="100" w:afterAutospacing="1"/>
    </w:pPr>
    <w:rPr>
      <w:b/>
      <w:bCs/>
      <w:sz w:val="18"/>
      <w:szCs w:val="18"/>
      <w:lang w:val="sr-Latn-CS" w:eastAsia="sr-Latn-CS"/>
    </w:rPr>
  </w:style>
  <w:style w:type="paragraph" w:customStyle="1" w:styleId="xl105">
    <w:name w:val="xl105"/>
    <w:basedOn w:val="Normal"/>
    <w:rsid w:val="004462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  <w:lang w:val="sr-Latn-CS" w:eastAsia="sr-Latn-CS"/>
    </w:rPr>
  </w:style>
  <w:style w:type="paragraph" w:customStyle="1" w:styleId="xl106">
    <w:name w:val="xl106"/>
    <w:basedOn w:val="Normal"/>
    <w:rsid w:val="004462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  <w:lang w:val="sr-Latn-CS" w:eastAsia="sr-Latn-CS"/>
    </w:rPr>
  </w:style>
  <w:style w:type="paragraph" w:customStyle="1" w:styleId="xl107">
    <w:name w:val="xl107"/>
    <w:basedOn w:val="Normal"/>
    <w:rsid w:val="004462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  <w:lang w:val="sr-Latn-CS" w:eastAsia="sr-Latn-CS"/>
    </w:rPr>
  </w:style>
  <w:style w:type="paragraph" w:customStyle="1" w:styleId="xl108">
    <w:name w:val="xl108"/>
    <w:basedOn w:val="Normal"/>
    <w:rsid w:val="004462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  <w:lang w:val="sr-Latn-CS" w:eastAsia="sr-Latn-CS"/>
    </w:rPr>
  </w:style>
  <w:style w:type="paragraph" w:customStyle="1" w:styleId="xl109">
    <w:name w:val="xl109"/>
    <w:basedOn w:val="Normal"/>
    <w:rsid w:val="004462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  <w:lang w:val="sr-Latn-CS" w:eastAsia="sr-Latn-CS"/>
    </w:rPr>
  </w:style>
  <w:style w:type="paragraph" w:customStyle="1" w:styleId="xl110">
    <w:name w:val="xl110"/>
    <w:basedOn w:val="Normal"/>
    <w:rsid w:val="004462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  <w:lang w:val="sr-Latn-CS" w:eastAsia="sr-Latn-CS"/>
    </w:rPr>
  </w:style>
  <w:style w:type="paragraph" w:customStyle="1" w:styleId="xl111">
    <w:name w:val="xl111"/>
    <w:basedOn w:val="Normal"/>
    <w:rsid w:val="004462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8"/>
      <w:szCs w:val="18"/>
      <w:lang w:val="sr-Latn-CS" w:eastAsia="sr-Latn-CS"/>
    </w:rPr>
  </w:style>
  <w:style w:type="paragraph" w:customStyle="1" w:styleId="xl112">
    <w:name w:val="xl112"/>
    <w:basedOn w:val="Normal"/>
    <w:rsid w:val="004462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  <w:lang w:val="sr-Latn-CS" w:eastAsia="sr-Latn-CS"/>
    </w:rPr>
  </w:style>
  <w:style w:type="paragraph" w:customStyle="1" w:styleId="xl113">
    <w:name w:val="xl113"/>
    <w:basedOn w:val="Normal"/>
    <w:rsid w:val="00446297"/>
    <w:pPr>
      <w:pBdr>
        <w:bottom w:val="single" w:sz="4" w:space="0" w:color="auto"/>
      </w:pBdr>
      <w:spacing w:before="100" w:beforeAutospacing="1" w:after="100" w:afterAutospacing="1"/>
    </w:pPr>
    <w:rPr>
      <w:b/>
      <w:bCs/>
      <w:sz w:val="18"/>
      <w:szCs w:val="18"/>
      <w:lang w:val="sr-Latn-CS" w:eastAsia="sr-Latn-CS"/>
    </w:rPr>
  </w:style>
  <w:style w:type="paragraph" w:customStyle="1" w:styleId="xl114">
    <w:name w:val="xl114"/>
    <w:basedOn w:val="Normal"/>
    <w:rsid w:val="004462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  <w:lang w:val="sr-Latn-CS" w:eastAsia="sr-Latn-CS"/>
    </w:rPr>
  </w:style>
  <w:style w:type="paragraph" w:customStyle="1" w:styleId="xl115">
    <w:name w:val="xl115"/>
    <w:basedOn w:val="Normal"/>
    <w:rsid w:val="004462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  <w:lang w:val="sr-Latn-CS" w:eastAsia="sr-Latn-CS"/>
    </w:rPr>
  </w:style>
  <w:style w:type="paragraph" w:customStyle="1" w:styleId="xl116">
    <w:name w:val="xl116"/>
    <w:basedOn w:val="Normal"/>
    <w:rsid w:val="004462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  <w:lang w:val="sr-Latn-CS" w:eastAsia="sr-Latn-CS"/>
    </w:rPr>
  </w:style>
  <w:style w:type="paragraph" w:customStyle="1" w:styleId="xl117">
    <w:name w:val="xl117"/>
    <w:basedOn w:val="Normal"/>
    <w:rsid w:val="004462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  <w:lang w:val="sr-Latn-CS" w:eastAsia="sr-Latn-CS"/>
    </w:rPr>
  </w:style>
  <w:style w:type="paragraph" w:customStyle="1" w:styleId="xl118">
    <w:name w:val="xl118"/>
    <w:basedOn w:val="Normal"/>
    <w:rsid w:val="00446297"/>
    <w:pPr>
      <w:spacing w:before="100" w:beforeAutospacing="1" w:after="100" w:afterAutospacing="1"/>
    </w:pPr>
    <w:rPr>
      <w:sz w:val="18"/>
      <w:szCs w:val="18"/>
      <w:lang w:val="sr-Latn-CS" w:eastAsia="sr-Latn-CS"/>
    </w:rPr>
  </w:style>
  <w:style w:type="paragraph" w:customStyle="1" w:styleId="xl119">
    <w:name w:val="xl119"/>
    <w:basedOn w:val="Normal"/>
    <w:rsid w:val="0044629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18"/>
      <w:szCs w:val="18"/>
      <w:lang w:val="sr-Latn-CS" w:eastAsia="sr-Latn-CS"/>
    </w:rPr>
  </w:style>
  <w:style w:type="paragraph" w:customStyle="1" w:styleId="xl120">
    <w:name w:val="xl120"/>
    <w:basedOn w:val="Normal"/>
    <w:rsid w:val="00446297"/>
    <w:pPr>
      <w:spacing w:before="100" w:beforeAutospacing="1" w:after="100" w:afterAutospacing="1"/>
    </w:pPr>
    <w:rPr>
      <w:b/>
      <w:bCs/>
      <w:sz w:val="18"/>
      <w:szCs w:val="18"/>
      <w:lang w:val="sr-Latn-CS" w:eastAsia="sr-Latn-CS"/>
    </w:rPr>
  </w:style>
  <w:style w:type="paragraph" w:customStyle="1" w:styleId="xl121">
    <w:name w:val="xl121"/>
    <w:basedOn w:val="Normal"/>
    <w:rsid w:val="00446297"/>
    <w:pPr>
      <w:pBdr>
        <w:top w:val="single" w:sz="4" w:space="0" w:color="auto"/>
      </w:pBdr>
      <w:spacing w:before="100" w:beforeAutospacing="1" w:after="100" w:afterAutospacing="1"/>
    </w:pPr>
    <w:rPr>
      <w:b/>
      <w:bCs/>
      <w:sz w:val="18"/>
      <w:szCs w:val="18"/>
      <w:lang w:val="sr-Latn-CS" w:eastAsia="sr-Latn-CS"/>
    </w:rPr>
  </w:style>
  <w:style w:type="paragraph" w:customStyle="1" w:styleId="xl122">
    <w:name w:val="xl122"/>
    <w:basedOn w:val="Normal"/>
    <w:rsid w:val="004462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  <w:lang w:val="sr-Latn-CS" w:eastAsia="sr-Latn-CS"/>
    </w:rPr>
  </w:style>
  <w:style w:type="paragraph" w:customStyle="1" w:styleId="xl123">
    <w:name w:val="xl123"/>
    <w:basedOn w:val="Normal"/>
    <w:rsid w:val="004462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  <w:lang w:val="sr-Latn-CS" w:eastAsia="sr-Latn-CS"/>
    </w:rPr>
  </w:style>
  <w:style w:type="paragraph" w:customStyle="1" w:styleId="xl124">
    <w:name w:val="xl124"/>
    <w:basedOn w:val="Normal"/>
    <w:rsid w:val="0044629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8"/>
      <w:szCs w:val="18"/>
      <w:lang w:val="sr-Latn-CS" w:eastAsia="sr-Latn-CS"/>
    </w:rPr>
  </w:style>
  <w:style w:type="paragraph" w:customStyle="1" w:styleId="xl125">
    <w:name w:val="xl125"/>
    <w:basedOn w:val="Normal"/>
    <w:rsid w:val="00446297"/>
    <w:pPr>
      <w:pBdr>
        <w:top w:val="single" w:sz="4" w:space="0" w:color="auto"/>
      </w:pBdr>
      <w:spacing w:before="100" w:beforeAutospacing="1" w:after="100" w:afterAutospacing="1"/>
    </w:pPr>
    <w:rPr>
      <w:sz w:val="18"/>
      <w:szCs w:val="18"/>
      <w:lang w:val="sr-Latn-CS" w:eastAsia="sr-Latn-CS"/>
    </w:rPr>
  </w:style>
  <w:style w:type="paragraph" w:customStyle="1" w:styleId="xl126">
    <w:name w:val="xl126"/>
    <w:basedOn w:val="Normal"/>
    <w:rsid w:val="00446297"/>
    <w:pPr>
      <w:spacing w:before="100" w:beforeAutospacing="1" w:after="100" w:afterAutospacing="1"/>
    </w:pPr>
    <w:rPr>
      <w:sz w:val="18"/>
      <w:szCs w:val="18"/>
      <w:lang w:val="sr-Latn-CS" w:eastAsia="sr-Latn-CS"/>
    </w:rPr>
  </w:style>
  <w:style w:type="paragraph" w:customStyle="1" w:styleId="xl127">
    <w:name w:val="xl127"/>
    <w:basedOn w:val="Normal"/>
    <w:rsid w:val="00446297"/>
    <w:pPr>
      <w:pBdr>
        <w:bottom w:val="single" w:sz="4" w:space="0" w:color="auto"/>
      </w:pBdr>
      <w:spacing w:before="100" w:beforeAutospacing="1" w:after="100" w:afterAutospacing="1"/>
    </w:pPr>
    <w:rPr>
      <w:sz w:val="18"/>
      <w:szCs w:val="18"/>
      <w:lang w:val="sr-Latn-CS" w:eastAsia="sr-Latn-CS"/>
    </w:rPr>
  </w:style>
  <w:style w:type="paragraph" w:customStyle="1" w:styleId="xl128">
    <w:name w:val="xl128"/>
    <w:basedOn w:val="Normal"/>
    <w:rsid w:val="00446297"/>
    <w:pPr>
      <w:pBdr>
        <w:bottom w:val="single" w:sz="4" w:space="0" w:color="auto"/>
      </w:pBdr>
      <w:spacing w:before="100" w:beforeAutospacing="1" w:after="100" w:afterAutospacing="1"/>
    </w:pPr>
    <w:rPr>
      <w:sz w:val="18"/>
      <w:szCs w:val="18"/>
      <w:lang w:val="sr-Latn-CS" w:eastAsia="sr-Latn-CS"/>
    </w:rPr>
  </w:style>
  <w:style w:type="paragraph" w:customStyle="1" w:styleId="xl129">
    <w:name w:val="xl129"/>
    <w:basedOn w:val="Normal"/>
    <w:rsid w:val="00446297"/>
    <w:pPr>
      <w:pBdr>
        <w:bottom w:val="single" w:sz="4" w:space="0" w:color="auto"/>
      </w:pBdr>
      <w:spacing w:before="100" w:beforeAutospacing="1" w:after="100" w:afterAutospacing="1"/>
    </w:pPr>
    <w:rPr>
      <w:b/>
      <w:bCs/>
      <w:sz w:val="18"/>
      <w:szCs w:val="18"/>
      <w:lang w:val="sr-Latn-CS" w:eastAsia="sr-Latn-CS"/>
    </w:rPr>
  </w:style>
  <w:style w:type="paragraph" w:customStyle="1" w:styleId="xl130">
    <w:name w:val="xl130"/>
    <w:basedOn w:val="Normal"/>
    <w:rsid w:val="004462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  <w:lang w:val="sr-Latn-CS" w:eastAsia="sr-Latn-CS"/>
    </w:rPr>
  </w:style>
  <w:style w:type="paragraph" w:customStyle="1" w:styleId="xl131">
    <w:name w:val="xl131"/>
    <w:basedOn w:val="Normal"/>
    <w:rsid w:val="0044629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  <w:lang w:val="sr-Latn-CS" w:eastAsia="sr-Latn-CS"/>
    </w:rPr>
  </w:style>
  <w:style w:type="paragraph" w:customStyle="1" w:styleId="xl132">
    <w:name w:val="xl132"/>
    <w:basedOn w:val="Normal"/>
    <w:rsid w:val="0044629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  <w:lang w:val="sr-Latn-CS" w:eastAsia="sr-Latn-CS"/>
    </w:rPr>
  </w:style>
  <w:style w:type="paragraph" w:customStyle="1" w:styleId="xl133">
    <w:name w:val="xl133"/>
    <w:basedOn w:val="Normal"/>
    <w:rsid w:val="0044629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  <w:lang w:val="sr-Latn-CS" w:eastAsia="sr-Latn-CS"/>
    </w:rPr>
  </w:style>
  <w:style w:type="paragraph" w:customStyle="1" w:styleId="xl134">
    <w:name w:val="xl134"/>
    <w:basedOn w:val="Normal"/>
    <w:rsid w:val="0044629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  <w:lang w:val="sr-Latn-CS" w:eastAsia="sr-Latn-CS"/>
    </w:rPr>
  </w:style>
  <w:style w:type="paragraph" w:customStyle="1" w:styleId="xl135">
    <w:name w:val="xl135"/>
    <w:basedOn w:val="Normal"/>
    <w:rsid w:val="0044629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  <w:lang w:val="sr-Latn-CS" w:eastAsia="sr-Latn-CS"/>
    </w:rPr>
  </w:style>
  <w:style w:type="paragraph" w:customStyle="1" w:styleId="xl136">
    <w:name w:val="xl136"/>
    <w:basedOn w:val="Normal"/>
    <w:rsid w:val="0044629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  <w:lang w:val="sr-Latn-CS" w:eastAsia="sr-Latn-CS"/>
    </w:rPr>
  </w:style>
  <w:style w:type="paragraph" w:customStyle="1" w:styleId="xl137">
    <w:name w:val="xl137"/>
    <w:basedOn w:val="Normal"/>
    <w:rsid w:val="00446297"/>
    <w:pPr>
      <w:spacing w:before="100" w:beforeAutospacing="1" w:after="100" w:afterAutospacing="1"/>
      <w:jc w:val="center"/>
    </w:pPr>
    <w:rPr>
      <w:sz w:val="18"/>
      <w:szCs w:val="18"/>
      <w:lang w:val="sr-Latn-CS" w:eastAsia="sr-Latn-CS"/>
    </w:rPr>
  </w:style>
  <w:style w:type="paragraph" w:customStyle="1" w:styleId="xl138">
    <w:name w:val="xl138"/>
    <w:basedOn w:val="Normal"/>
    <w:rsid w:val="004462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  <w:lang w:val="sr-Latn-CS" w:eastAsia="sr-Latn-CS"/>
    </w:rPr>
  </w:style>
  <w:style w:type="paragraph" w:customStyle="1" w:styleId="xl139">
    <w:name w:val="xl139"/>
    <w:basedOn w:val="Normal"/>
    <w:rsid w:val="00446297"/>
    <w:pPr>
      <w:pBdr>
        <w:top w:val="single" w:sz="4" w:space="0" w:color="auto"/>
      </w:pBdr>
      <w:spacing w:before="100" w:beforeAutospacing="1" w:after="100" w:afterAutospacing="1"/>
    </w:pPr>
    <w:rPr>
      <w:sz w:val="18"/>
      <w:szCs w:val="18"/>
      <w:lang w:val="sr-Latn-CS" w:eastAsia="sr-Latn-CS"/>
    </w:rPr>
  </w:style>
  <w:style w:type="paragraph" w:customStyle="1" w:styleId="xl140">
    <w:name w:val="xl140"/>
    <w:basedOn w:val="Normal"/>
    <w:rsid w:val="00446297"/>
    <w:pPr>
      <w:spacing w:before="100" w:beforeAutospacing="1" w:after="100" w:afterAutospacing="1"/>
      <w:jc w:val="center"/>
    </w:pPr>
    <w:rPr>
      <w:sz w:val="18"/>
      <w:szCs w:val="18"/>
      <w:lang w:val="sr-Latn-CS" w:eastAsia="sr-Latn-CS"/>
    </w:rPr>
  </w:style>
  <w:style w:type="paragraph" w:customStyle="1" w:styleId="xl141">
    <w:name w:val="xl141"/>
    <w:basedOn w:val="Normal"/>
    <w:rsid w:val="004462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  <w:lang w:val="sr-Latn-CS" w:eastAsia="sr-Latn-CS"/>
    </w:rPr>
  </w:style>
  <w:style w:type="paragraph" w:customStyle="1" w:styleId="xl142">
    <w:name w:val="xl142"/>
    <w:basedOn w:val="Normal"/>
    <w:rsid w:val="004462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  <w:lang w:val="sr-Latn-CS" w:eastAsia="sr-Latn-CS"/>
    </w:rPr>
  </w:style>
  <w:style w:type="paragraph" w:customStyle="1" w:styleId="xl143">
    <w:name w:val="xl143"/>
    <w:basedOn w:val="Normal"/>
    <w:rsid w:val="004462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  <w:lang w:val="sr-Latn-CS" w:eastAsia="sr-Latn-CS"/>
    </w:rPr>
  </w:style>
  <w:style w:type="paragraph" w:customStyle="1" w:styleId="xl144">
    <w:name w:val="xl144"/>
    <w:basedOn w:val="Normal"/>
    <w:rsid w:val="00446297"/>
    <w:pPr>
      <w:spacing w:before="100" w:beforeAutospacing="1" w:after="100" w:afterAutospacing="1"/>
    </w:pPr>
    <w:rPr>
      <w:sz w:val="18"/>
      <w:szCs w:val="18"/>
      <w:lang w:val="sr-Latn-CS" w:eastAsia="sr-Latn-CS"/>
    </w:rPr>
  </w:style>
  <w:style w:type="paragraph" w:customStyle="1" w:styleId="xl145">
    <w:name w:val="xl145"/>
    <w:basedOn w:val="Normal"/>
    <w:rsid w:val="00446297"/>
    <w:pPr>
      <w:pBdr>
        <w:top w:val="single" w:sz="4" w:space="0" w:color="auto"/>
        <w:bottom w:val="double" w:sz="6" w:space="0" w:color="auto"/>
      </w:pBdr>
      <w:spacing w:before="100" w:beforeAutospacing="1" w:after="100" w:afterAutospacing="1"/>
    </w:pPr>
    <w:rPr>
      <w:b/>
      <w:bCs/>
      <w:sz w:val="18"/>
      <w:szCs w:val="18"/>
      <w:lang w:val="sr-Latn-CS" w:eastAsia="sr-Latn-CS"/>
    </w:rPr>
  </w:style>
  <w:style w:type="paragraph" w:customStyle="1" w:styleId="xl146">
    <w:name w:val="xl146"/>
    <w:basedOn w:val="Normal"/>
    <w:rsid w:val="0044629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8"/>
      <w:szCs w:val="18"/>
      <w:lang w:val="sr-Latn-CS" w:eastAsia="sr-Latn-CS"/>
    </w:rPr>
  </w:style>
  <w:style w:type="paragraph" w:customStyle="1" w:styleId="xl147">
    <w:name w:val="xl147"/>
    <w:basedOn w:val="Normal"/>
    <w:rsid w:val="00446297"/>
    <w:pPr>
      <w:pBdr>
        <w:top w:val="single" w:sz="4" w:space="0" w:color="auto"/>
      </w:pBdr>
      <w:spacing w:before="100" w:beforeAutospacing="1" w:after="100" w:afterAutospacing="1"/>
    </w:pPr>
    <w:rPr>
      <w:sz w:val="18"/>
      <w:szCs w:val="18"/>
      <w:lang w:val="sr-Latn-CS" w:eastAsia="sr-Latn-CS"/>
    </w:rPr>
  </w:style>
  <w:style w:type="paragraph" w:customStyle="1" w:styleId="xl148">
    <w:name w:val="xl148"/>
    <w:basedOn w:val="Normal"/>
    <w:rsid w:val="00446297"/>
    <w:pPr>
      <w:pBdr>
        <w:bottom w:val="single" w:sz="4" w:space="0" w:color="auto"/>
      </w:pBdr>
      <w:spacing w:before="100" w:beforeAutospacing="1" w:after="100" w:afterAutospacing="1"/>
    </w:pPr>
    <w:rPr>
      <w:sz w:val="18"/>
      <w:szCs w:val="18"/>
      <w:lang w:val="sr-Latn-CS" w:eastAsia="sr-Latn-CS"/>
    </w:rPr>
  </w:style>
  <w:style w:type="paragraph" w:customStyle="1" w:styleId="xl149">
    <w:name w:val="xl149"/>
    <w:basedOn w:val="Normal"/>
    <w:rsid w:val="004462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  <w:lang w:val="sr-Latn-CS" w:eastAsia="sr-Latn-CS"/>
    </w:rPr>
  </w:style>
  <w:style w:type="paragraph" w:customStyle="1" w:styleId="xl150">
    <w:name w:val="xl150"/>
    <w:basedOn w:val="Normal"/>
    <w:rsid w:val="00446297"/>
    <w:pPr>
      <w:spacing w:before="100" w:beforeAutospacing="1" w:after="100" w:afterAutospacing="1"/>
      <w:jc w:val="right"/>
    </w:pPr>
    <w:rPr>
      <w:sz w:val="18"/>
      <w:szCs w:val="18"/>
      <w:lang w:val="sr-Latn-CS" w:eastAsia="sr-Latn-CS"/>
    </w:rPr>
  </w:style>
  <w:style w:type="paragraph" w:customStyle="1" w:styleId="xl151">
    <w:name w:val="xl151"/>
    <w:basedOn w:val="Normal"/>
    <w:rsid w:val="00446297"/>
    <w:pPr>
      <w:pBdr>
        <w:bottom w:val="single" w:sz="4" w:space="0" w:color="auto"/>
      </w:pBdr>
      <w:spacing w:before="100" w:beforeAutospacing="1" w:after="100" w:afterAutospacing="1"/>
    </w:pPr>
    <w:rPr>
      <w:sz w:val="18"/>
      <w:szCs w:val="18"/>
      <w:lang w:val="sr-Latn-CS" w:eastAsia="sr-Latn-CS"/>
    </w:rPr>
  </w:style>
  <w:style w:type="paragraph" w:customStyle="1" w:styleId="xl152">
    <w:name w:val="xl152"/>
    <w:basedOn w:val="Normal"/>
    <w:rsid w:val="0044629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  <w:lang w:val="sr-Latn-CS" w:eastAsia="sr-Latn-CS"/>
    </w:rPr>
  </w:style>
  <w:style w:type="paragraph" w:customStyle="1" w:styleId="xl153">
    <w:name w:val="xl153"/>
    <w:basedOn w:val="Normal"/>
    <w:rsid w:val="00446297"/>
    <w:pPr>
      <w:pBdr>
        <w:top w:val="single" w:sz="4" w:space="0" w:color="auto"/>
      </w:pBdr>
      <w:spacing w:before="100" w:beforeAutospacing="1" w:after="100" w:afterAutospacing="1"/>
    </w:pPr>
    <w:rPr>
      <w:sz w:val="18"/>
      <w:szCs w:val="18"/>
      <w:lang w:val="sr-Latn-CS" w:eastAsia="sr-Latn-CS"/>
    </w:rPr>
  </w:style>
  <w:style w:type="paragraph" w:customStyle="1" w:styleId="xl154">
    <w:name w:val="xl154"/>
    <w:basedOn w:val="Normal"/>
    <w:rsid w:val="00446297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sz w:val="18"/>
      <w:szCs w:val="18"/>
      <w:lang w:val="sr-Latn-CS" w:eastAsia="sr-Latn-CS"/>
    </w:rPr>
  </w:style>
  <w:style w:type="paragraph" w:customStyle="1" w:styleId="xl155">
    <w:name w:val="xl155"/>
    <w:basedOn w:val="Normal"/>
    <w:rsid w:val="0044629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  <w:lang w:val="sr-Latn-CS" w:eastAsia="sr-Latn-CS"/>
    </w:rPr>
  </w:style>
  <w:style w:type="paragraph" w:customStyle="1" w:styleId="xl156">
    <w:name w:val="xl156"/>
    <w:basedOn w:val="Normal"/>
    <w:rsid w:val="004462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18"/>
      <w:szCs w:val="18"/>
      <w:lang w:val="sr-Latn-CS" w:eastAsia="sr-Latn-CS"/>
    </w:rPr>
  </w:style>
  <w:style w:type="paragraph" w:customStyle="1" w:styleId="xl157">
    <w:name w:val="xl157"/>
    <w:basedOn w:val="Normal"/>
    <w:rsid w:val="0044629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8"/>
      <w:szCs w:val="18"/>
      <w:lang w:val="sr-Latn-CS" w:eastAsia="sr-Latn-CS"/>
    </w:rPr>
  </w:style>
  <w:style w:type="paragraph" w:customStyle="1" w:styleId="xl158">
    <w:name w:val="xl158"/>
    <w:basedOn w:val="Normal"/>
    <w:rsid w:val="004462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  <w:lang w:val="sr-Latn-CS" w:eastAsia="sr-Latn-CS"/>
    </w:rPr>
  </w:style>
  <w:style w:type="paragraph" w:customStyle="1" w:styleId="xl159">
    <w:name w:val="xl159"/>
    <w:basedOn w:val="Normal"/>
    <w:rsid w:val="004462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  <w:lang w:val="sr-Latn-CS" w:eastAsia="sr-Latn-CS"/>
    </w:rPr>
  </w:style>
  <w:style w:type="paragraph" w:customStyle="1" w:styleId="xl160">
    <w:name w:val="xl160"/>
    <w:basedOn w:val="Normal"/>
    <w:rsid w:val="00446297"/>
    <w:pPr>
      <w:pBdr>
        <w:bottom w:val="single" w:sz="4" w:space="0" w:color="auto"/>
      </w:pBdr>
      <w:spacing w:before="100" w:beforeAutospacing="1" w:after="100" w:afterAutospacing="1"/>
      <w:jc w:val="right"/>
    </w:pPr>
    <w:rPr>
      <w:sz w:val="18"/>
      <w:szCs w:val="18"/>
      <w:lang w:val="sr-Latn-CS" w:eastAsia="sr-Latn-CS"/>
    </w:rPr>
  </w:style>
  <w:style w:type="paragraph" w:customStyle="1" w:styleId="xl161">
    <w:name w:val="xl161"/>
    <w:basedOn w:val="Normal"/>
    <w:rsid w:val="00446297"/>
    <w:pPr>
      <w:spacing w:before="100" w:beforeAutospacing="1" w:after="100" w:afterAutospacing="1"/>
      <w:jc w:val="center"/>
    </w:pPr>
    <w:rPr>
      <w:sz w:val="18"/>
      <w:szCs w:val="18"/>
      <w:lang w:val="sr-Latn-CS" w:eastAsia="sr-Latn-CS"/>
    </w:rPr>
  </w:style>
  <w:style w:type="paragraph" w:customStyle="1" w:styleId="xl162">
    <w:name w:val="xl162"/>
    <w:basedOn w:val="Normal"/>
    <w:rsid w:val="004462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  <w:lang w:val="sr-Latn-CS" w:eastAsia="sr-Latn-CS"/>
    </w:rPr>
  </w:style>
  <w:style w:type="paragraph" w:customStyle="1" w:styleId="xl163">
    <w:name w:val="xl163"/>
    <w:basedOn w:val="Normal"/>
    <w:rsid w:val="0044629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18"/>
      <w:szCs w:val="18"/>
      <w:lang w:val="sr-Latn-CS" w:eastAsia="sr-Latn-CS"/>
    </w:rPr>
  </w:style>
  <w:style w:type="paragraph" w:customStyle="1" w:styleId="xl164">
    <w:name w:val="xl164"/>
    <w:basedOn w:val="Normal"/>
    <w:rsid w:val="004462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  <w:lang w:val="sr-Latn-CS" w:eastAsia="sr-Latn-CS"/>
    </w:rPr>
  </w:style>
  <w:style w:type="paragraph" w:customStyle="1" w:styleId="xl165">
    <w:name w:val="xl165"/>
    <w:basedOn w:val="Normal"/>
    <w:rsid w:val="004462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  <w:lang w:val="sr-Latn-CS" w:eastAsia="sr-Latn-CS"/>
    </w:rPr>
  </w:style>
  <w:style w:type="paragraph" w:customStyle="1" w:styleId="xl166">
    <w:name w:val="xl166"/>
    <w:basedOn w:val="Normal"/>
    <w:rsid w:val="0044629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sz w:val="18"/>
      <w:szCs w:val="18"/>
      <w:lang w:val="sr-Latn-CS" w:eastAsia="sr-Latn-CS"/>
    </w:rPr>
  </w:style>
  <w:style w:type="paragraph" w:customStyle="1" w:styleId="xl167">
    <w:name w:val="xl167"/>
    <w:basedOn w:val="Normal"/>
    <w:rsid w:val="0044629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18"/>
      <w:szCs w:val="18"/>
      <w:lang w:val="sr-Latn-CS" w:eastAsia="sr-Latn-CS"/>
    </w:rPr>
  </w:style>
  <w:style w:type="paragraph" w:customStyle="1" w:styleId="xl168">
    <w:name w:val="xl168"/>
    <w:basedOn w:val="Normal"/>
    <w:rsid w:val="00446297"/>
    <w:pPr>
      <w:spacing w:before="100" w:beforeAutospacing="1" w:after="100" w:afterAutospacing="1"/>
    </w:pPr>
    <w:rPr>
      <w:sz w:val="18"/>
      <w:szCs w:val="18"/>
      <w:lang w:val="sr-Latn-CS" w:eastAsia="sr-Latn-CS"/>
    </w:rPr>
  </w:style>
  <w:style w:type="paragraph" w:customStyle="1" w:styleId="xl169">
    <w:name w:val="xl169"/>
    <w:basedOn w:val="Normal"/>
    <w:rsid w:val="00446297"/>
    <w:pPr>
      <w:pBdr>
        <w:top w:val="single" w:sz="4" w:space="0" w:color="auto"/>
        <w:bottom w:val="double" w:sz="6" w:space="0" w:color="auto"/>
      </w:pBdr>
      <w:spacing w:before="100" w:beforeAutospacing="1" w:after="100" w:afterAutospacing="1"/>
    </w:pPr>
    <w:rPr>
      <w:b/>
      <w:bCs/>
      <w:sz w:val="18"/>
      <w:szCs w:val="18"/>
      <w:lang w:val="sr-Latn-CS" w:eastAsia="sr-Latn-CS"/>
    </w:rPr>
  </w:style>
  <w:style w:type="paragraph" w:customStyle="1" w:styleId="xl170">
    <w:name w:val="xl170"/>
    <w:basedOn w:val="Normal"/>
    <w:rsid w:val="0044629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  <w:lang w:val="sr-Latn-CS" w:eastAsia="sr-Latn-CS"/>
    </w:rPr>
  </w:style>
  <w:style w:type="paragraph" w:customStyle="1" w:styleId="xl171">
    <w:name w:val="xl171"/>
    <w:basedOn w:val="Normal"/>
    <w:rsid w:val="00446297"/>
    <w:pPr>
      <w:pBdr>
        <w:bottom w:val="single" w:sz="4" w:space="0" w:color="auto"/>
      </w:pBdr>
      <w:spacing w:before="100" w:beforeAutospacing="1" w:after="100" w:afterAutospacing="1"/>
      <w:jc w:val="center"/>
    </w:pPr>
    <w:rPr>
      <w:sz w:val="18"/>
      <w:szCs w:val="18"/>
      <w:lang w:val="sr-Latn-CS" w:eastAsia="sr-Latn-CS"/>
    </w:rPr>
  </w:style>
  <w:style w:type="paragraph" w:customStyle="1" w:styleId="xl172">
    <w:name w:val="xl172"/>
    <w:basedOn w:val="Normal"/>
    <w:rsid w:val="00446297"/>
    <w:pPr>
      <w:spacing w:before="100" w:beforeAutospacing="1" w:after="100" w:afterAutospacing="1"/>
      <w:jc w:val="right"/>
    </w:pPr>
    <w:rPr>
      <w:sz w:val="18"/>
      <w:szCs w:val="18"/>
      <w:lang w:val="sr-Latn-CS" w:eastAsia="sr-Latn-CS"/>
    </w:rPr>
  </w:style>
  <w:style w:type="paragraph" w:customStyle="1" w:styleId="xl173">
    <w:name w:val="xl173"/>
    <w:basedOn w:val="Normal"/>
    <w:rsid w:val="0044629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  <w:lang w:val="sr-Latn-CS" w:eastAsia="sr-Latn-CS"/>
    </w:rPr>
  </w:style>
  <w:style w:type="paragraph" w:customStyle="1" w:styleId="xl174">
    <w:name w:val="xl174"/>
    <w:basedOn w:val="Normal"/>
    <w:rsid w:val="004462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  <w:lang w:val="sr-Latn-CS" w:eastAsia="sr-Latn-CS"/>
    </w:rPr>
  </w:style>
  <w:style w:type="paragraph" w:customStyle="1" w:styleId="xl175">
    <w:name w:val="xl175"/>
    <w:basedOn w:val="Normal"/>
    <w:rsid w:val="00446297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  <w:lang w:val="sr-Latn-CS" w:eastAsia="sr-Latn-CS"/>
    </w:rPr>
  </w:style>
  <w:style w:type="paragraph" w:customStyle="1" w:styleId="xl176">
    <w:name w:val="xl176"/>
    <w:basedOn w:val="Normal"/>
    <w:rsid w:val="00446297"/>
    <w:pPr>
      <w:pBdr>
        <w:right w:val="single" w:sz="4" w:space="0" w:color="auto"/>
      </w:pBdr>
      <w:spacing w:before="100" w:beforeAutospacing="1" w:after="100" w:afterAutospacing="1"/>
    </w:pPr>
    <w:rPr>
      <w:sz w:val="18"/>
      <w:szCs w:val="18"/>
      <w:lang w:val="sr-Latn-CS" w:eastAsia="sr-Latn-CS"/>
    </w:rPr>
  </w:style>
  <w:style w:type="paragraph" w:customStyle="1" w:styleId="xl177">
    <w:name w:val="xl177"/>
    <w:basedOn w:val="Normal"/>
    <w:rsid w:val="0044629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  <w:lang w:val="sr-Latn-CS" w:eastAsia="sr-Latn-CS"/>
    </w:rPr>
  </w:style>
  <w:style w:type="paragraph" w:customStyle="1" w:styleId="xl178">
    <w:name w:val="xl178"/>
    <w:basedOn w:val="Normal"/>
    <w:rsid w:val="00446297"/>
    <w:pPr>
      <w:pBdr>
        <w:right w:val="single" w:sz="4" w:space="0" w:color="auto"/>
      </w:pBdr>
      <w:spacing w:before="100" w:beforeAutospacing="1" w:after="100" w:afterAutospacing="1"/>
    </w:pPr>
    <w:rPr>
      <w:sz w:val="18"/>
      <w:szCs w:val="18"/>
      <w:lang w:val="sr-Latn-CS" w:eastAsia="sr-Latn-CS"/>
    </w:rPr>
  </w:style>
  <w:style w:type="paragraph" w:customStyle="1" w:styleId="xl179">
    <w:name w:val="xl179"/>
    <w:basedOn w:val="Normal"/>
    <w:rsid w:val="00446297"/>
    <w:pPr>
      <w:pBdr>
        <w:right w:val="single" w:sz="4" w:space="0" w:color="auto"/>
      </w:pBdr>
      <w:spacing w:before="100" w:beforeAutospacing="1" w:after="100" w:afterAutospacing="1"/>
    </w:pPr>
    <w:rPr>
      <w:sz w:val="18"/>
      <w:szCs w:val="18"/>
      <w:lang w:val="sr-Latn-CS" w:eastAsia="sr-Latn-CS"/>
    </w:rPr>
  </w:style>
  <w:style w:type="paragraph" w:customStyle="1" w:styleId="xl180">
    <w:name w:val="xl180"/>
    <w:basedOn w:val="Normal"/>
    <w:rsid w:val="0044629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  <w:lang w:val="sr-Latn-CS" w:eastAsia="sr-Latn-CS"/>
    </w:rPr>
  </w:style>
  <w:style w:type="paragraph" w:customStyle="1" w:styleId="xl181">
    <w:name w:val="xl181"/>
    <w:basedOn w:val="Normal"/>
    <w:rsid w:val="004462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  <w:lang w:val="sr-Latn-CS" w:eastAsia="sr-Latn-CS"/>
    </w:rPr>
  </w:style>
  <w:style w:type="paragraph" w:customStyle="1" w:styleId="xl182">
    <w:name w:val="xl182"/>
    <w:basedOn w:val="Normal"/>
    <w:rsid w:val="004462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  <w:lang w:val="sr-Latn-CS" w:eastAsia="sr-Latn-CS"/>
    </w:rPr>
  </w:style>
  <w:style w:type="paragraph" w:customStyle="1" w:styleId="xl183">
    <w:name w:val="xl183"/>
    <w:basedOn w:val="Normal"/>
    <w:rsid w:val="0044629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  <w:lang w:val="sr-Latn-CS" w:eastAsia="sr-Latn-CS"/>
    </w:rPr>
  </w:style>
  <w:style w:type="paragraph" w:customStyle="1" w:styleId="xl184">
    <w:name w:val="xl184"/>
    <w:basedOn w:val="Normal"/>
    <w:rsid w:val="0044629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  <w:lang w:val="sr-Latn-CS" w:eastAsia="sr-Latn-CS"/>
    </w:rPr>
  </w:style>
  <w:style w:type="paragraph" w:customStyle="1" w:styleId="xl185">
    <w:name w:val="xl185"/>
    <w:basedOn w:val="Normal"/>
    <w:rsid w:val="004462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  <w:lang w:val="sr-Latn-CS" w:eastAsia="sr-Latn-CS"/>
    </w:rPr>
  </w:style>
  <w:style w:type="paragraph" w:customStyle="1" w:styleId="xl186">
    <w:name w:val="xl186"/>
    <w:basedOn w:val="Normal"/>
    <w:rsid w:val="004462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  <w:lang w:val="sr-Latn-CS" w:eastAsia="sr-Latn-CS"/>
    </w:rPr>
  </w:style>
  <w:style w:type="paragraph" w:customStyle="1" w:styleId="xl187">
    <w:name w:val="xl187"/>
    <w:basedOn w:val="Normal"/>
    <w:rsid w:val="0044629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18"/>
      <w:szCs w:val="18"/>
      <w:lang w:val="sr-Latn-CS" w:eastAsia="sr-Latn-CS"/>
    </w:rPr>
  </w:style>
  <w:style w:type="paragraph" w:customStyle="1" w:styleId="xl188">
    <w:name w:val="xl188"/>
    <w:basedOn w:val="Normal"/>
    <w:rsid w:val="0044629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8"/>
      <w:szCs w:val="18"/>
      <w:lang w:val="sr-Latn-CS" w:eastAsia="sr-Latn-CS"/>
    </w:rPr>
  </w:style>
  <w:style w:type="paragraph" w:customStyle="1" w:styleId="xl189">
    <w:name w:val="xl189"/>
    <w:basedOn w:val="Normal"/>
    <w:rsid w:val="0044629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8"/>
      <w:szCs w:val="18"/>
      <w:lang w:val="sr-Latn-CS" w:eastAsia="sr-Latn-CS"/>
    </w:rPr>
  </w:style>
  <w:style w:type="paragraph" w:customStyle="1" w:styleId="xl190">
    <w:name w:val="xl190"/>
    <w:basedOn w:val="Normal"/>
    <w:rsid w:val="0044629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  <w:lang w:val="sr-Latn-CS" w:eastAsia="sr-Latn-CS"/>
    </w:rPr>
  </w:style>
  <w:style w:type="paragraph" w:customStyle="1" w:styleId="xl191">
    <w:name w:val="xl191"/>
    <w:basedOn w:val="Normal"/>
    <w:rsid w:val="0044629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  <w:lang w:val="sr-Latn-CS" w:eastAsia="sr-Latn-CS"/>
    </w:rPr>
  </w:style>
  <w:style w:type="paragraph" w:customStyle="1" w:styleId="xl192">
    <w:name w:val="xl192"/>
    <w:basedOn w:val="Normal"/>
    <w:rsid w:val="0044629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8"/>
      <w:szCs w:val="18"/>
      <w:lang w:val="sr-Latn-CS" w:eastAsia="sr-Latn-CS"/>
    </w:rPr>
  </w:style>
  <w:style w:type="paragraph" w:customStyle="1" w:styleId="xl193">
    <w:name w:val="xl193"/>
    <w:basedOn w:val="Normal"/>
    <w:rsid w:val="0044629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8"/>
      <w:szCs w:val="18"/>
      <w:lang w:val="sr-Latn-CS" w:eastAsia="sr-Latn-CS"/>
    </w:rPr>
  </w:style>
  <w:style w:type="paragraph" w:customStyle="1" w:styleId="xl194">
    <w:name w:val="xl194"/>
    <w:basedOn w:val="Normal"/>
    <w:rsid w:val="00446297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right"/>
    </w:pPr>
    <w:rPr>
      <w:sz w:val="18"/>
      <w:szCs w:val="18"/>
      <w:lang w:val="sr-Latn-CS" w:eastAsia="sr-Latn-CS"/>
    </w:rPr>
  </w:style>
  <w:style w:type="paragraph" w:customStyle="1" w:styleId="xl195">
    <w:name w:val="xl195"/>
    <w:basedOn w:val="Normal"/>
    <w:rsid w:val="0044629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  <w:lang w:val="sr-Latn-CS" w:eastAsia="sr-Latn-CS"/>
    </w:rPr>
  </w:style>
  <w:style w:type="paragraph" w:customStyle="1" w:styleId="xl196">
    <w:name w:val="xl196"/>
    <w:basedOn w:val="Normal"/>
    <w:rsid w:val="0044629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sz w:val="18"/>
      <w:szCs w:val="18"/>
      <w:lang w:val="sr-Latn-CS" w:eastAsia="sr-Latn-CS"/>
    </w:rPr>
  </w:style>
  <w:style w:type="paragraph" w:customStyle="1" w:styleId="xl197">
    <w:name w:val="xl197"/>
    <w:basedOn w:val="Normal"/>
    <w:rsid w:val="0044629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  <w:lang w:val="sr-Latn-CS" w:eastAsia="sr-Latn-CS"/>
    </w:rPr>
  </w:style>
  <w:style w:type="paragraph" w:customStyle="1" w:styleId="xl198">
    <w:name w:val="xl198"/>
    <w:basedOn w:val="Normal"/>
    <w:rsid w:val="0044629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  <w:lang w:val="sr-Latn-CS" w:eastAsia="sr-Latn-CS"/>
    </w:rPr>
  </w:style>
  <w:style w:type="paragraph" w:customStyle="1" w:styleId="xl199">
    <w:name w:val="xl199"/>
    <w:basedOn w:val="Normal"/>
    <w:rsid w:val="0044629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  <w:lang w:val="sr-Latn-CS" w:eastAsia="sr-Latn-CS"/>
    </w:rPr>
  </w:style>
  <w:style w:type="paragraph" w:customStyle="1" w:styleId="xl200">
    <w:name w:val="xl200"/>
    <w:basedOn w:val="Normal"/>
    <w:rsid w:val="0044629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  <w:lang w:val="sr-Latn-CS" w:eastAsia="sr-Latn-CS"/>
    </w:rPr>
  </w:style>
  <w:style w:type="paragraph" w:customStyle="1" w:styleId="xl201">
    <w:name w:val="xl201"/>
    <w:basedOn w:val="Normal"/>
    <w:rsid w:val="0044629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  <w:lang w:val="sr-Latn-CS" w:eastAsia="sr-Latn-CS"/>
    </w:rPr>
  </w:style>
  <w:style w:type="paragraph" w:customStyle="1" w:styleId="xl202">
    <w:name w:val="xl202"/>
    <w:basedOn w:val="Normal"/>
    <w:rsid w:val="0044629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  <w:lang w:val="sr-Latn-CS" w:eastAsia="sr-Latn-CS"/>
    </w:rPr>
  </w:style>
  <w:style w:type="paragraph" w:customStyle="1" w:styleId="xl203">
    <w:name w:val="xl203"/>
    <w:basedOn w:val="Normal"/>
    <w:rsid w:val="004462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  <w:lang w:val="sr-Latn-CS" w:eastAsia="sr-Latn-CS"/>
    </w:rPr>
  </w:style>
  <w:style w:type="paragraph" w:customStyle="1" w:styleId="xl204">
    <w:name w:val="xl204"/>
    <w:basedOn w:val="Normal"/>
    <w:rsid w:val="004462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  <w:lang w:val="sr-Latn-CS" w:eastAsia="sr-Latn-CS"/>
    </w:rPr>
  </w:style>
  <w:style w:type="paragraph" w:customStyle="1" w:styleId="xl205">
    <w:name w:val="xl205"/>
    <w:basedOn w:val="Normal"/>
    <w:rsid w:val="004462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  <w:lang w:val="sr-Latn-CS" w:eastAsia="sr-Latn-CS"/>
    </w:rPr>
  </w:style>
  <w:style w:type="paragraph" w:customStyle="1" w:styleId="xl206">
    <w:name w:val="xl206"/>
    <w:basedOn w:val="Normal"/>
    <w:rsid w:val="004462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  <w:lang w:val="sr-Latn-CS" w:eastAsia="sr-Latn-CS"/>
    </w:rPr>
  </w:style>
  <w:style w:type="paragraph" w:customStyle="1" w:styleId="xl207">
    <w:name w:val="xl207"/>
    <w:basedOn w:val="Normal"/>
    <w:rsid w:val="00446297"/>
    <w:pPr>
      <w:pBdr>
        <w:top w:val="single" w:sz="4" w:space="0" w:color="auto"/>
      </w:pBdr>
      <w:spacing w:before="100" w:beforeAutospacing="1" w:after="100" w:afterAutospacing="1"/>
    </w:pPr>
    <w:rPr>
      <w:sz w:val="18"/>
      <w:szCs w:val="18"/>
      <w:lang w:val="sr-Latn-CS" w:eastAsia="sr-Latn-CS"/>
    </w:rPr>
  </w:style>
  <w:style w:type="paragraph" w:customStyle="1" w:styleId="xl208">
    <w:name w:val="xl208"/>
    <w:basedOn w:val="Normal"/>
    <w:rsid w:val="00446297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  <w:lang w:val="sr-Latn-CS" w:eastAsia="sr-Latn-CS"/>
    </w:rPr>
  </w:style>
  <w:style w:type="paragraph" w:customStyle="1" w:styleId="xl209">
    <w:name w:val="xl209"/>
    <w:basedOn w:val="Normal"/>
    <w:rsid w:val="0044629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  <w:lang w:val="sr-Latn-CS" w:eastAsia="sr-Latn-CS"/>
    </w:rPr>
  </w:style>
  <w:style w:type="paragraph" w:customStyle="1" w:styleId="xl210">
    <w:name w:val="xl210"/>
    <w:basedOn w:val="Normal"/>
    <w:rsid w:val="0044629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  <w:lang w:val="sr-Latn-CS" w:eastAsia="sr-Latn-CS"/>
    </w:rPr>
  </w:style>
  <w:style w:type="paragraph" w:customStyle="1" w:styleId="xl211">
    <w:name w:val="xl211"/>
    <w:basedOn w:val="Normal"/>
    <w:rsid w:val="0044629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  <w:lang w:val="sr-Latn-CS" w:eastAsia="sr-Latn-CS"/>
    </w:rPr>
  </w:style>
  <w:style w:type="paragraph" w:customStyle="1" w:styleId="xl212">
    <w:name w:val="xl212"/>
    <w:basedOn w:val="Normal"/>
    <w:rsid w:val="0044629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  <w:lang w:val="sr-Latn-CS" w:eastAsia="sr-Latn-CS"/>
    </w:rPr>
  </w:style>
  <w:style w:type="paragraph" w:customStyle="1" w:styleId="xl213">
    <w:name w:val="xl213"/>
    <w:basedOn w:val="Normal"/>
    <w:rsid w:val="00446297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  <w:lang w:val="sr-Latn-CS" w:eastAsia="sr-Latn-CS"/>
    </w:rPr>
  </w:style>
  <w:style w:type="paragraph" w:customStyle="1" w:styleId="xl214">
    <w:name w:val="xl214"/>
    <w:basedOn w:val="Normal"/>
    <w:rsid w:val="004462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  <w:lang w:val="sr-Latn-CS" w:eastAsia="sr-Latn-CS"/>
    </w:rPr>
  </w:style>
  <w:style w:type="paragraph" w:customStyle="1" w:styleId="xl215">
    <w:name w:val="xl215"/>
    <w:basedOn w:val="Normal"/>
    <w:rsid w:val="004462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  <w:lang w:val="sr-Latn-CS" w:eastAsia="sr-Latn-CS"/>
    </w:rPr>
  </w:style>
  <w:style w:type="paragraph" w:customStyle="1" w:styleId="xl216">
    <w:name w:val="xl216"/>
    <w:basedOn w:val="Normal"/>
    <w:rsid w:val="0044629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  <w:lang w:val="sr-Latn-CS" w:eastAsia="sr-Latn-CS"/>
    </w:rPr>
  </w:style>
  <w:style w:type="paragraph" w:customStyle="1" w:styleId="xl217">
    <w:name w:val="xl217"/>
    <w:basedOn w:val="Normal"/>
    <w:rsid w:val="0044629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  <w:lang w:val="sr-Latn-CS" w:eastAsia="sr-Latn-CS"/>
    </w:rPr>
  </w:style>
  <w:style w:type="paragraph" w:customStyle="1" w:styleId="xl218">
    <w:name w:val="xl218"/>
    <w:basedOn w:val="Normal"/>
    <w:rsid w:val="00446297"/>
    <w:pPr>
      <w:pBdr>
        <w:bottom w:val="single" w:sz="4" w:space="0" w:color="auto"/>
      </w:pBdr>
      <w:spacing w:before="100" w:beforeAutospacing="1" w:after="100" w:afterAutospacing="1"/>
    </w:pPr>
    <w:rPr>
      <w:b/>
      <w:bCs/>
      <w:sz w:val="18"/>
      <w:szCs w:val="18"/>
      <w:lang w:val="sr-Latn-CS" w:eastAsia="sr-Latn-CS"/>
    </w:rPr>
  </w:style>
  <w:style w:type="paragraph" w:customStyle="1" w:styleId="xl219">
    <w:name w:val="xl219"/>
    <w:basedOn w:val="Normal"/>
    <w:rsid w:val="0044629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8"/>
      <w:szCs w:val="18"/>
      <w:lang w:val="sr-Latn-CS" w:eastAsia="sr-Latn-CS"/>
    </w:rPr>
  </w:style>
  <w:style w:type="paragraph" w:customStyle="1" w:styleId="xl220">
    <w:name w:val="xl220"/>
    <w:basedOn w:val="Normal"/>
    <w:rsid w:val="0044629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8"/>
      <w:szCs w:val="18"/>
      <w:lang w:val="sr-Latn-CS" w:eastAsia="sr-Latn-CS"/>
    </w:rPr>
  </w:style>
  <w:style w:type="paragraph" w:customStyle="1" w:styleId="xl221">
    <w:name w:val="xl221"/>
    <w:basedOn w:val="Normal"/>
    <w:rsid w:val="00446297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sz w:val="18"/>
      <w:szCs w:val="18"/>
      <w:lang w:val="sr-Latn-CS" w:eastAsia="sr-Latn-CS"/>
    </w:rPr>
  </w:style>
  <w:style w:type="paragraph" w:customStyle="1" w:styleId="xl222">
    <w:name w:val="xl222"/>
    <w:basedOn w:val="Normal"/>
    <w:rsid w:val="00446297"/>
    <w:pPr>
      <w:pBdr>
        <w:bottom w:val="single" w:sz="4" w:space="0" w:color="auto"/>
      </w:pBdr>
      <w:spacing w:before="100" w:beforeAutospacing="1" w:after="100" w:afterAutospacing="1"/>
      <w:jc w:val="center"/>
    </w:pPr>
    <w:rPr>
      <w:sz w:val="18"/>
      <w:szCs w:val="18"/>
      <w:lang w:val="sr-Latn-CS" w:eastAsia="sr-Latn-CS"/>
    </w:rPr>
  </w:style>
  <w:style w:type="paragraph" w:customStyle="1" w:styleId="xl223">
    <w:name w:val="xl223"/>
    <w:basedOn w:val="Normal"/>
    <w:rsid w:val="00446297"/>
    <w:pPr>
      <w:pBdr>
        <w:top w:val="single" w:sz="4" w:space="0" w:color="auto"/>
      </w:pBdr>
      <w:spacing w:before="100" w:beforeAutospacing="1" w:after="100" w:afterAutospacing="1"/>
    </w:pPr>
    <w:rPr>
      <w:sz w:val="18"/>
      <w:szCs w:val="18"/>
      <w:lang w:val="sr-Latn-CS" w:eastAsia="sr-Latn-CS"/>
    </w:rPr>
  </w:style>
  <w:style w:type="paragraph" w:customStyle="1" w:styleId="xl224">
    <w:name w:val="xl224"/>
    <w:basedOn w:val="Normal"/>
    <w:rsid w:val="0044629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18"/>
      <w:szCs w:val="18"/>
      <w:lang w:val="sr-Latn-CS" w:eastAsia="sr-Latn-CS"/>
    </w:rPr>
  </w:style>
  <w:style w:type="paragraph" w:customStyle="1" w:styleId="xl225">
    <w:name w:val="xl225"/>
    <w:basedOn w:val="Normal"/>
    <w:rsid w:val="004462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18"/>
      <w:szCs w:val="18"/>
      <w:lang w:val="sr-Latn-CS" w:eastAsia="sr-Latn-CS"/>
    </w:rPr>
  </w:style>
  <w:style w:type="paragraph" w:styleId="NoSpacing">
    <w:name w:val="No Spacing"/>
    <w:uiPriority w:val="1"/>
    <w:qFormat/>
    <w:rsid w:val="009B2248"/>
    <w:rPr>
      <w:rFonts w:eastAsia="Calibri"/>
      <w:sz w:val="24"/>
      <w:szCs w:val="22"/>
      <w:lang w:val="sr-Latn-CS" w:eastAsia="en-US"/>
    </w:rPr>
  </w:style>
  <w:style w:type="paragraph" w:customStyle="1" w:styleId="xl226">
    <w:name w:val="xl226"/>
    <w:basedOn w:val="Normal"/>
    <w:rsid w:val="00A735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8"/>
      <w:szCs w:val="18"/>
      <w:lang w:val="sr-Latn-CS" w:eastAsia="sr-Latn-CS"/>
    </w:rPr>
  </w:style>
  <w:style w:type="paragraph" w:customStyle="1" w:styleId="xl227">
    <w:name w:val="xl227"/>
    <w:basedOn w:val="Normal"/>
    <w:rsid w:val="00A735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  <w:lang w:val="sr-Latn-CS" w:eastAsia="sr-Latn-CS"/>
    </w:rPr>
  </w:style>
  <w:style w:type="paragraph" w:customStyle="1" w:styleId="xl228">
    <w:name w:val="xl228"/>
    <w:basedOn w:val="Normal"/>
    <w:rsid w:val="00A735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  <w:lang w:val="sr-Latn-CS" w:eastAsia="sr-Latn-CS"/>
    </w:rPr>
  </w:style>
  <w:style w:type="paragraph" w:customStyle="1" w:styleId="xl229">
    <w:name w:val="xl229"/>
    <w:basedOn w:val="Normal"/>
    <w:rsid w:val="00A735BF"/>
    <w:pPr>
      <w:pBdr>
        <w:top w:val="single" w:sz="4" w:space="0" w:color="auto"/>
      </w:pBdr>
      <w:spacing w:before="100" w:beforeAutospacing="1" w:after="100" w:afterAutospacing="1"/>
      <w:jc w:val="center"/>
    </w:pPr>
    <w:rPr>
      <w:b/>
      <w:bCs/>
      <w:sz w:val="18"/>
      <w:szCs w:val="18"/>
      <w:lang w:val="sr-Latn-CS" w:eastAsia="sr-Latn-CS"/>
    </w:rPr>
  </w:style>
  <w:style w:type="paragraph" w:customStyle="1" w:styleId="xl230">
    <w:name w:val="xl230"/>
    <w:basedOn w:val="Normal"/>
    <w:rsid w:val="00A735BF"/>
    <w:pPr>
      <w:pBdr>
        <w:top w:val="single" w:sz="4" w:space="0" w:color="auto"/>
      </w:pBdr>
      <w:spacing w:before="100" w:beforeAutospacing="1" w:after="100" w:afterAutospacing="1"/>
    </w:pPr>
    <w:rPr>
      <w:b/>
      <w:bCs/>
      <w:sz w:val="18"/>
      <w:szCs w:val="18"/>
      <w:lang w:val="sr-Latn-CS" w:eastAsia="sr-Latn-CS"/>
    </w:rPr>
  </w:style>
  <w:style w:type="paragraph" w:customStyle="1" w:styleId="xl231">
    <w:name w:val="xl231"/>
    <w:basedOn w:val="Normal"/>
    <w:rsid w:val="00A735BF"/>
    <w:pPr>
      <w:pBdr>
        <w:top w:val="single" w:sz="4" w:space="0" w:color="auto"/>
      </w:pBdr>
      <w:spacing w:before="100" w:beforeAutospacing="1" w:after="100" w:afterAutospacing="1"/>
    </w:pPr>
    <w:rPr>
      <w:b/>
      <w:bCs/>
      <w:sz w:val="18"/>
      <w:szCs w:val="18"/>
      <w:lang w:val="sr-Latn-CS" w:eastAsia="sr-Latn-CS"/>
    </w:rPr>
  </w:style>
  <w:style w:type="paragraph" w:customStyle="1" w:styleId="xl232">
    <w:name w:val="xl232"/>
    <w:basedOn w:val="Normal"/>
    <w:rsid w:val="00A735BF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  <w:lang w:val="sr-Latn-CS" w:eastAsia="sr-Latn-CS"/>
    </w:rPr>
  </w:style>
  <w:style w:type="paragraph" w:customStyle="1" w:styleId="xl233">
    <w:name w:val="xl233"/>
    <w:basedOn w:val="Normal"/>
    <w:rsid w:val="00A735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  <w:lang w:val="sr-Latn-CS" w:eastAsia="sr-Latn-CS"/>
    </w:rPr>
  </w:style>
  <w:style w:type="paragraph" w:customStyle="1" w:styleId="xl234">
    <w:name w:val="xl234"/>
    <w:basedOn w:val="Normal"/>
    <w:rsid w:val="00A735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  <w:lang w:val="sr-Latn-CS" w:eastAsia="sr-Latn-CS"/>
    </w:rPr>
  </w:style>
  <w:style w:type="paragraph" w:customStyle="1" w:styleId="xl235">
    <w:name w:val="xl235"/>
    <w:basedOn w:val="Normal"/>
    <w:rsid w:val="00A735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  <w:lang w:val="sr-Latn-CS" w:eastAsia="sr-Latn-CS"/>
    </w:rPr>
  </w:style>
  <w:style w:type="paragraph" w:customStyle="1" w:styleId="xl236">
    <w:name w:val="xl236"/>
    <w:basedOn w:val="Normal"/>
    <w:rsid w:val="00A735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  <w:lang w:val="sr-Latn-CS" w:eastAsia="sr-Latn-CS"/>
    </w:rPr>
  </w:style>
  <w:style w:type="paragraph" w:customStyle="1" w:styleId="xl237">
    <w:name w:val="xl237"/>
    <w:basedOn w:val="Normal"/>
    <w:rsid w:val="00A735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  <w:lang w:val="sr-Latn-CS" w:eastAsia="sr-Latn-CS"/>
    </w:rPr>
  </w:style>
  <w:style w:type="paragraph" w:customStyle="1" w:styleId="xl238">
    <w:name w:val="xl238"/>
    <w:basedOn w:val="Normal"/>
    <w:rsid w:val="00A735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00"/>
      <w:sz w:val="18"/>
      <w:szCs w:val="18"/>
      <w:lang w:val="sr-Latn-CS" w:eastAsia="sr-Latn-CS"/>
    </w:rPr>
  </w:style>
  <w:style w:type="paragraph" w:customStyle="1" w:styleId="xl239">
    <w:name w:val="xl239"/>
    <w:basedOn w:val="Normal"/>
    <w:rsid w:val="00A735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  <w:lang w:val="sr-Latn-CS" w:eastAsia="sr-Latn-CS"/>
    </w:rPr>
  </w:style>
  <w:style w:type="paragraph" w:customStyle="1" w:styleId="xl240">
    <w:name w:val="xl240"/>
    <w:basedOn w:val="Normal"/>
    <w:rsid w:val="00A735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8"/>
      <w:szCs w:val="18"/>
      <w:lang w:val="sr-Latn-CS" w:eastAsia="sr-Latn-CS"/>
    </w:rPr>
  </w:style>
  <w:style w:type="paragraph" w:customStyle="1" w:styleId="xl241">
    <w:name w:val="xl241"/>
    <w:basedOn w:val="Normal"/>
    <w:rsid w:val="00A735BF"/>
    <w:pPr>
      <w:pBdr>
        <w:top w:val="single" w:sz="4" w:space="0" w:color="auto"/>
      </w:pBdr>
      <w:spacing w:before="100" w:beforeAutospacing="1" w:after="100" w:afterAutospacing="1"/>
    </w:pPr>
    <w:rPr>
      <w:color w:val="000000"/>
      <w:sz w:val="18"/>
      <w:szCs w:val="18"/>
      <w:lang w:val="sr-Latn-CS" w:eastAsia="sr-Latn-CS"/>
    </w:rPr>
  </w:style>
  <w:style w:type="paragraph" w:customStyle="1" w:styleId="xl242">
    <w:name w:val="xl242"/>
    <w:basedOn w:val="Normal"/>
    <w:rsid w:val="00A735BF"/>
    <w:pPr>
      <w:pBdr>
        <w:top w:val="single" w:sz="4" w:space="0" w:color="auto"/>
      </w:pBdr>
      <w:spacing w:before="100" w:beforeAutospacing="1" w:after="100" w:afterAutospacing="1"/>
    </w:pPr>
    <w:rPr>
      <w:color w:val="000000"/>
      <w:sz w:val="18"/>
      <w:szCs w:val="18"/>
      <w:lang w:val="sr-Latn-CS" w:eastAsia="sr-Latn-CS"/>
    </w:rPr>
  </w:style>
  <w:style w:type="paragraph" w:customStyle="1" w:styleId="xl243">
    <w:name w:val="xl243"/>
    <w:basedOn w:val="Normal"/>
    <w:rsid w:val="00A735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8"/>
      <w:szCs w:val="18"/>
      <w:lang w:val="sr-Latn-CS" w:eastAsia="sr-Latn-CS"/>
    </w:rPr>
  </w:style>
  <w:style w:type="paragraph" w:customStyle="1" w:styleId="xl244">
    <w:name w:val="xl244"/>
    <w:basedOn w:val="Normal"/>
    <w:rsid w:val="00A735BF"/>
    <w:pPr>
      <w:pBdr>
        <w:top w:val="single" w:sz="4" w:space="0" w:color="auto"/>
      </w:pBdr>
      <w:spacing w:before="100" w:beforeAutospacing="1" w:after="100" w:afterAutospacing="1"/>
    </w:pPr>
    <w:rPr>
      <w:sz w:val="18"/>
      <w:szCs w:val="18"/>
      <w:lang w:val="sr-Latn-CS" w:eastAsia="sr-Latn-CS"/>
    </w:rPr>
  </w:style>
  <w:style w:type="paragraph" w:customStyle="1" w:styleId="xl245">
    <w:name w:val="xl245"/>
    <w:basedOn w:val="Normal"/>
    <w:rsid w:val="00A735BF"/>
    <w:pPr>
      <w:pBdr>
        <w:top w:val="single" w:sz="4" w:space="0" w:color="auto"/>
      </w:pBdr>
      <w:spacing w:before="100" w:beforeAutospacing="1" w:after="100" w:afterAutospacing="1"/>
    </w:pPr>
    <w:rPr>
      <w:sz w:val="18"/>
      <w:szCs w:val="18"/>
      <w:lang w:val="sr-Latn-CS" w:eastAsia="sr-Latn-CS"/>
    </w:rPr>
  </w:style>
  <w:style w:type="paragraph" w:customStyle="1" w:styleId="xl246">
    <w:name w:val="xl246"/>
    <w:basedOn w:val="Normal"/>
    <w:rsid w:val="00A735B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18"/>
      <w:szCs w:val="18"/>
      <w:lang w:val="sr-Latn-CS" w:eastAsia="sr-Latn-CS"/>
    </w:rPr>
  </w:style>
  <w:style w:type="paragraph" w:customStyle="1" w:styleId="xl247">
    <w:name w:val="xl247"/>
    <w:basedOn w:val="Normal"/>
    <w:rsid w:val="00A735BF"/>
    <w:pPr>
      <w:pBdr>
        <w:top w:val="single" w:sz="4" w:space="0" w:color="auto"/>
      </w:pBdr>
      <w:spacing w:before="100" w:beforeAutospacing="1" w:after="100" w:afterAutospacing="1"/>
      <w:jc w:val="right"/>
    </w:pPr>
    <w:rPr>
      <w:sz w:val="18"/>
      <w:szCs w:val="18"/>
      <w:lang w:val="sr-Latn-CS" w:eastAsia="sr-Latn-CS"/>
    </w:rPr>
  </w:style>
  <w:style w:type="paragraph" w:customStyle="1" w:styleId="xl248">
    <w:name w:val="xl248"/>
    <w:basedOn w:val="Normal"/>
    <w:rsid w:val="00A735BF"/>
    <w:pPr>
      <w:spacing w:before="100" w:beforeAutospacing="1" w:after="100" w:afterAutospacing="1"/>
      <w:jc w:val="right"/>
    </w:pPr>
    <w:rPr>
      <w:sz w:val="18"/>
      <w:szCs w:val="18"/>
      <w:lang w:val="sr-Latn-CS" w:eastAsia="sr-Latn-CS"/>
    </w:rPr>
  </w:style>
  <w:style w:type="paragraph" w:customStyle="1" w:styleId="xl249">
    <w:name w:val="xl249"/>
    <w:basedOn w:val="Normal"/>
    <w:rsid w:val="00A735BF"/>
    <w:pPr>
      <w:pBdr>
        <w:bottom w:val="single" w:sz="4" w:space="0" w:color="auto"/>
      </w:pBdr>
      <w:spacing w:before="100" w:beforeAutospacing="1" w:after="100" w:afterAutospacing="1"/>
      <w:jc w:val="right"/>
    </w:pPr>
    <w:rPr>
      <w:sz w:val="18"/>
      <w:szCs w:val="18"/>
      <w:lang w:val="sr-Latn-CS" w:eastAsia="sr-Latn-CS"/>
    </w:rPr>
  </w:style>
  <w:style w:type="paragraph" w:customStyle="1" w:styleId="xl250">
    <w:name w:val="xl250"/>
    <w:basedOn w:val="Normal"/>
    <w:rsid w:val="00A735BF"/>
    <w:pPr>
      <w:pBdr>
        <w:top w:val="single" w:sz="4" w:space="0" w:color="auto"/>
      </w:pBdr>
      <w:spacing w:before="100" w:beforeAutospacing="1" w:after="100" w:afterAutospacing="1"/>
    </w:pPr>
    <w:rPr>
      <w:color w:val="000000"/>
      <w:sz w:val="18"/>
      <w:szCs w:val="18"/>
      <w:lang w:val="sr-Latn-CS" w:eastAsia="sr-Latn-CS"/>
    </w:rPr>
  </w:style>
  <w:style w:type="paragraph" w:customStyle="1" w:styleId="xl251">
    <w:name w:val="xl251"/>
    <w:basedOn w:val="Normal"/>
    <w:rsid w:val="00A735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  <w:lang w:val="sr-Latn-CS" w:eastAsia="sr-Latn-CS"/>
    </w:rPr>
  </w:style>
  <w:style w:type="paragraph" w:customStyle="1" w:styleId="xl252">
    <w:name w:val="xl252"/>
    <w:basedOn w:val="Normal"/>
    <w:rsid w:val="00A735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  <w:lang w:val="sr-Latn-CS" w:eastAsia="sr-Latn-CS"/>
    </w:rPr>
  </w:style>
  <w:style w:type="paragraph" w:customStyle="1" w:styleId="xl253">
    <w:name w:val="xl253"/>
    <w:basedOn w:val="Normal"/>
    <w:rsid w:val="00A735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  <w:lang w:val="sr-Latn-CS" w:eastAsia="sr-Latn-CS"/>
    </w:rPr>
  </w:style>
  <w:style w:type="paragraph" w:customStyle="1" w:styleId="xl254">
    <w:name w:val="xl254"/>
    <w:basedOn w:val="Normal"/>
    <w:rsid w:val="00A735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  <w:lang w:val="sr-Latn-CS" w:eastAsia="sr-Latn-CS"/>
    </w:rPr>
  </w:style>
  <w:style w:type="paragraph" w:customStyle="1" w:styleId="xl255">
    <w:name w:val="xl255"/>
    <w:basedOn w:val="Normal"/>
    <w:rsid w:val="00A735BF"/>
    <w:pPr>
      <w:pBdr>
        <w:top w:val="single" w:sz="4" w:space="0" w:color="auto"/>
      </w:pBdr>
      <w:spacing w:before="100" w:beforeAutospacing="1" w:after="100" w:afterAutospacing="1"/>
    </w:pPr>
    <w:rPr>
      <w:color w:val="000000"/>
      <w:sz w:val="18"/>
      <w:szCs w:val="18"/>
      <w:lang w:val="sr-Latn-CS" w:eastAsia="sr-Latn-CS"/>
    </w:rPr>
  </w:style>
  <w:style w:type="paragraph" w:customStyle="1" w:styleId="xl256">
    <w:name w:val="xl256"/>
    <w:basedOn w:val="Normal"/>
    <w:rsid w:val="00A735BF"/>
    <w:pPr>
      <w:spacing w:before="100" w:beforeAutospacing="1" w:after="100" w:afterAutospacing="1"/>
    </w:pPr>
    <w:rPr>
      <w:sz w:val="18"/>
      <w:szCs w:val="18"/>
      <w:lang w:val="sr-Latn-CS" w:eastAsia="sr-Latn-CS"/>
    </w:rPr>
  </w:style>
  <w:style w:type="paragraph" w:customStyle="1" w:styleId="xl257">
    <w:name w:val="xl257"/>
    <w:basedOn w:val="Normal"/>
    <w:rsid w:val="00A735BF"/>
    <w:pPr>
      <w:spacing w:before="100" w:beforeAutospacing="1" w:after="100" w:afterAutospacing="1"/>
    </w:pPr>
    <w:rPr>
      <w:sz w:val="18"/>
      <w:szCs w:val="18"/>
      <w:lang w:val="sr-Latn-CS" w:eastAsia="sr-Latn-CS"/>
    </w:rPr>
  </w:style>
  <w:style w:type="paragraph" w:customStyle="1" w:styleId="xl258">
    <w:name w:val="xl258"/>
    <w:basedOn w:val="Normal"/>
    <w:rsid w:val="00A735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  <w:lang w:val="sr-Latn-CS" w:eastAsia="sr-Latn-CS"/>
    </w:rPr>
  </w:style>
  <w:style w:type="paragraph" w:customStyle="1" w:styleId="xl259">
    <w:name w:val="xl259"/>
    <w:basedOn w:val="Normal"/>
    <w:rsid w:val="00A735BF"/>
    <w:pPr>
      <w:spacing w:before="100" w:beforeAutospacing="1" w:after="100" w:afterAutospacing="1"/>
      <w:jc w:val="center"/>
    </w:pPr>
    <w:rPr>
      <w:sz w:val="18"/>
      <w:szCs w:val="18"/>
      <w:lang w:val="sr-Latn-CS" w:eastAsia="sr-Latn-CS"/>
    </w:rPr>
  </w:style>
  <w:style w:type="paragraph" w:customStyle="1" w:styleId="xl260">
    <w:name w:val="xl260"/>
    <w:basedOn w:val="Normal"/>
    <w:rsid w:val="00A735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  <w:lang w:val="sr-Latn-CS" w:eastAsia="sr-Latn-CS"/>
    </w:rPr>
  </w:style>
  <w:style w:type="paragraph" w:customStyle="1" w:styleId="xl261">
    <w:name w:val="xl261"/>
    <w:basedOn w:val="Normal"/>
    <w:rsid w:val="00A735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  <w:lang w:val="sr-Latn-CS" w:eastAsia="sr-Latn-CS"/>
    </w:rPr>
  </w:style>
  <w:style w:type="paragraph" w:customStyle="1" w:styleId="xl262">
    <w:name w:val="xl262"/>
    <w:basedOn w:val="Normal"/>
    <w:rsid w:val="00A735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  <w:lang w:val="sr-Latn-CS" w:eastAsia="sr-Latn-CS"/>
    </w:rPr>
  </w:style>
  <w:style w:type="paragraph" w:customStyle="1" w:styleId="xl263">
    <w:name w:val="xl263"/>
    <w:basedOn w:val="Normal"/>
    <w:rsid w:val="00A735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8"/>
      <w:szCs w:val="18"/>
      <w:lang w:val="sr-Latn-CS" w:eastAsia="sr-Latn-CS"/>
    </w:rPr>
  </w:style>
  <w:style w:type="paragraph" w:customStyle="1" w:styleId="xl264">
    <w:name w:val="xl264"/>
    <w:basedOn w:val="Normal"/>
    <w:rsid w:val="00A735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  <w:lang w:val="sr-Latn-CS" w:eastAsia="sr-Latn-CS"/>
    </w:rPr>
  </w:style>
  <w:style w:type="paragraph" w:customStyle="1" w:styleId="xl265">
    <w:name w:val="xl265"/>
    <w:basedOn w:val="Normal"/>
    <w:rsid w:val="00A735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  <w:lang w:val="sr-Latn-CS" w:eastAsia="sr-Latn-CS"/>
    </w:rPr>
  </w:style>
  <w:style w:type="paragraph" w:customStyle="1" w:styleId="xl266">
    <w:name w:val="xl266"/>
    <w:basedOn w:val="Normal"/>
    <w:rsid w:val="00A735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  <w:lang w:val="sr-Latn-CS" w:eastAsia="sr-Latn-CS"/>
    </w:rPr>
  </w:style>
  <w:style w:type="paragraph" w:customStyle="1" w:styleId="xl267">
    <w:name w:val="xl267"/>
    <w:basedOn w:val="Normal"/>
    <w:rsid w:val="00A735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  <w:lang w:val="sr-Latn-CS" w:eastAsia="sr-Latn-CS"/>
    </w:rPr>
  </w:style>
  <w:style w:type="paragraph" w:customStyle="1" w:styleId="xl268">
    <w:name w:val="xl268"/>
    <w:basedOn w:val="Normal"/>
    <w:rsid w:val="00A735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  <w:lang w:val="sr-Latn-CS" w:eastAsia="sr-Latn-CS"/>
    </w:rPr>
  </w:style>
  <w:style w:type="paragraph" w:customStyle="1" w:styleId="xl269">
    <w:name w:val="xl269"/>
    <w:basedOn w:val="Normal"/>
    <w:rsid w:val="00A735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  <w:lang w:val="sr-Latn-CS" w:eastAsia="sr-Latn-CS"/>
    </w:rPr>
  </w:style>
  <w:style w:type="paragraph" w:customStyle="1" w:styleId="xl270">
    <w:name w:val="xl270"/>
    <w:basedOn w:val="Normal"/>
    <w:rsid w:val="00A735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  <w:lang w:val="sr-Latn-CS" w:eastAsia="sr-Latn-CS"/>
    </w:rPr>
  </w:style>
  <w:style w:type="paragraph" w:customStyle="1" w:styleId="xl271">
    <w:name w:val="xl271"/>
    <w:basedOn w:val="Normal"/>
    <w:rsid w:val="00A735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  <w:lang w:val="sr-Latn-CS" w:eastAsia="sr-Latn-CS"/>
    </w:rPr>
  </w:style>
  <w:style w:type="paragraph" w:customStyle="1" w:styleId="xl272">
    <w:name w:val="xl272"/>
    <w:basedOn w:val="Normal"/>
    <w:rsid w:val="00A735B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color w:val="000000"/>
      <w:sz w:val="18"/>
      <w:szCs w:val="18"/>
      <w:lang w:val="sr-Latn-CS" w:eastAsia="sr-Latn-CS"/>
    </w:rPr>
  </w:style>
  <w:style w:type="paragraph" w:customStyle="1" w:styleId="xl273">
    <w:name w:val="xl273"/>
    <w:basedOn w:val="Normal"/>
    <w:rsid w:val="00A735B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color w:val="000000"/>
      <w:sz w:val="18"/>
      <w:szCs w:val="18"/>
      <w:lang w:val="sr-Latn-CS" w:eastAsia="sr-Latn-CS"/>
    </w:rPr>
  </w:style>
  <w:style w:type="paragraph" w:customStyle="1" w:styleId="xl274">
    <w:name w:val="xl274"/>
    <w:basedOn w:val="Normal"/>
    <w:rsid w:val="00A735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8"/>
      <w:szCs w:val="18"/>
      <w:lang w:val="sr-Latn-CS" w:eastAsia="sr-Latn-CS"/>
    </w:rPr>
  </w:style>
  <w:style w:type="paragraph" w:customStyle="1" w:styleId="xl275">
    <w:name w:val="xl275"/>
    <w:basedOn w:val="Normal"/>
    <w:rsid w:val="00A735B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8"/>
      <w:szCs w:val="18"/>
      <w:lang w:val="sr-Latn-CS" w:eastAsia="sr-Latn-CS"/>
    </w:rPr>
  </w:style>
  <w:style w:type="paragraph" w:customStyle="1" w:styleId="xl276">
    <w:name w:val="xl276"/>
    <w:basedOn w:val="Normal"/>
    <w:rsid w:val="00A735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8"/>
      <w:szCs w:val="18"/>
      <w:lang w:val="sr-Latn-CS" w:eastAsia="sr-Latn-CS"/>
    </w:rPr>
  </w:style>
  <w:style w:type="paragraph" w:customStyle="1" w:styleId="xl277">
    <w:name w:val="xl277"/>
    <w:basedOn w:val="Normal"/>
    <w:rsid w:val="00A735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  <w:lang w:val="sr-Latn-CS" w:eastAsia="sr-Latn-CS"/>
    </w:rPr>
  </w:style>
  <w:style w:type="paragraph" w:customStyle="1" w:styleId="xl278">
    <w:name w:val="xl278"/>
    <w:basedOn w:val="Normal"/>
    <w:rsid w:val="00A735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  <w:lang w:val="sr-Latn-CS" w:eastAsia="sr-Latn-CS"/>
    </w:rPr>
  </w:style>
  <w:style w:type="paragraph" w:customStyle="1" w:styleId="xl279">
    <w:name w:val="xl279"/>
    <w:basedOn w:val="Normal"/>
    <w:rsid w:val="00A735B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  <w:lang w:val="sr-Latn-CS" w:eastAsia="sr-Latn-CS"/>
    </w:rPr>
  </w:style>
  <w:style w:type="paragraph" w:customStyle="1" w:styleId="xl280">
    <w:name w:val="xl280"/>
    <w:basedOn w:val="Normal"/>
    <w:rsid w:val="00A735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  <w:lang w:val="sr-Latn-CS" w:eastAsia="sr-Latn-CS"/>
    </w:rPr>
  </w:style>
  <w:style w:type="paragraph" w:customStyle="1" w:styleId="xl281">
    <w:name w:val="xl281"/>
    <w:basedOn w:val="Normal"/>
    <w:rsid w:val="00A735BF"/>
    <w:pPr>
      <w:pBdr>
        <w:top w:val="single" w:sz="4" w:space="0" w:color="auto"/>
      </w:pBdr>
      <w:spacing w:before="100" w:beforeAutospacing="1" w:after="100" w:afterAutospacing="1"/>
    </w:pPr>
    <w:rPr>
      <w:b/>
      <w:bCs/>
      <w:sz w:val="18"/>
      <w:szCs w:val="18"/>
      <w:lang w:val="sr-Latn-CS" w:eastAsia="sr-Latn-CS"/>
    </w:rPr>
  </w:style>
  <w:style w:type="paragraph" w:customStyle="1" w:styleId="xl282">
    <w:name w:val="xl282"/>
    <w:basedOn w:val="Normal"/>
    <w:rsid w:val="00A735BF"/>
    <w:pPr>
      <w:pBdr>
        <w:top w:val="single" w:sz="4" w:space="0" w:color="auto"/>
      </w:pBdr>
      <w:spacing w:before="100" w:beforeAutospacing="1" w:after="100" w:afterAutospacing="1"/>
    </w:pPr>
    <w:rPr>
      <w:sz w:val="18"/>
      <w:szCs w:val="18"/>
      <w:lang w:val="sr-Latn-CS" w:eastAsia="sr-Latn-CS"/>
    </w:rPr>
  </w:style>
  <w:style w:type="paragraph" w:customStyle="1" w:styleId="xl283">
    <w:name w:val="xl283"/>
    <w:basedOn w:val="Normal"/>
    <w:rsid w:val="00A735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  <w:lang w:val="sr-Latn-CS" w:eastAsia="sr-Latn-CS"/>
    </w:rPr>
  </w:style>
  <w:style w:type="paragraph" w:customStyle="1" w:styleId="xl284">
    <w:name w:val="xl284"/>
    <w:basedOn w:val="Normal"/>
    <w:rsid w:val="00A735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  <w:lang w:val="sr-Latn-CS" w:eastAsia="sr-Latn-CS"/>
    </w:rPr>
  </w:style>
  <w:style w:type="paragraph" w:customStyle="1" w:styleId="xl285">
    <w:name w:val="xl285"/>
    <w:basedOn w:val="Normal"/>
    <w:rsid w:val="00A735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  <w:lang w:val="sr-Latn-CS" w:eastAsia="sr-Latn-CS"/>
    </w:rPr>
  </w:style>
  <w:style w:type="paragraph" w:customStyle="1" w:styleId="xl286">
    <w:name w:val="xl286"/>
    <w:basedOn w:val="Normal"/>
    <w:rsid w:val="00A735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  <w:lang w:val="sr-Latn-CS" w:eastAsia="sr-Latn-CS"/>
    </w:rPr>
  </w:style>
  <w:style w:type="paragraph" w:customStyle="1" w:styleId="xl287">
    <w:name w:val="xl287"/>
    <w:basedOn w:val="Normal"/>
    <w:rsid w:val="00A735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  <w:lang w:val="sr-Latn-CS" w:eastAsia="sr-Latn-CS"/>
    </w:rPr>
  </w:style>
  <w:style w:type="paragraph" w:customStyle="1" w:styleId="xl288">
    <w:name w:val="xl288"/>
    <w:basedOn w:val="Normal"/>
    <w:rsid w:val="00A735B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  <w:lang w:val="sr-Latn-CS" w:eastAsia="sr-Latn-CS"/>
    </w:rPr>
  </w:style>
  <w:style w:type="paragraph" w:customStyle="1" w:styleId="xl289">
    <w:name w:val="xl289"/>
    <w:basedOn w:val="Normal"/>
    <w:rsid w:val="00A735B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  <w:lang w:val="sr-Latn-CS" w:eastAsia="sr-Latn-CS"/>
    </w:rPr>
  </w:style>
  <w:style w:type="paragraph" w:customStyle="1" w:styleId="xl290">
    <w:name w:val="xl290"/>
    <w:basedOn w:val="Normal"/>
    <w:rsid w:val="00A735B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  <w:lang w:val="sr-Latn-CS" w:eastAsia="sr-Latn-CS"/>
    </w:rPr>
  </w:style>
  <w:style w:type="paragraph" w:customStyle="1" w:styleId="xl291">
    <w:name w:val="xl291"/>
    <w:basedOn w:val="Normal"/>
    <w:rsid w:val="00A735B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right"/>
    </w:pPr>
    <w:rPr>
      <w:sz w:val="18"/>
      <w:szCs w:val="18"/>
      <w:lang w:val="sr-Latn-CS" w:eastAsia="sr-Latn-CS"/>
    </w:rPr>
  </w:style>
  <w:style w:type="paragraph" w:customStyle="1" w:styleId="xl292">
    <w:name w:val="xl292"/>
    <w:basedOn w:val="Normal"/>
    <w:rsid w:val="00A735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  <w:lang w:val="sr-Latn-CS" w:eastAsia="sr-Latn-CS"/>
    </w:rPr>
  </w:style>
  <w:style w:type="paragraph" w:customStyle="1" w:styleId="xl293">
    <w:name w:val="xl293"/>
    <w:basedOn w:val="Normal"/>
    <w:rsid w:val="00A735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  <w:lang w:val="sr-Latn-CS" w:eastAsia="sr-Latn-CS"/>
    </w:rPr>
  </w:style>
  <w:style w:type="paragraph" w:customStyle="1" w:styleId="xl294">
    <w:name w:val="xl294"/>
    <w:basedOn w:val="Normal"/>
    <w:rsid w:val="00A735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18"/>
      <w:szCs w:val="18"/>
      <w:lang w:val="sr-Latn-CS" w:eastAsia="sr-Latn-CS"/>
    </w:rPr>
  </w:style>
  <w:style w:type="paragraph" w:customStyle="1" w:styleId="xl295">
    <w:name w:val="xl295"/>
    <w:basedOn w:val="Normal"/>
    <w:rsid w:val="00A735B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sz w:val="18"/>
      <w:szCs w:val="18"/>
      <w:lang w:val="sr-Latn-CS" w:eastAsia="sr-Latn-CS"/>
    </w:rPr>
  </w:style>
  <w:style w:type="paragraph" w:customStyle="1" w:styleId="xl296">
    <w:name w:val="xl296"/>
    <w:basedOn w:val="Normal"/>
    <w:rsid w:val="00A735B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sz w:val="18"/>
      <w:szCs w:val="18"/>
      <w:lang w:val="sr-Latn-CS" w:eastAsia="sr-Latn-CS"/>
    </w:rPr>
  </w:style>
  <w:style w:type="paragraph" w:customStyle="1" w:styleId="xl297">
    <w:name w:val="xl297"/>
    <w:basedOn w:val="Normal"/>
    <w:rsid w:val="00A735B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sz w:val="18"/>
      <w:szCs w:val="18"/>
      <w:lang w:val="sr-Latn-CS" w:eastAsia="sr-Latn-CS"/>
    </w:rPr>
  </w:style>
  <w:style w:type="paragraph" w:customStyle="1" w:styleId="xl298">
    <w:name w:val="xl298"/>
    <w:basedOn w:val="Normal"/>
    <w:rsid w:val="00A735BF"/>
    <w:pPr>
      <w:pBdr>
        <w:top w:val="single" w:sz="4" w:space="0" w:color="auto"/>
      </w:pBdr>
      <w:spacing w:before="100" w:beforeAutospacing="1" w:after="100" w:afterAutospacing="1"/>
      <w:jc w:val="right"/>
    </w:pPr>
    <w:rPr>
      <w:b/>
      <w:bCs/>
      <w:sz w:val="18"/>
      <w:szCs w:val="18"/>
      <w:lang w:val="sr-Latn-CS" w:eastAsia="sr-Latn-CS"/>
    </w:rPr>
  </w:style>
  <w:style w:type="paragraph" w:customStyle="1" w:styleId="xl299">
    <w:name w:val="xl299"/>
    <w:basedOn w:val="Normal"/>
    <w:rsid w:val="00A735BF"/>
    <w:pPr>
      <w:spacing w:before="100" w:beforeAutospacing="1" w:after="100" w:afterAutospacing="1"/>
      <w:jc w:val="right"/>
    </w:pPr>
    <w:rPr>
      <w:color w:val="000000"/>
      <w:sz w:val="18"/>
      <w:szCs w:val="18"/>
      <w:lang w:val="sr-Latn-CS" w:eastAsia="sr-Latn-CS"/>
    </w:rPr>
  </w:style>
  <w:style w:type="paragraph" w:customStyle="1" w:styleId="xl300">
    <w:name w:val="xl300"/>
    <w:basedOn w:val="Normal"/>
    <w:rsid w:val="00A735BF"/>
    <w:pPr>
      <w:spacing w:before="100" w:beforeAutospacing="1" w:after="100" w:afterAutospacing="1"/>
      <w:jc w:val="right"/>
    </w:pPr>
    <w:rPr>
      <w:sz w:val="18"/>
      <w:szCs w:val="18"/>
      <w:lang w:val="sr-Latn-CS" w:eastAsia="sr-Latn-CS"/>
    </w:rPr>
  </w:style>
  <w:style w:type="paragraph" w:customStyle="1" w:styleId="xl301">
    <w:name w:val="xl301"/>
    <w:basedOn w:val="Normal"/>
    <w:rsid w:val="00A735BF"/>
    <w:pPr>
      <w:pBdr>
        <w:top w:val="single" w:sz="4" w:space="0" w:color="auto"/>
        <w:bottom w:val="double" w:sz="6" w:space="0" w:color="auto"/>
      </w:pBdr>
      <w:spacing w:before="100" w:beforeAutospacing="1" w:after="100" w:afterAutospacing="1"/>
      <w:jc w:val="center"/>
    </w:pPr>
    <w:rPr>
      <w:sz w:val="18"/>
      <w:szCs w:val="18"/>
      <w:lang w:val="sr-Latn-CS" w:eastAsia="sr-Latn-CS"/>
    </w:rPr>
  </w:style>
  <w:style w:type="paragraph" w:customStyle="1" w:styleId="xl302">
    <w:name w:val="xl302"/>
    <w:basedOn w:val="Normal"/>
    <w:rsid w:val="00A735BF"/>
    <w:pPr>
      <w:pBdr>
        <w:top w:val="single" w:sz="4" w:space="0" w:color="auto"/>
        <w:bottom w:val="double" w:sz="6" w:space="0" w:color="auto"/>
      </w:pBdr>
      <w:spacing w:before="100" w:beforeAutospacing="1" w:after="100" w:afterAutospacing="1"/>
    </w:pPr>
    <w:rPr>
      <w:b/>
      <w:bCs/>
      <w:sz w:val="18"/>
      <w:szCs w:val="18"/>
      <w:lang w:val="sr-Latn-CS" w:eastAsia="sr-Latn-CS"/>
    </w:rPr>
  </w:style>
  <w:style w:type="paragraph" w:customStyle="1" w:styleId="xl303">
    <w:name w:val="xl303"/>
    <w:basedOn w:val="Normal"/>
    <w:rsid w:val="00A735BF"/>
    <w:pPr>
      <w:pBdr>
        <w:top w:val="single" w:sz="4" w:space="0" w:color="auto"/>
        <w:bottom w:val="double" w:sz="6" w:space="0" w:color="auto"/>
      </w:pBdr>
      <w:spacing w:before="100" w:beforeAutospacing="1" w:after="100" w:afterAutospacing="1"/>
    </w:pPr>
    <w:rPr>
      <w:b/>
      <w:bCs/>
      <w:sz w:val="18"/>
      <w:szCs w:val="18"/>
      <w:lang w:val="sr-Latn-CS" w:eastAsia="sr-Latn-CS"/>
    </w:rPr>
  </w:style>
  <w:style w:type="paragraph" w:customStyle="1" w:styleId="xl304">
    <w:name w:val="xl304"/>
    <w:basedOn w:val="Normal"/>
    <w:rsid w:val="00A735B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  <w:lang w:val="sr-Latn-CS" w:eastAsia="sr-Latn-CS"/>
    </w:rPr>
  </w:style>
  <w:style w:type="paragraph" w:customStyle="1" w:styleId="xl305">
    <w:name w:val="xl305"/>
    <w:basedOn w:val="Normal"/>
    <w:rsid w:val="00A735BF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  <w:lang w:val="sr-Latn-CS" w:eastAsia="sr-Latn-CS"/>
    </w:rPr>
  </w:style>
  <w:style w:type="paragraph" w:customStyle="1" w:styleId="xl306">
    <w:name w:val="xl306"/>
    <w:basedOn w:val="Normal"/>
    <w:rsid w:val="00A735BF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  <w:lang w:val="sr-Latn-CS" w:eastAsia="sr-Latn-CS"/>
    </w:rPr>
  </w:style>
  <w:style w:type="paragraph" w:customStyle="1" w:styleId="xl307">
    <w:name w:val="xl307"/>
    <w:basedOn w:val="Normal"/>
    <w:rsid w:val="00A735B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  <w:lang w:val="sr-Latn-CS" w:eastAsia="sr-Latn-CS"/>
    </w:rPr>
  </w:style>
  <w:style w:type="character" w:customStyle="1" w:styleId="tlid-translation">
    <w:name w:val="tlid-translation"/>
    <w:basedOn w:val="DefaultParagraphFont"/>
    <w:rsid w:val="00465329"/>
  </w:style>
  <w:style w:type="paragraph" w:customStyle="1" w:styleId="font9">
    <w:name w:val="font9"/>
    <w:basedOn w:val="Normal"/>
    <w:rsid w:val="00C46E1A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font10">
    <w:name w:val="font10"/>
    <w:basedOn w:val="Normal"/>
    <w:rsid w:val="00C46E1A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styleId="ListParagraph">
    <w:name w:val="List Paragraph"/>
    <w:basedOn w:val="Normal"/>
    <w:uiPriority w:val="34"/>
    <w:qFormat/>
    <w:rsid w:val="00241144"/>
    <w:pPr>
      <w:spacing w:after="200" w:line="276" w:lineRule="auto"/>
      <w:ind w:left="720"/>
      <w:contextualSpacing/>
    </w:pPr>
    <w:rPr>
      <w:rFonts w:eastAsia="Calibri"/>
      <w:sz w:val="24"/>
      <w:szCs w:val="22"/>
      <w:lang w:val="sr-Latn-CS"/>
    </w:rPr>
  </w:style>
  <w:style w:type="paragraph" w:styleId="NormalWeb">
    <w:name w:val="Normal (Web)"/>
    <w:basedOn w:val="Normal"/>
    <w:uiPriority w:val="99"/>
    <w:unhideWhenUsed/>
    <w:rsid w:val="00241144"/>
    <w:pPr>
      <w:spacing w:before="100" w:beforeAutospacing="1" w:after="100" w:afterAutospacing="1"/>
    </w:pPr>
    <w:rPr>
      <w:sz w:val="24"/>
      <w:szCs w:val="24"/>
      <w:lang w:val="sr-Latn-RS" w:eastAsia="sr-Latn-RS"/>
    </w:rPr>
  </w:style>
  <w:style w:type="paragraph" w:customStyle="1" w:styleId="Default">
    <w:name w:val="Default"/>
    <w:rsid w:val="008E4F2E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val="en-GB" w:eastAsia="en-US"/>
    </w:rPr>
  </w:style>
  <w:style w:type="paragraph" w:styleId="Header">
    <w:name w:val="header"/>
    <w:basedOn w:val="Normal"/>
    <w:link w:val="HeaderChar"/>
    <w:uiPriority w:val="99"/>
    <w:unhideWhenUsed/>
    <w:rsid w:val="004F2723"/>
    <w:pPr>
      <w:tabs>
        <w:tab w:val="center" w:pos="4680"/>
        <w:tab w:val="right" w:pos="9360"/>
      </w:tabs>
    </w:pPr>
    <w:rPr>
      <w:rFonts w:cstheme="minorBidi"/>
      <w:sz w:val="22"/>
      <w:szCs w:val="22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4F2723"/>
    <w:rPr>
      <w:rFonts w:cstheme="minorBidi"/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4F2723"/>
    <w:pPr>
      <w:tabs>
        <w:tab w:val="center" w:pos="4680"/>
        <w:tab w:val="right" w:pos="9360"/>
      </w:tabs>
    </w:pPr>
    <w:rPr>
      <w:rFonts w:cstheme="minorBidi"/>
      <w:sz w:val="22"/>
      <w:szCs w:val="22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4F2723"/>
    <w:rPr>
      <w:rFonts w:cstheme="minorBidi"/>
      <w:sz w:val="22"/>
      <w:szCs w:val="22"/>
      <w:lang w:val="en-US" w:eastAsia="en-US"/>
    </w:rPr>
  </w:style>
  <w:style w:type="paragraph" w:styleId="Title">
    <w:name w:val="Title"/>
    <w:basedOn w:val="Normal"/>
    <w:next w:val="Normal"/>
    <w:link w:val="TitleChar"/>
    <w:uiPriority w:val="10"/>
    <w:qFormat/>
    <w:rsid w:val="004F2723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F272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4F2723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4F272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en-US"/>
    </w:rPr>
  </w:style>
  <w:style w:type="paragraph" w:styleId="BodyText3">
    <w:name w:val="Body Text 3"/>
    <w:basedOn w:val="Normal"/>
    <w:link w:val="BodyText3Char"/>
    <w:uiPriority w:val="99"/>
    <w:unhideWhenUsed/>
    <w:rsid w:val="004F2723"/>
    <w:pPr>
      <w:spacing w:after="120" w:line="276" w:lineRule="auto"/>
    </w:pPr>
    <w:rPr>
      <w:rFonts w:cstheme="minorBidi"/>
      <w:sz w:val="16"/>
      <w:szCs w:val="16"/>
      <w:lang w:val="en-US"/>
    </w:rPr>
  </w:style>
  <w:style w:type="character" w:customStyle="1" w:styleId="BodyText3Char">
    <w:name w:val="Body Text 3 Char"/>
    <w:basedOn w:val="DefaultParagraphFont"/>
    <w:link w:val="BodyText3"/>
    <w:uiPriority w:val="99"/>
    <w:rsid w:val="004F2723"/>
    <w:rPr>
      <w:rFonts w:cstheme="minorBidi"/>
      <w:sz w:val="16"/>
      <w:szCs w:val="16"/>
      <w:lang w:val="en-US" w:eastAsia="en-US"/>
    </w:rPr>
  </w:style>
  <w:style w:type="paragraph" w:styleId="List">
    <w:name w:val="List"/>
    <w:basedOn w:val="Normal"/>
    <w:uiPriority w:val="99"/>
    <w:unhideWhenUsed/>
    <w:rsid w:val="004F2723"/>
    <w:pPr>
      <w:spacing w:after="200" w:line="276" w:lineRule="auto"/>
      <w:ind w:left="360" w:hanging="360"/>
      <w:contextualSpacing/>
    </w:pPr>
    <w:rPr>
      <w:rFonts w:cstheme="minorBidi"/>
      <w:sz w:val="22"/>
      <w:szCs w:val="22"/>
      <w:lang w:val="en-US"/>
    </w:rPr>
  </w:style>
  <w:style w:type="paragraph" w:styleId="List2">
    <w:name w:val="List 2"/>
    <w:basedOn w:val="Normal"/>
    <w:uiPriority w:val="99"/>
    <w:unhideWhenUsed/>
    <w:rsid w:val="004F2723"/>
    <w:pPr>
      <w:spacing w:after="200" w:line="276" w:lineRule="auto"/>
      <w:ind w:left="720" w:hanging="360"/>
      <w:contextualSpacing/>
    </w:pPr>
    <w:rPr>
      <w:rFonts w:cstheme="minorBidi"/>
      <w:sz w:val="22"/>
      <w:szCs w:val="22"/>
      <w:lang w:val="en-US"/>
    </w:rPr>
  </w:style>
  <w:style w:type="paragraph" w:styleId="List3">
    <w:name w:val="List 3"/>
    <w:basedOn w:val="Normal"/>
    <w:uiPriority w:val="99"/>
    <w:unhideWhenUsed/>
    <w:rsid w:val="004F2723"/>
    <w:pPr>
      <w:spacing w:after="200" w:line="276" w:lineRule="auto"/>
      <w:ind w:left="1080" w:hanging="360"/>
      <w:contextualSpacing/>
    </w:pPr>
    <w:rPr>
      <w:rFonts w:cstheme="minorBidi"/>
      <w:sz w:val="22"/>
      <w:szCs w:val="22"/>
      <w:lang w:val="en-US"/>
    </w:rPr>
  </w:style>
  <w:style w:type="paragraph" w:styleId="ListBullet">
    <w:name w:val="List Bullet"/>
    <w:basedOn w:val="Normal"/>
    <w:uiPriority w:val="99"/>
    <w:unhideWhenUsed/>
    <w:rsid w:val="004F2723"/>
    <w:pPr>
      <w:numPr>
        <w:numId w:val="26"/>
      </w:numPr>
      <w:spacing w:after="200" w:line="276" w:lineRule="auto"/>
      <w:contextualSpacing/>
    </w:pPr>
    <w:rPr>
      <w:rFonts w:cstheme="minorBidi"/>
      <w:sz w:val="22"/>
      <w:szCs w:val="22"/>
      <w:lang w:val="en-US"/>
    </w:rPr>
  </w:style>
  <w:style w:type="paragraph" w:styleId="ListBullet2">
    <w:name w:val="List Bullet 2"/>
    <w:basedOn w:val="Normal"/>
    <w:uiPriority w:val="99"/>
    <w:unhideWhenUsed/>
    <w:rsid w:val="004F2723"/>
    <w:pPr>
      <w:numPr>
        <w:numId w:val="27"/>
      </w:numPr>
      <w:spacing w:after="200" w:line="276" w:lineRule="auto"/>
      <w:contextualSpacing/>
    </w:pPr>
    <w:rPr>
      <w:rFonts w:cstheme="minorBidi"/>
      <w:sz w:val="22"/>
      <w:szCs w:val="22"/>
      <w:lang w:val="en-US"/>
    </w:rPr>
  </w:style>
  <w:style w:type="paragraph" w:styleId="ListBullet3">
    <w:name w:val="List Bullet 3"/>
    <w:basedOn w:val="Normal"/>
    <w:uiPriority w:val="99"/>
    <w:unhideWhenUsed/>
    <w:rsid w:val="004F2723"/>
    <w:pPr>
      <w:numPr>
        <w:numId w:val="28"/>
      </w:numPr>
      <w:spacing w:after="200" w:line="276" w:lineRule="auto"/>
      <w:contextualSpacing/>
    </w:pPr>
    <w:rPr>
      <w:rFonts w:cstheme="minorBidi"/>
      <w:sz w:val="22"/>
      <w:szCs w:val="22"/>
      <w:lang w:val="en-US"/>
    </w:rPr>
  </w:style>
  <w:style w:type="paragraph" w:styleId="ListNumber">
    <w:name w:val="List Number"/>
    <w:basedOn w:val="Normal"/>
    <w:uiPriority w:val="99"/>
    <w:unhideWhenUsed/>
    <w:rsid w:val="004F2723"/>
    <w:pPr>
      <w:numPr>
        <w:numId w:val="30"/>
      </w:numPr>
      <w:spacing w:after="200" w:line="276" w:lineRule="auto"/>
      <w:contextualSpacing/>
    </w:pPr>
    <w:rPr>
      <w:rFonts w:cstheme="minorBidi"/>
      <w:sz w:val="22"/>
      <w:szCs w:val="22"/>
      <w:lang w:val="en-US"/>
    </w:rPr>
  </w:style>
  <w:style w:type="paragraph" w:styleId="ListNumber2">
    <w:name w:val="List Number 2"/>
    <w:basedOn w:val="Normal"/>
    <w:uiPriority w:val="99"/>
    <w:unhideWhenUsed/>
    <w:rsid w:val="004F2723"/>
    <w:pPr>
      <w:numPr>
        <w:numId w:val="31"/>
      </w:numPr>
      <w:spacing w:after="200" w:line="276" w:lineRule="auto"/>
      <w:contextualSpacing/>
    </w:pPr>
    <w:rPr>
      <w:rFonts w:cstheme="minorBidi"/>
      <w:sz w:val="22"/>
      <w:szCs w:val="22"/>
      <w:lang w:val="en-US"/>
    </w:rPr>
  </w:style>
  <w:style w:type="paragraph" w:styleId="ListNumber3">
    <w:name w:val="List Number 3"/>
    <w:basedOn w:val="Normal"/>
    <w:uiPriority w:val="99"/>
    <w:unhideWhenUsed/>
    <w:rsid w:val="004F2723"/>
    <w:pPr>
      <w:numPr>
        <w:numId w:val="32"/>
      </w:numPr>
      <w:spacing w:after="200" w:line="276" w:lineRule="auto"/>
      <w:contextualSpacing/>
    </w:pPr>
    <w:rPr>
      <w:rFonts w:cstheme="minorBidi"/>
      <w:sz w:val="22"/>
      <w:szCs w:val="22"/>
      <w:lang w:val="en-US"/>
    </w:rPr>
  </w:style>
  <w:style w:type="paragraph" w:styleId="ListContinue">
    <w:name w:val="List Continue"/>
    <w:basedOn w:val="Normal"/>
    <w:uiPriority w:val="99"/>
    <w:unhideWhenUsed/>
    <w:rsid w:val="004F2723"/>
    <w:pPr>
      <w:spacing w:after="120" w:line="276" w:lineRule="auto"/>
      <w:ind w:left="360"/>
      <w:contextualSpacing/>
    </w:pPr>
    <w:rPr>
      <w:rFonts w:cstheme="minorBidi"/>
      <w:sz w:val="22"/>
      <w:szCs w:val="22"/>
      <w:lang w:val="en-US"/>
    </w:rPr>
  </w:style>
  <w:style w:type="paragraph" w:styleId="ListContinue2">
    <w:name w:val="List Continue 2"/>
    <w:basedOn w:val="Normal"/>
    <w:uiPriority w:val="99"/>
    <w:unhideWhenUsed/>
    <w:rsid w:val="004F2723"/>
    <w:pPr>
      <w:spacing w:after="120" w:line="276" w:lineRule="auto"/>
      <w:ind w:left="720"/>
      <w:contextualSpacing/>
    </w:pPr>
    <w:rPr>
      <w:rFonts w:cstheme="minorBidi"/>
      <w:sz w:val="22"/>
      <w:szCs w:val="22"/>
      <w:lang w:val="en-US"/>
    </w:rPr>
  </w:style>
  <w:style w:type="paragraph" w:styleId="ListContinue3">
    <w:name w:val="List Continue 3"/>
    <w:basedOn w:val="Normal"/>
    <w:uiPriority w:val="99"/>
    <w:unhideWhenUsed/>
    <w:rsid w:val="004F2723"/>
    <w:pPr>
      <w:spacing w:after="120" w:line="276" w:lineRule="auto"/>
      <w:ind w:left="1080"/>
      <w:contextualSpacing/>
    </w:pPr>
    <w:rPr>
      <w:rFonts w:cstheme="minorBidi"/>
      <w:sz w:val="22"/>
      <w:szCs w:val="22"/>
      <w:lang w:val="en-US"/>
    </w:rPr>
  </w:style>
  <w:style w:type="paragraph" w:styleId="MacroText">
    <w:name w:val="macro"/>
    <w:link w:val="MacroTextChar"/>
    <w:uiPriority w:val="99"/>
    <w:unhideWhenUsed/>
    <w:rsid w:val="004F2723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eastAsiaTheme="minorEastAsia" w:hAnsi="Courier" w:cstheme="minorBidi"/>
      <w:lang w:val="en-US" w:eastAsia="en-US"/>
    </w:rPr>
  </w:style>
  <w:style w:type="character" w:customStyle="1" w:styleId="MacroTextChar">
    <w:name w:val="Macro Text Char"/>
    <w:basedOn w:val="DefaultParagraphFont"/>
    <w:link w:val="MacroText"/>
    <w:uiPriority w:val="99"/>
    <w:rsid w:val="004F2723"/>
    <w:rPr>
      <w:rFonts w:ascii="Courier" w:eastAsiaTheme="minorEastAsia" w:hAnsi="Courier" w:cstheme="minorBidi"/>
      <w:lang w:val="en-US" w:eastAsia="en-US"/>
    </w:rPr>
  </w:style>
  <w:style w:type="paragraph" w:styleId="Quote">
    <w:name w:val="Quote"/>
    <w:basedOn w:val="Normal"/>
    <w:next w:val="Normal"/>
    <w:link w:val="QuoteChar"/>
    <w:uiPriority w:val="29"/>
    <w:qFormat/>
    <w:rsid w:val="004F2723"/>
    <w:pPr>
      <w:spacing w:after="200" w:line="276" w:lineRule="auto"/>
    </w:pPr>
    <w:rPr>
      <w:rFonts w:cstheme="minorBidi"/>
      <w:i/>
      <w:iCs/>
      <w:color w:val="000000" w:themeColor="text1"/>
      <w:sz w:val="22"/>
      <w:szCs w:val="22"/>
      <w:lang w:val="en-US"/>
    </w:rPr>
  </w:style>
  <w:style w:type="character" w:customStyle="1" w:styleId="QuoteChar">
    <w:name w:val="Quote Char"/>
    <w:basedOn w:val="DefaultParagraphFont"/>
    <w:link w:val="Quote"/>
    <w:uiPriority w:val="29"/>
    <w:rsid w:val="004F2723"/>
    <w:rPr>
      <w:rFonts w:cstheme="minorBidi"/>
      <w:i/>
      <w:iCs/>
      <w:color w:val="000000" w:themeColor="text1"/>
      <w:sz w:val="22"/>
      <w:szCs w:val="22"/>
      <w:lang w:val="en-US" w:eastAsia="en-US"/>
    </w:rPr>
  </w:style>
  <w:style w:type="character" w:styleId="Strong">
    <w:name w:val="Strong"/>
    <w:basedOn w:val="DefaultParagraphFont"/>
    <w:uiPriority w:val="22"/>
    <w:qFormat/>
    <w:rsid w:val="004F2723"/>
    <w:rPr>
      <w:b/>
      <w:bCs/>
    </w:rPr>
  </w:style>
  <w:style w:type="character" w:styleId="Emphasis">
    <w:name w:val="Emphasis"/>
    <w:basedOn w:val="DefaultParagraphFont"/>
    <w:uiPriority w:val="20"/>
    <w:qFormat/>
    <w:rsid w:val="004F2723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F2723"/>
    <w:pPr>
      <w:pBdr>
        <w:bottom w:val="single" w:sz="4" w:space="4" w:color="4F81BD" w:themeColor="accent1"/>
      </w:pBdr>
      <w:spacing w:before="200" w:after="280" w:line="276" w:lineRule="auto"/>
      <w:ind w:left="936" w:right="936"/>
    </w:pPr>
    <w:rPr>
      <w:rFonts w:cstheme="minorBidi"/>
      <w:b/>
      <w:bCs/>
      <w:i/>
      <w:iCs/>
      <w:color w:val="4F81BD" w:themeColor="accent1"/>
      <w:sz w:val="22"/>
      <w:szCs w:val="22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F2723"/>
    <w:rPr>
      <w:rFonts w:cstheme="minorBidi"/>
      <w:b/>
      <w:bCs/>
      <w:i/>
      <w:iCs/>
      <w:color w:val="4F81BD" w:themeColor="accent1"/>
      <w:sz w:val="22"/>
      <w:szCs w:val="22"/>
      <w:lang w:val="en-US" w:eastAsia="en-US"/>
    </w:rPr>
  </w:style>
  <w:style w:type="character" w:styleId="SubtleEmphasis">
    <w:name w:val="Subtle Emphasis"/>
    <w:basedOn w:val="DefaultParagraphFont"/>
    <w:uiPriority w:val="19"/>
    <w:qFormat/>
    <w:rsid w:val="004F2723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4F2723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4F2723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4F2723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4F2723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F2723"/>
    <w:pPr>
      <w:keepLines/>
      <w:spacing w:before="480" w:line="276" w:lineRule="auto"/>
      <w:jc w:val="left"/>
      <w:outlineLvl w:val="9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1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6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2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56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2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3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09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1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05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02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33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03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03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3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3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7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6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1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8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8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0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8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9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2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6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82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4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5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8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3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5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0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80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3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6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4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9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5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0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4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6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7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86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2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5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7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8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5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1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9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4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0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9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2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5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5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6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70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1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9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5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7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0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26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3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3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4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5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3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96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0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6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5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8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8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5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06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3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9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1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8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08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16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1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1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1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26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8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1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9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8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4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8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1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8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6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8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3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97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1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5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5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5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1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8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32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2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2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4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3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1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06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43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5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1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2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7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5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2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3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5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6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0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8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6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1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1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4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5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9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2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0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93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36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8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4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0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4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8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5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6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1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5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8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4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42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5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9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7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34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4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9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8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7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8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8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2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5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2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1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3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1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1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8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9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2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6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4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8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1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1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9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1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2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8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8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9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0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9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73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2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1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1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7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8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54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4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0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2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6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83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1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1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26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0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5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5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65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8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84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17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69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6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8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3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3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5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7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2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9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9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1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1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0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9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7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2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8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8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4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5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05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3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2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36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2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83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5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2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9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9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1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7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9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5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2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7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3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2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76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49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5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51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5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1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4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6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0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0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3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2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4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0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7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3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0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0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2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9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4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2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6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68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07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0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68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16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6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77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63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50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20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48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58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10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52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0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66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52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06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40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35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1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91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1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07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3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6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24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08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98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46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4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9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7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9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9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5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0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0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8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6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1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54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6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5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1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5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42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2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1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4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9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97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0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2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6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7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7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6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2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7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6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2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9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1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0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9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3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9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5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8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1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8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5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4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2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7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2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4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0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3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8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2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5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74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0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4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5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7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7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7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1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9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4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5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8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8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1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0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7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2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1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5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7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1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5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3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4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8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8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3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7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1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1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8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7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8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7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2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7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7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9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0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5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8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1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5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7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3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1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6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7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9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8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34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8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2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23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0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6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5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3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5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9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2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2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92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8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07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92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44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81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36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70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8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71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23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23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13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19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0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73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93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4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66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30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77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5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96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1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1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52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85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55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74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38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51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72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90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55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94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65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31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05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10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90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7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47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15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71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33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93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40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8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03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82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65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9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87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6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30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41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87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8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16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89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25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80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2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07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90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04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66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7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1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5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6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1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9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6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9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1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9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8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33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7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0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6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4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8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5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8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8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8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8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3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3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2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95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3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8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5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6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7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2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8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8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5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6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7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4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1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9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5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8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2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9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5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6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0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9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9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3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5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4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4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3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0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7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5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C7B7E8-8BCD-46D8-8D95-645BEEC799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630</TotalTime>
  <Pages>56</Pages>
  <Words>18082</Words>
  <Characters>103074</Characters>
  <Application>Microsoft Office Word</Application>
  <DocSecurity>0</DocSecurity>
  <Lines>858</Lines>
  <Paragraphs>241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Скупштина општине Врњачка Бања на ____  седници одржаној _____2009</vt:lpstr>
    </vt:vector>
  </TitlesOfParts>
  <Company>SO Vrnjacka Banja</Company>
  <LinksUpToDate>false</LinksUpToDate>
  <CharactersWithSpaces>120915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Скупштина општине Врњачка Бања на ____  седници одржаној _____2009</dc:title>
  <dc:creator>z.dunic</dc:creator>
  <cp:lastModifiedBy>Zoran Dunic</cp:lastModifiedBy>
  <cp:revision>22</cp:revision>
  <cp:lastPrinted>2026-07-17T11:54:00Z</cp:lastPrinted>
  <dcterms:created xsi:type="dcterms:W3CDTF">2025-06-19T12:23:00Z</dcterms:created>
  <dcterms:modified xsi:type="dcterms:W3CDTF">2026-07-17T12:33:00Z</dcterms:modified>
</cp:coreProperties>
</file>